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AB7857A" w:rsidP="6AB7857A" w:rsidRDefault="6AB7857A" w14:paraId="3EECED2B" w14:textId="4E813E51">
      <w:pPr>
        <w:jc w:val="center"/>
        <w:rPr>
          <w:b w:val="1"/>
          <w:bCs w:val="1"/>
          <w:sz w:val="28"/>
          <w:szCs w:val="28"/>
        </w:rPr>
      </w:pPr>
    </w:p>
    <w:p w:rsidR="00831D7A" w:rsidRDefault="00000000" w14:paraId="238EB4C2" w14:textId="77777777">
      <w:pPr>
        <w:jc w:val="center"/>
      </w:pPr>
      <w:r>
        <w:rPr>
          <w:b/>
          <w:sz w:val="28"/>
        </w:rPr>
        <w:t>ACUERDO DE CONFIDENCIALIDAD</w:t>
      </w:r>
      <w:r>
        <w:rPr>
          <w:b/>
          <w:sz w:val="28"/>
        </w:rPr>
        <w:br/>
      </w:r>
      <w:r>
        <w:rPr>
          <w:b/>
          <w:sz w:val="28"/>
        </w:rPr>
        <w:t>CEII – UNIVERSIDAD DEL DESARROLLO (UDD)</w:t>
      </w:r>
    </w:p>
    <w:p w:rsidR="00831D7A" w:rsidP="00D23912" w:rsidRDefault="00831D7A" w14:paraId="34B93844" w14:textId="77777777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70"/>
        <w:gridCol w:w="5560"/>
      </w:tblGrid>
      <w:tr w:rsidRPr="00E362D1" w:rsidR="00D23912" w:rsidTr="00992713" w14:paraId="1873B7F1" w14:textId="77777777">
        <w:tc>
          <w:tcPr>
            <w:tcW w:w="3085" w:type="dxa"/>
          </w:tcPr>
          <w:p w:rsidRPr="00E362D1" w:rsidR="00D23912" w:rsidP="00D23912" w:rsidRDefault="00D23912" w14:paraId="481B5A0D" w14:textId="77777777">
            <w:pPr>
              <w:jc w:val="both"/>
            </w:pPr>
            <w:proofErr w:type="spellStart"/>
            <w:r w:rsidRPr="00E362D1">
              <w:rPr>
                <w:b/>
              </w:rPr>
              <w:t>Título</w:t>
            </w:r>
            <w:proofErr w:type="spellEnd"/>
            <w:r w:rsidRPr="00E362D1">
              <w:rPr>
                <w:b/>
              </w:rPr>
              <w:t xml:space="preserve"> del </w:t>
            </w:r>
            <w:proofErr w:type="spellStart"/>
            <w:r w:rsidRPr="00E362D1">
              <w:rPr>
                <w:b/>
              </w:rPr>
              <w:t>estudio</w:t>
            </w:r>
            <w:proofErr w:type="spellEnd"/>
            <w:r w:rsidRPr="00E362D1">
              <w:rPr>
                <w:b/>
              </w:rPr>
              <w:t xml:space="preserve">: </w:t>
            </w:r>
          </w:p>
        </w:tc>
        <w:tc>
          <w:tcPr>
            <w:tcW w:w="5771" w:type="dxa"/>
          </w:tcPr>
          <w:p w:rsidRPr="00E362D1" w:rsidR="00D23912" w:rsidP="00D23912" w:rsidRDefault="00D23912" w14:paraId="5C5A8A2D" w14:textId="77777777">
            <w:pPr>
              <w:jc w:val="both"/>
              <w:rPr>
                <w:b/>
              </w:rPr>
            </w:pPr>
          </w:p>
        </w:tc>
      </w:tr>
      <w:tr w:rsidRPr="00E362D1" w:rsidR="00D23912" w:rsidTr="00992713" w14:paraId="0C83F875" w14:textId="77777777">
        <w:tc>
          <w:tcPr>
            <w:tcW w:w="3085" w:type="dxa"/>
          </w:tcPr>
          <w:p w:rsidRPr="00E362D1" w:rsidR="00D23912" w:rsidP="00D23912" w:rsidRDefault="00D23912" w14:paraId="2A6458FE" w14:textId="77777777">
            <w:pPr>
              <w:jc w:val="both"/>
            </w:pPr>
            <w:proofErr w:type="spellStart"/>
            <w:r w:rsidRPr="00E362D1">
              <w:rPr>
                <w:b/>
              </w:rPr>
              <w:t>Investigador</w:t>
            </w:r>
            <w:proofErr w:type="spellEnd"/>
            <w:r w:rsidRPr="00E362D1">
              <w:rPr>
                <w:b/>
              </w:rPr>
              <w:t xml:space="preserve">/a </w:t>
            </w:r>
            <w:proofErr w:type="spellStart"/>
            <w:r w:rsidRPr="00E362D1">
              <w:rPr>
                <w:b/>
              </w:rPr>
              <w:t>Responsable</w:t>
            </w:r>
            <w:proofErr w:type="spellEnd"/>
            <w:r w:rsidRPr="00E362D1">
              <w:rPr>
                <w:b/>
              </w:rPr>
              <w:t xml:space="preserve"> (</w:t>
            </w:r>
            <w:proofErr w:type="spellStart"/>
            <w:r w:rsidRPr="00E362D1">
              <w:rPr>
                <w:b/>
              </w:rPr>
              <w:t>nombre</w:t>
            </w:r>
            <w:proofErr w:type="spellEnd"/>
            <w:r w:rsidRPr="00E362D1">
              <w:rPr>
                <w:b/>
              </w:rPr>
              <w:t xml:space="preserve"> </w:t>
            </w:r>
            <w:proofErr w:type="spellStart"/>
            <w:r w:rsidRPr="00E362D1">
              <w:rPr>
                <w:b/>
              </w:rPr>
              <w:t>completo</w:t>
            </w:r>
            <w:proofErr w:type="spellEnd"/>
            <w:r w:rsidRPr="00E362D1">
              <w:rPr>
                <w:b/>
              </w:rPr>
              <w:t xml:space="preserve">): </w:t>
            </w:r>
          </w:p>
        </w:tc>
        <w:tc>
          <w:tcPr>
            <w:tcW w:w="5771" w:type="dxa"/>
          </w:tcPr>
          <w:p w:rsidRPr="00E362D1" w:rsidR="00D23912" w:rsidP="00D23912" w:rsidRDefault="00D23912" w14:paraId="66B6C3D7" w14:textId="77777777">
            <w:pPr>
              <w:jc w:val="both"/>
              <w:rPr>
                <w:b/>
              </w:rPr>
            </w:pPr>
          </w:p>
        </w:tc>
      </w:tr>
      <w:tr w:rsidRPr="00E362D1" w:rsidR="00D23912" w:rsidTr="00992713" w14:paraId="24E8B24D" w14:textId="77777777">
        <w:tc>
          <w:tcPr>
            <w:tcW w:w="3085" w:type="dxa"/>
          </w:tcPr>
          <w:p w:rsidRPr="00E362D1" w:rsidR="00D23912" w:rsidP="00D23912" w:rsidRDefault="00D23912" w14:paraId="3DDF62D1" w14:textId="77777777">
            <w:pPr>
              <w:jc w:val="both"/>
            </w:pPr>
            <w:r w:rsidRPr="00E362D1">
              <w:rPr>
                <w:b/>
              </w:rPr>
              <w:t>Unidad/</w:t>
            </w:r>
            <w:proofErr w:type="spellStart"/>
            <w:r w:rsidRPr="00E362D1">
              <w:rPr>
                <w:b/>
              </w:rPr>
              <w:t>Facultad</w:t>
            </w:r>
            <w:proofErr w:type="spellEnd"/>
            <w:r w:rsidRPr="00E362D1">
              <w:rPr>
                <w:b/>
              </w:rPr>
              <w:t xml:space="preserve">/Instituto: </w:t>
            </w:r>
          </w:p>
        </w:tc>
        <w:tc>
          <w:tcPr>
            <w:tcW w:w="5771" w:type="dxa"/>
          </w:tcPr>
          <w:p w:rsidRPr="00E362D1" w:rsidR="00D23912" w:rsidP="00D23912" w:rsidRDefault="00D23912" w14:paraId="3DDEBC40" w14:textId="77777777">
            <w:pPr>
              <w:jc w:val="both"/>
              <w:rPr>
                <w:b/>
              </w:rPr>
            </w:pPr>
          </w:p>
        </w:tc>
      </w:tr>
      <w:tr w:rsidRPr="00E362D1" w:rsidR="00D23912" w:rsidTr="00992713" w14:paraId="757AC7D9" w14:textId="77777777">
        <w:tc>
          <w:tcPr>
            <w:tcW w:w="3085" w:type="dxa"/>
          </w:tcPr>
          <w:p w:rsidRPr="00E362D1" w:rsidR="00D23912" w:rsidP="00D23912" w:rsidRDefault="00D23912" w14:paraId="0E0CFFA7" w14:textId="77777777">
            <w:pPr>
              <w:jc w:val="both"/>
            </w:pPr>
            <w:r w:rsidRPr="00E362D1">
              <w:rPr>
                <w:b/>
              </w:rPr>
              <w:t xml:space="preserve">Correo </w:t>
            </w:r>
            <w:proofErr w:type="spellStart"/>
            <w:r w:rsidRPr="00E362D1">
              <w:rPr>
                <w:b/>
              </w:rPr>
              <w:t>electrónico</w:t>
            </w:r>
            <w:proofErr w:type="spellEnd"/>
            <w:r w:rsidRPr="00E362D1">
              <w:rPr>
                <w:b/>
              </w:rPr>
              <w:t xml:space="preserve">: </w:t>
            </w:r>
          </w:p>
        </w:tc>
        <w:tc>
          <w:tcPr>
            <w:tcW w:w="5771" w:type="dxa"/>
          </w:tcPr>
          <w:p w:rsidRPr="00E362D1" w:rsidR="00D23912" w:rsidP="00D23912" w:rsidRDefault="00D23912" w14:paraId="23B86EAE" w14:textId="77777777">
            <w:pPr>
              <w:jc w:val="both"/>
              <w:rPr>
                <w:b/>
              </w:rPr>
            </w:pPr>
          </w:p>
        </w:tc>
      </w:tr>
      <w:tr w:rsidRPr="00E362D1" w:rsidR="00D23912" w:rsidTr="00992713" w14:paraId="3579F920" w14:textId="77777777">
        <w:tc>
          <w:tcPr>
            <w:tcW w:w="3085" w:type="dxa"/>
          </w:tcPr>
          <w:p w:rsidRPr="00E362D1" w:rsidR="00D23912" w:rsidP="00D23912" w:rsidRDefault="00D23912" w14:paraId="0251CA58" w14:textId="77777777">
            <w:pPr>
              <w:jc w:val="both"/>
            </w:pPr>
            <w:proofErr w:type="spellStart"/>
            <w:r w:rsidRPr="00E362D1">
              <w:rPr>
                <w:b/>
              </w:rPr>
              <w:t>Teléfono</w:t>
            </w:r>
            <w:proofErr w:type="spellEnd"/>
            <w:r w:rsidRPr="00E362D1">
              <w:rPr>
                <w:b/>
              </w:rPr>
              <w:t xml:space="preserve">: </w:t>
            </w:r>
          </w:p>
        </w:tc>
        <w:tc>
          <w:tcPr>
            <w:tcW w:w="5771" w:type="dxa"/>
          </w:tcPr>
          <w:p w:rsidRPr="00E362D1" w:rsidR="00D23912" w:rsidP="00D23912" w:rsidRDefault="00D23912" w14:paraId="16CC44D9" w14:textId="77777777">
            <w:pPr>
              <w:jc w:val="both"/>
              <w:rPr>
                <w:b/>
              </w:rPr>
            </w:pPr>
          </w:p>
        </w:tc>
      </w:tr>
    </w:tbl>
    <w:p w:rsidR="00831D7A" w:rsidP="00D23912" w:rsidRDefault="00831D7A" w14:paraId="617CBAF2" w14:textId="77777777">
      <w:pPr>
        <w:jc w:val="both"/>
      </w:pPr>
    </w:p>
    <w:p w:rsidR="00831D7A" w:rsidP="00D23912" w:rsidRDefault="00000000" w14:paraId="091CC38A" w14:textId="77777777">
      <w:pPr>
        <w:jc w:val="both"/>
      </w:pPr>
      <w:r>
        <w:t xml:space="preserve">Por medio del presente documento, el/la firmante declara que, con ocasión de su participación en el estudio indicado, podrá acceder </w:t>
      </w:r>
      <w:proofErr w:type="gramStart"/>
      <w:r>
        <w:t>a</w:t>
      </w:r>
      <w:proofErr w:type="gramEnd"/>
      <w:r>
        <w:t xml:space="preserve"> información confidencial (incluyendo datos personales y/o sensibles, bases de datos, grabaciones, transcripciones, documentos o cualquier otro soporte). En consecuencia, se obliga a mantener estricta confidencialidad y a tratar dicha información únicamente para los fines del estudio, conforme a las instrucciones del equipo investigador y a la Ley N° 19.628.</w:t>
      </w:r>
    </w:p>
    <w:p w:rsidR="00831D7A" w:rsidP="00D23912" w:rsidRDefault="00000000" w14:paraId="2F862EA5" w14:textId="77777777">
      <w:pPr>
        <w:jc w:val="both"/>
      </w:pPr>
      <w:r>
        <w:rPr>
          <w:b/>
          <w:sz w:val="24"/>
        </w:rPr>
        <w:t>Definición de Información Confidencial</w:t>
      </w:r>
    </w:p>
    <w:p w:rsidR="00831D7A" w:rsidP="00D23912" w:rsidRDefault="00000000" w14:paraId="49B83B8B" w14:textId="77777777">
      <w:pPr>
        <w:jc w:val="both"/>
      </w:pPr>
      <w:r>
        <w:t>Se entenderá por Información Confidencial todo antecedente, conocimiento y/o dato, en cualquier formato (escrito, sonoro, visual, audiovisual, digital u otro), al que el/la firmante acceda directa o indirectamente por razón de sus funciones en el estudio, incluyendo información que permita identificar directa o indirectamente a participantes, instituciones o terceros.</w:t>
      </w:r>
    </w:p>
    <w:p w:rsidR="00831D7A" w:rsidP="00D23912" w:rsidRDefault="00000000" w14:paraId="3BD127E7" w14:textId="77777777">
      <w:pPr>
        <w:jc w:val="both"/>
      </w:pPr>
      <w:r>
        <w:rPr>
          <w:b/>
          <w:sz w:val="24"/>
        </w:rPr>
        <w:t>Obligaciones del/de la firmante</w:t>
      </w:r>
    </w:p>
    <w:p w:rsidR="00831D7A" w:rsidP="00D23912" w:rsidRDefault="00000000" w14:paraId="61F48BAD" w14:textId="77777777">
      <w:pPr>
        <w:pStyle w:val="Listaconvietas"/>
        <w:jc w:val="both"/>
      </w:pPr>
      <w:r>
        <w:t>No divulgar, compartir, publicar ni reproducir Información Confidencial, total o parcialmente, por ningún medio, salvo autorización escrita del/de la Investigador/a Responsable y conforme a la aprobación del CEII.</w:t>
      </w:r>
    </w:p>
    <w:p w:rsidR="00831D7A" w:rsidP="00D23912" w:rsidRDefault="00000000" w14:paraId="7D9F65FA" w14:textId="6BD7D33F">
      <w:pPr>
        <w:pStyle w:val="Listaconvietas"/>
        <w:jc w:val="both"/>
        <w:rPr/>
      </w:pPr>
      <w:r w:rsidR="3E1DDA68">
        <w:rPr/>
        <w:t>No utilizar Información Confidencial para fines distintos del estudio, en beneficio propio o de terceros.</w:t>
      </w:r>
    </w:p>
    <w:p w:rsidR="00831D7A" w:rsidP="00D23912" w:rsidRDefault="00000000" w14:paraId="67182ADE" w14:textId="77777777">
      <w:pPr>
        <w:pStyle w:val="Listaconvietas"/>
        <w:jc w:val="both"/>
      </w:pPr>
      <w:r>
        <w:t>Resguardar soportes físicos y digitales, evitando pérdidas, accesos no autorizados, copia o transferencia a dispositivos o servicios no autorizados.</w:t>
      </w:r>
    </w:p>
    <w:p w:rsidR="00831D7A" w:rsidP="00D23912" w:rsidRDefault="00000000" w14:paraId="25317B04" w14:textId="77777777">
      <w:pPr>
        <w:pStyle w:val="Listaconvietas"/>
        <w:jc w:val="both"/>
      </w:pPr>
      <w:r>
        <w:t>Usar únicamente cuentas, repositorios y canales autorizados por el equipo investigador (p. ej., almacenamiento institucional), conforme al plan de manejo de datos del estudio.</w:t>
      </w:r>
    </w:p>
    <w:p w:rsidR="00831D7A" w:rsidP="00D23912" w:rsidRDefault="00000000" w14:paraId="7648FF4C" w14:textId="77777777">
      <w:pPr>
        <w:pStyle w:val="Listaconvietas"/>
        <w:jc w:val="both"/>
        <w:rPr/>
      </w:pPr>
      <w:r w:rsidR="3E1DDA68">
        <w:rPr/>
        <w:t>Reportar inmediatamente al/a la Investigador/a Responsable cualquier incidente de seguridad o confidencialidad (p. ej., pérdida/robo de dispositivos, accesos indebidos, envío erróneo de archivos).</w:t>
      </w:r>
    </w:p>
    <w:p w:rsidR="6AB7857A" w:rsidP="6AB7857A" w:rsidRDefault="6AB7857A" w14:paraId="1B463224" w14:textId="09923F85">
      <w:pPr>
        <w:pStyle w:val="Listaconvietas"/>
        <w:numPr>
          <w:ilvl w:val="0"/>
          <w:numId w:val="0"/>
        </w:numPr>
        <w:ind w:left="360"/>
        <w:jc w:val="both"/>
      </w:pPr>
    </w:p>
    <w:p w:rsidR="6AB7857A" w:rsidP="6AB7857A" w:rsidRDefault="6AB7857A" w14:paraId="36CB0E0C" w14:textId="7BA6E257">
      <w:pPr>
        <w:pStyle w:val="Listaconvietas"/>
        <w:numPr>
          <w:ilvl w:val="0"/>
          <w:numId w:val="0"/>
        </w:numPr>
        <w:ind w:left="360"/>
        <w:jc w:val="both"/>
      </w:pPr>
    </w:p>
    <w:p w:rsidR="00831D7A" w:rsidP="6AB7857A" w:rsidRDefault="00831D7A" w14:paraId="1613ADE6" w14:textId="196A4E66">
      <w:pPr>
        <w:pStyle w:val="Listaconvietas"/>
        <w:jc w:val="both"/>
        <w:rPr/>
      </w:pPr>
      <w:r w:rsidR="3E1DDA68">
        <w:rPr/>
        <w:t>Devolver o eliminar la información conforme a instrucciones del equipo investigador al término de sus funciones, según corresponda.</w:t>
      </w:r>
    </w:p>
    <w:p w:rsidR="00831D7A" w:rsidP="00D23912" w:rsidRDefault="00000000" w14:paraId="0C03103F" w14:textId="77777777">
      <w:pPr>
        <w:jc w:val="both"/>
      </w:pPr>
      <w:r>
        <w:t>La presente obligación se mantiene vigente aun cuando finalice la relación laboral, contractual o académica del/de la firmante con el estudio.</w:t>
      </w:r>
    </w:p>
    <w:p w:rsidR="00831D7A" w:rsidRDefault="00831D7A" w14:paraId="6C93037F" w14:textId="77777777"/>
    <w:p w:rsidR="00831D7A" w:rsidRDefault="00000000" w14:paraId="5EFA0B55" w14:textId="77777777">
      <w:r>
        <w:rPr>
          <w:b/>
        </w:rPr>
        <w:t xml:space="preserve">Lugar y fecha: </w:t>
      </w:r>
      <w:r>
        <w:t>__________________________________________________</w:t>
      </w:r>
    </w:p>
    <w:p w:rsidR="00831D7A" w:rsidRDefault="00831D7A" w14:paraId="3991A0CF" w14:textId="77777777"/>
    <w:p w:rsidR="00D23912" w:rsidRDefault="00D23912" w14:paraId="7D277F1D" w14:textId="77777777"/>
    <w:p w:rsidR="00D23912" w:rsidP="6AB7857A" w:rsidRDefault="00000000" w14:paraId="436D5A3B" w14:textId="57A5AF25">
      <w:pPr>
        <w:jc w:val="center"/>
        <w:rPr>
          <w:b w:val="1"/>
          <w:bCs w:val="1"/>
        </w:rPr>
      </w:pPr>
      <w:r w:rsidRPr="6AB7857A" w:rsidR="3E1DDA68">
        <w:rPr>
          <w:b w:val="1"/>
          <w:bCs w:val="1"/>
        </w:rPr>
        <w:t>Nombre</w:t>
      </w:r>
      <w:r w:rsidRPr="6AB7857A" w:rsidR="6FB0497D">
        <w:rPr>
          <w:b w:val="1"/>
          <w:bCs w:val="1"/>
        </w:rPr>
        <w:t>, RUT</w:t>
      </w:r>
      <w:r w:rsidRPr="6AB7857A" w:rsidR="3E1DDA68">
        <w:rPr>
          <w:b w:val="1"/>
          <w:bCs w:val="1"/>
        </w:rPr>
        <w:t xml:space="preserve"> y </w:t>
      </w:r>
      <w:r w:rsidRPr="6AB7857A" w:rsidR="3E1DDA68">
        <w:rPr>
          <w:b w:val="1"/>
          <w:bCs w:val="1"/>
        </w:rPr>
        <w:t>firma</w:t>
      </w:r>
      <w:r w:rsidRPr="6AB7857A" w:rsidR="3E1DDA68">
        <w:rPr>
          <w:b w:val="1"/>
          <w:bCs w:val="1"/>
        </w:rPr>
        <w:t xml:space="preserve"> del/de la </w:t>
      </w:r>
      <w:r w:rsidRPr="6AB7857A" w:rsidR="3E1DDA68">
        <w:rPr>
          <w:b w:val="1"/>
          <w:bCs w:val="1"/>
        </w:rPr>
        <w:t>firmante</w:t>
      </w:r>
    </w:p>
    <w:p w:rsidR="00831D7A" w:rsidP="00D23912" w:rsidRDefault="00000000" w14:paraId="22D2F261" w14:textId="1AC99BDE">
      <w:pPr>
        <w:jc w:val="center"/>
      </w:pPr>
      <w:r>
        <w:rPr>
          <w:b/>
        </w:rPr>
        <w:t xml:space="preserve"> </w:t>
      </w:r>
      <w:r>
        <w:t>_____________________________________________</w:t>
      </w:r>
    </w:p>
    <w:p w:rsidR="00831D7A" w:rsidP="00D23912" w:rsidRDefault="00831D7A" w14:paraId="11A92A2A" w14:textId="77777777">
      <w:pPr>
        <w:jc w:val="center"/>
      </w:pPr>
    </w:p>
    <w:p w:rsidR="00D23912" w:rsidP="00D23912" w:rsidRDefault="00D23912" w14:paraId="7B73FF13" w14:textId="77777777">
      <w:pPr>
        <w:jc w:val="center"/>
      </w:pPr>
    </w:p>
    <w:p w:rsidR="00D23912" w:rsidP="6AB7857A" w:rsidRDefault="00000000" w14:paraId="06DDAB86" w14:textId="5BCF0C7C">
      <w:pPr>
        <w:jc w:val="center"/>
        <w:rPr>
          <w:b w:val="1"/>
          <w:bCs w:val="1"/>
        </w:rPr>
      </w:pPr>
      <w:r w:rsidRPr="6AB7857A" w:rsidR="3E1DDA68">
        <w:rPr>
          <w:b w:val="1"/>
          <w:bCs w:val="1"/>
        </w:rPr>
        <w:t>Nombre</w:t>
      </w:r>
      <w:r w:rsidRPr="6AB7857A" w:rsidR="7ED059F2">
        <w:rPr>
          <w:b w:val="1"/>
          <w:bCs w:val="1"/>
        </w:rPr>
        <w:t>, RUT</w:t>
      </w:r>
      <w:r w:rsidRPr="6AB7857A" w:rsidR="3E1DDA68">
        <w:rPr>
          <w:b w:val="1"/>
          <w:bCs w:val="1"/>
        </w:rPr>
        <w:t xml:space="preserve"> y </w:t>
      </w:r>
      <w:r w:rsidRPr="6AB7857A" w:rsidR="3E1DDA68">
        <w:rPr>
          <w:b w:val="1"/>
          <w:bCs w:val="1"/>
        </w:rPr>
        <w:t>firma</w:t>
      </w:r>
      <w:r w:rsidRPr="6AB7857A" w:rsidR="3E1DDA68">
        <w:rPr>
          <w:b w:val="1"/>
          <w:bCs w:val="1"/>
        </w:rPr>
        <w:t xml:space="preserve"> del/de la </w:t>
      </w:r>
      <w:r w:rsidRPr="6AB7857A" w:rsidR="3E1DDA68">
        <w:rPr>
          <w:b w:val="1"/>
          <w:bCs w:val="1"/>
        </w:rPr>
        <w:t>Investigador</w:t>
      </w:r>
      <w:r w:rsidRPr="6AB7857A" w:rsidR="3E1DDA68">
        <w:rPr>
          <w:b w:val="1"/>
          <w:bCs w:val="1"/>
        </w:rPr>
        <w:t xml:space="preserve">/a </w:t>
      </w:r>
      <w:r w:rsidRPr="6AB7857A" w:rsidR="335957B7">
        <w:rPr>
          <w:b w:val="1"/>
          <w:bCs w:val="1"/>
        </w:rPr>
        <w:t>Respons</w:t>
      </w:r>
      <w:r w:rsidRPr="6AB7857A" w:rsidR="493D89F8">
        <w:rPr>
          <w:b w:val="1"/>
          <w:bCs w:val="1"/>
        </w:rPr>
        <w:t>a</w:t>
      </w:r>
      <w:r w:rsidRPr="6AB7857A" w:rsidR="335957B7">
        <w:rPr>
          <w:b w:val="1"/>
          <w:bCs w:val="1"/>
        </w:rPr>
        <w:t>ble</w:t>
      </w:r>
    </w:p>
    <w:p w:rsidR="00831D7A" w:rsidP="00D23912" w:rsidRDefault="00000000" w14:paraId="21C34635" w14:textId="1F61D2B8">
      <w:pPr>
        <w:jc w:val="center"/>
      </w:pPr>
      <w:r>
        <w:t>________________________________________</w:t>
      </w:r>
    </w:p>
    <w:sectPr w:rsidR="00831D7A" w:rsidSect="00034616">
      <w:headerReference w:type="default" r:id="rId8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B1B3D" w:rsidP="00963542" w:rsidRDefault="002B1B3D" w14:paraId="075B4F33" w14:textId="77777777">
      <w:pPr>
        <w:spacing w:after="0" w:line="240" w:lineRule="auto"/>
      </w:pPr>
      <w:r>
        <w:separator/>
      </w:r>
    </w:p>
  </w:endnote>
  <w:endnote w:type="continuationSeparator" w:id="0">
    <w:p w:rsidR="002B1B3D" w:rsidP="00963542" w:rsidRDefault="002B1B3D" w14:paraId="1751395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B1B3D" w:rsidP="00963542" w:rsidRDefault="002B1B3D" w14:paraId="37D0DC4A" w14:textId="77777777">
      <w:pPr>
        <w:spacing w:after="0" w:line="240" w:lineRule="auto"/>
      </w:pPr>
      <w:r>
        <w:separator/>
      </w:r>
    </w:p>
  </w:footnote>
  <w:footnote w:type="continuationSeparator" w:id="0">
    <w:p w:rsidR="002B1B3D" w:rsidP="00963542" w:rsidRDefault="002B1B3D" w14:paraId="2B70250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63542" w:rsidRDefault="00963542" w14:paraId="00240742" w14:textId="1893B1AB">
    <w:pPr>
      <w:pStyle w:val="Encabezado"/>
    </w:pPr>
    <w:r>
      <w:rPr>
        <w:noProof/>
      </w:rPr>
      <w:drawing>
        <wp:inline distT="0" distB="0" distL="0" distR="0" wp14:anchorId="7513BD37" wp14:editId="114EEDDB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17777788">
    <w:abstractNumId w:val="8"/>
  </w:num>
  <w:num w:numId="2" w16cid:durableId="1934971607">
    <w:abstractNumId w:val="6"/>
  </w:num>
  <w:num w:numId="3" w16cid:durableId="989560310">
    <w:abstractNumId w:val="5"/>
  </w:num>
  <w:num w:numId="4" w16cid:durableId="1136290411">
    <w:abstractNumId w:val="4"/>
  </w:num>
  <w:num w:numId="5" w16cid:durableId="993415765">
    <w:abstractNumId w:val="7"/>
  </w:num>
  <w:num w:numId="6" w16cid:durableId="1633944704">
    <w:abstractNumId w:val="3"/>
  </w:num>
  <w:num w:numId="7" w16cid:durableId="1308708613">
    <w:abstractNumId w:val="2"/>
  </w:num>
  <w:num w:numId="8" w16cid:durableId="574557509">
    <w:abstractNumId w:val="1"/>
  </w:num>
  <w:num w:numId="9" w16cid:durableId="139481515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9727F"/>
    <w:rsid w:val="002B1B3D"/>
    <w:rsid w:val="00326F90"/>
    <w:rsid w:val="004C626A"/>
    <w:rsid w:val="00532896"/>
    <w:rsid w:val="00760B8A"/>
    <w:rsid w:val="00831D7A"/>
    <w:rsid w:val="00963542"/>
    <w:rsid w:val="00AA1D8D"/>
    <w:rsid w:val="00B47730"/>
    <w:rsid w:val="00CB0664"/>
    <w:rsid w:val="00D23912"/>
    <w:rsid w:val="00E864EA"/>
    <w:rsid w:val="00FA383C"/>
    <w:rsid w:val="00FC693F"/>
    <w:rsid w:val="16178E84"/>
    <w:rsid w:val="2EED7B65"/>
    <w:rsid w:val="335957B7"/>
    <w:rsid w:val="3E1DDA68"/>
    <w:rsid w:val="493D89F8"/>
    <w:rsid w:val="6AB7857A"/>
    <w:rsid w:val="6FB0497D"/>
    <w:rsid w:val="7ED0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5361F"/>
  <w14:defaultImageDpi w14:val="300"/>
  <w15:docId w15:val="{3175A257-7BFA-4328-8B2A-11038F5E71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16178E84"/>
    <w:rPr>
      <w:rFonts w:ascii="Calibri" w:hAnsi="Calibri" w:eastAsia="Calibri"/>
      <w:noProof w:val="0"/>
      <w:lang w:val="es-CL"/>
    </w:rPr>
  </w:style>
  <w:style w:type="paragraph" w:styleId="Ttulo1">
    <w:uiPriority w:val="9"/>
    <w:name w:val="heading 1"/>
    <w:basedOn w:val="Normal"/>
    <w:next w:val="Normal"/>
    <w:link w:val="Ttulo1Car"/>
    <w:qFormat/>
    <w:rsid w:val="16178E84"/>
    <w:rPr>
      <w:rFonts w:eastAsia="ＭＳ ゴシック" w:cs="" w:asciiTheme="majorAscii" w:hAnsiTheme="majorAscii" w:eastAsiaTheme="majorEastAsia" w:cstheme="majorBidi"/>
      <w:b w:val="1"/>
      <w:bCs w:val="1"/>
      <w:color w:val="365F91" w:themeColor="accent1" w:themeTint="FF" w:themeShade="BF"/>
      <w:sz w:val="28"/>
      <w:szCs w:val="28"/>
    </w:rPr>
    <w:pPr>
      <w:keepNext w:val="1"/>
      <w:keepLines w:val="1"/>
      <w:spacing w:before="480" w:after="0"/>
      <w:outlineLvl w:val="0"/>
    </w:pPr>
  </w:style>
  <w:style w:type="paragraph" w:styleId="Ttulo2">
    <w:uiPriority w:val="9"/>
    <w:name w:val="heading 2"/>
    <w:basedOn w:val="Normal"/>
    <w:next w:val="Normal"/>
    <w:unhideWhenUsed/>
    <w:link w:val="Ttulo2Car"/>
    <w:qFormat/>
    <w:rsid w:val="16178E84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  <w:sz w:val="26"/>
      <w:szCs w:val="26"/>
    </w:rPr>
    <w:pPr>
      <w:keepNext w:val="1"/>
      <w:keepLines w:val="1"/>
      <w:spacing w:before="200" w:after="0"/>
      <w:outlineLvl w:val="1"/>
    </w:pPr>
  </w:style>
  <w:style w:type="paragraph" w:styleId="Ttulo3">
    <w:uiPriority w:val="9"/>
    <w:name w:val="heading 3"/>
    <w:basedOn w:val="Normal"/>
    <w:next w:val="Normal"/>
    <w:unhideWhenUsed/>
    <w:link w:val="Ttulo3Car"/>
    <w:qFormat/>
    <w:rsid w:val="16178E84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</w:rPr>
    <w:pPr>
      <w:keepNext w:val="1"/>
      <w:keepLines w:val="1"/>
      <w:spacing w:before="200" w:after="0"/>
      <w:outlineLvl w:val="2"/>
    </w:pPr>
  </w:style>
  <w:style w:type="paragraph" w:styleId="Ttulo4">
    <w:uiPriority w:val="9"/>
    <w:name w:val="heading 4"/>
    <w:basedOn w:val="Normal"/>
    <w:next w:val="Normal"/>
    <w:semiHidden/>
    <w:unhideWhenUsed/>
    <w:link w:val="Ttulo4Car"/>
    <w:qFormat/>
    <w:rsid w:val="16178E84"/>
    <w:rPr>
      <w:rFonts w:eastAsia="ＭＳ ゴシック" w:cs="" w:asciiTheme="majorAscii" w:hAnsiTheme="majorAscii" w:eastAsiaTheme="majorEastAsia" w:cstheme="majorBidi"/>
      <w:b w:val="1"/>
      <w:bCs w:val="1"/>
      <w:i w:val="1"/>
      <w:iCs w:val="1"/>
      <w:color w:val="4F81BD" w:themeColor="accent1" w:themeTint="FF" w:themeShade="FF"/>
    </w:rPr>
    <w:pPr>
      <w:keepNext w:val="1"/>
      <w:keepLines w:val="1"/>
      <w:spacing w:before="200" w:after="0"/>
      <w:outlineLvl w:val="3"/>
    </w:pPr>
  </w:style>
  <w:style w:type="paragraph" w:styleId="Ttulo5">
    <w:uiPriority w:val="9"/>
    <w:name w:val="heading 5"/>
    <w:basedOn w:val="Normal"/>
    <w:next w:val="Normal"/>
    <w:semiHidden/>
    <w:unhideWhenUsed/>
    <w:link w:val="Ttulo5Car"/>
    <w:qFormat/>
    <w:rsid w:val="16178E84"/>
    <w:rPr>
      <w:rFonts w:eastAsia="ＭＳ ゴシック" w:cs="" w:asciiTheme="majorAscii" w:hAnsiTheme="majorAscii" w:eastAsiaTheme="majorEastAsia" w:cstheme="majorBidi"/>
      <w:color w:val="243F60"/>
    </w:rPr>
    <w:pPr>
      <w:keepNext w:val="1"/>
      <w:keepLines w:val="1"/>
      <w:spacing w:before="200" w:after="0"/>
      <w:outlineLvl w:val="4"/>
    </w:pPr>
  </w:style>
  <w:style w:type="paragraph" w:styleId="Ttulo6">
    <w:uiPriority w:val="9"/>
    <w:name w:val="heading 6"/>
    <w:basedOn w:val="Normal"/>
    <w:next w:val="Normal"/>
    <w:semiHidden/>
    <w:unhideWhenUsed/>
    <w:link w:val="Ttulo6Car"/>
    <w:qFormat/>
    <w:rsid w:val="16178E84"/>
    <w:rPr>
      <w:rFonts w:eastAsia="ＭＳ ゴシック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200" w:after="0"/>
      <w:outlineLvl w:val="5"/>
    </w:pPr>
  </w:style>
  <w:style w:type="paragraph" w:styleId="Ttulo7">
    <w:uiPriority w:val="9"/>
    <w:name w:val="heading 7"/>
    <w:basedOn w:val="Normal"/>
    <w:next w:val="Normal"/>
    <w:semiHidden/>
    <w:unhideWhenUsed/>
    <w:link w:val="Ttulo7Car"/>
    <w:qFormat/>
    <w:rsid w:val="16178E84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</w:rPr>
    <w:pPr>
      <w:keepNext w:val="1"/>
      <w:keepLines w:val="1"/>
      <w:spacing w:before="200" w:after="0"/>
      <w:outlineLvl w:val="6"/>
    </w:pPr>
  </w:style>
  <w:style w:type="paragraph" w:styleId="Ttulo8">
    <w:uiPriority w:val="9"/>
    <w:name w:val="heading 8"/>
    <w:basedOn w:val="Normal"/>
    <w:next w:val="Normal"/>
    <w:semiHidden/>
    <w:unhideWhenUsed/>
    <w:link w:val="Ttulo8Car"/>
    <w:qFormat/>
    <w:rsid w:val="16178E84"/>
    <w:rPr>
      <w:rFonts w:eastAsia="ＭＳ ゴシック" w:cs="" w:asciiTheme="majorAscii" w:hAnsiTheme="majorAscii" w:eastAsiaTheme="majorEastAsia" w:cstheme="majorBidi"/>
      <w:color w:val="4F81BD" w:themeColor="accent1" w:themeTint="FF" w:themeShade="FF"/>
      <w:sz w:val="20"/>
      <w:szCs w:val="20"/>
    </w:rPr>
    <w:pPr>
      <w:keepNext w:val="1"/>
      <w:keepLines w:val="1"/>
      <w:spacing w:before="200" w:after="0"/>
      <w:outlineLvl w:val="7"/>
    </w:pPr>
  </w:style>
  <w:style w:type="paragraph" w:styleId="Ttulo9">
    <w:uiPriority w:val="9"/>
    <w:name w:val="heading 9"/>
    <w:basedOn w:val="Normal"/>
    <w:next w:val="Normal"/>
    <w:semiHidden/>
    <w:unhideWhenUsed/>
    <w:link w:val="Ttulo9Car"/>
    <w:qFormat/>
    <w:rsid w:val="16178E84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  <w:sz w:val="20"/>
      <w:szCs w:val="20"/>
    </w:rPr>
    <w:pPr>
      <w:keepNext w:val="1"/>
      <w:keepLines w:val="1"/>
      <w:spacing w:before="200" w:after="0"/>
      <w:outlineLvl w:val="8"/>
    </w:p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uiPriority w:val="99"/>
    <w:name w:val="header"/>
    <w:basedOn w:val="Normal"/>
    <w:unhideWhenUsed/>
    <w:link w:val="EncabezadoCar"/>
    <w:rsid w:val="16178E84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uiPriority w:val="99"/>
    <w:name w:val="footer"/>
    <w:basedOn w:val="Normal"/>
    <w:unhideWhenUsed/>
    <w:link w:val="PiedepginaCar"/>
    <w:rsid w:val="16178E84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uiPriority w:val="10"/>
    <w:name w:val="Title"/>
    <w:basedOn w:val="Normal"/>
    <w:next w:val="Normal"/>
    <w:link w:val="TtuloCar"/>
    <w:qFormat/>
    <w:rsid w:val="16178E84"/>
    <w:rPr>
      <w:rFonts w:eastAsia="ＭＳ ゴシック" w:cs="" w:asciiTheme="majorAscii" w:hAnsiTheme="majorAscii" w:eastAsiaTheme="majorEastAsia" w:cstheme="majorBidi"/>
      <w:color w:val="17365D" w:themeColor="text2" w:themeTint="FF" w:themeShade="BF"/>
      <w:sz w:val="52"/>
      <w:szCs w:val="52"/>
    </w:rPr>
    <w:pPr>
      <w:pBdr>
        <w:bottom w:val="single" w:color="4F81BD" w:themeColor="accent1" w:sz="8" w:space="4"/>
      </w:pBdr>
      <w:spacing w:after="300" w:line="240" w:lineRule="auto"/>
      <w:contextualSpacing/>
    </w:p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uiPriority w:val="11"/>
    <w:name w:val="Subtitle"/>
    <w:basedOn w:val="Normal"/>
    <w:next w:val="Normal"/>
    <w:link w:val="SubttuloCar"/>
    <w:qFormat/>
    <w:rsid w:val="16178E84"/>
    <w:rPr>
      <w:rFonts w:eastAsia="ＭＳ ゴシック" w:cs="" w:asciiTheme="majorAscii" w:hAnsiTheme="majorAscii" w:eastAsiaTheme="majorEastAsia" w:cstheme="majorBidi"/>
      <w:i w:val="1"/>
      <w:iCs w:val="1"/>
      <w:color w:val="4F81BD" w:themeColor="accent1" w:themeTint="FF" w:themeShade="FF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uiPriority w:val="34"/>
    <w:name w:val="List Paragraph"/>
    <w:basedOn w:val="Normal"/>
    <w:qFormat/>
    <w:rsid w:val="16178E84"/>
    <w:pPr>
      <w:spacing/>
      <w:ind w:left="720"/>
      <w:contextualSpacing/>
    </w:pPr>
  </w:style>
  <w:style w:type="paragraph" w:styleId="Textoindependiente">
    <w:uiPriority w:val="99"/>
    <w:name w:val="Body Text"/>
    <w:basedOn w:val="Normal"/>
    <w:unhideWhenUsed/>
    <w:link w:val="TextoindependienteCar"/>
    <w:rsid w:val="16178E84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uiPriority w:val="99"/>
    <w:name w:val="Body Text 2"/>
    <w:basedOn w:val="Normal"/>
    <w:unhideWhenUsed/>
    <w:link w:val="Textoindependiente2Car"/>
    <w:rsid w:val="16178E84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uiPriority w:val="99"/>
    <w:name w:val="Body Text 3"/>
    <w:basedOn w:val="Normal"/>
    <w:unhideWhenUsed/>
    <w:link w:val="Textoindependiente3Car"/>
    <w:rsid w:val="16178E84"/>
    <w:rPr>
      <w:sz w:val="16"/>
      <w:szCs w:val="16"/>
    </w:rPr>
    <w:pPr>
      <w:spacing w:after="120"/>
    </w:p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uiPriority w:val="99"/>
    <w:name w:val="List"/>
    <w:basedOn w:val="Normal"/>
    <w:unhideWhenUsed/>
    <w:rsid w:val="16178E84"/>
    <w:pPr>
      <w:spacing/>
      <w:ind w:left="360" w:hanging="360"/>
      <w:contextualSpacing/>
    </w:pPr>
  </w:style>
  <w:style w:type="paragraph" w:styleId="Lista2">
    <w:uiPriority w:val="99"/>
    <w:name w:val="List 2"/>
    <w:basedOn w:val="Normal"/>
    <w:unhideWhenUsed/>
    <w:rsid w:val="16178E84"/>
    <w:pPr>
      <w:spacing/>
      <w:ind w:left="720" w:hanging="360"/>
      <w:contextualSpacing/>
    </w:pPr>
  </w:style>
  <w:style w:type="paragraph" w:styleId="Lista3">
    <w:uiPriority w:val="99"/>
    <w:name w:val="List 3"/>
    <w:basedOn w:val="Normal"/>
    <w:unhideWhenUsed/>
    <w:rsid w:val="16178E84"/>
    <w:pPr>
      <w:spacing/>
      <w:ind w:left="1080" w:hanging="360"/>
      <w:contextualSpacing/>
    </w:pPr>
  </w:style>
  <w:style w:type="paragraph" w:styleId="Listaconvietas">
    <w:uiPriority w:val="99"/>
    <w:name w:val="List Bullet"/>
    <w:basedOn w:val="Normal"/>
    <w:unhideWhenUsed/>
    <w:rsid w:val="16178E84"/>
    <w:pPr>
      <w:numPr>
        <w:numId w:val="1"/>
      </w:numPr>
      <w:spacing/>
      <w:contextualSpacing/>
    </w:pPr>
  </w:style>
  <w:style w:type="paragraph" w:styleId="Listaconvietas2">
    <w:uiPriority w:val="99"/>
    <w:name w:val="List Bullet 2"/>
    <w:basedOn w:val="Normal"/>
    <w:unhideWhenUsed/>
    <w:rsid w:val="16178E84"/>
    <w:pPr>
      <w:numPr>
        <w:numId w:val="2"/>
      </w:numPr>
      <w:spacing/>
      <w:contextualSpacing/>
    </w:pPr>
  </w:style>
  <w:style w:type="paragraph" w:styleId="Listaconvietas3">
    <w:uiPriority w:val="99"/>
    <w:name w:val="List Bullet 3"/>
    <w:basedOn w:val="Normal"/>
    <w:unhideWhenUsed/>
    <w:rsid w:val="16178E84"/>
    <w:pPr>
      <w:numPr>
        <w:numId w:val="3"/>
      </w:numPr>
      <w:spacing/>
      <w:contextualSpacing/>
    </w:pPr>
  </w:style>
  <w:style w:type="paragraph" w:styleId="Listaconnmeros">
    <w:uiPriority w:val="99"/>
    <w:name w:val="List Number"/>
    <w:basedOn w:val="Normal"/>
    <w:unhideWhenUsed/>
    <w:rsid w:val="16178E84"/>
    <w:pPr>
      <w:numPr>
        <w:numId w:val="5"/>
      </w:numPr>
      <w:spacing/>
      <w:contextualSpacing/>
    </w:pPr>
  </w:style>
  <w:style w:type="paragraph" w:styleId="Listaconnmeros2">
    <w:uiPriority w:val="99"/>
    <w:name w:val="List Number 2"/>
    <w:basedOn w:val="Normal"/>
    <w:unhideWhenUsed/>
    <w:rsid w:val="16178E84"/>
    <w:pPr>
      <w:numPr>
        <w:numId w:val="6"/>
      </w:numPr>
      <w:spacing/>
      <w:contextualSpacing/>
    </w:pPr>
  </w:style>
  <w:style w:type="paragraph" w:styleId="Listaconnmeros3">
    <w:uiPriority w:val="99"/>
    <w:name w:val="List Number 3"/>
    <w:basedOn w:val="Normal"/>
    <w:unhideWhenUsed/>
    <w:rsid w:val="16178E84"/>
    <w:pPr>
      <w:numPr>
        <w:numId w:val="7"/>
      </w:numPr>
      <w:spacing/>
      <w:contextualSpacing/>
    </w:pPr>
  </w:style>
  <w:style w:type="paragraph" w:styleId="Continuarlista">
    <w:uiPriority w:val="99"/>
    <w:name w:val="List Continue"/>
    <w:basedOn w:val="Normal"/>
    <w:unhideWhenUsed/>
    <w:rsid w:val="16178E84"/>
    <w:pPr>
      <w:spacing w:after="120"/>
      <w:ind w:left="360"/>
      <w:contextualSpacing/>
    </w:pPr>
  </w:style>
  <w:style w:type="paragraph" w:styleId="Continuarlista2">
    <w:uiPriority w:val="99"/>
    <w:name w:val="List Continue 2"/>
    <w:basedOn w:val="Normal"/>
    <w:unhideWhenUsed/>
    <w:rsid w:val="16178E84"/>
    <w:pPr>
      <w:spacing w:after="120"/>
      <w:ind w:left="720"/>
      <w:contextualSpacing/>
    </w:pPr>
  </w:style>
  <w:style w:type="paragraph" w:styleId="Continuarlista3">
    <w:uiPriority w:val="99"/>
    <w:name w:val="List Continue 3"/>
    <w:basedOn w:val="Normal"/>
    <w:unhideWhenUsed/>
    <w:rsid w:val="16178E84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uiPriority w:val="29"/>
    <w:name w:val="Quote"/>
    <w:basedOn w:val="Normal"/>
    <w:next w:val="Normal"/>
    <w:link w:val="CitaCar"/>
    <w:qFormat/>
    <w:rsid w:val="16178E84"/>
    <w:rPr>
      <w:i w:val="1"/>
      <w:iCs w:val="1"/>
      <w:color w:val="000000" w:themeColor="text1" w:themeTint="FF" w:themeShade="FF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uiPriority w:val="35"/>
    <w:name w:val="caption"/>
    <w:basedOn w:val="Normal"/>
    <w:next w:val="Normal"/>
    <w:semiHidden/>
    <w:unhideWhenUsed/>
    <w:qFormat/>
    <w:rsid w:val="16178E84"/>
    <w:rPr>
      <w:b w:val="1"/>
      <w:bCs w:val="1"/>
      <w:color w:val="4F81BD" w:themeColor="accent1" w:themeTint="FF" w:themeShade="FF"/>
      <w:sz w:val="18"/>
      <w:szCs w:val="18"/>
    </w:rPr>
    <w:pPr>
      <w:spacing w:line="240" w:lineRule="auto"/>
    </w:p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uiPriority w:val="30"/>
    <w:name w:val="Intense Quote"/>
    <w:basedOn w:val="Normal"/>
    <w:next w:val="Normal"/>
    <w:link w:val="CitadestacadaCar"/>
    <w:qFormat/>
    <w:rsid w:val="16178E84"/>
    <w:rPr>
      <w:b w:val="1"/>
      <w:bCs w:val="1"/>
      <w:i w:val="1"/>
      <w:iCs w:val="1"/>
      <w:color w:val="4F81BD" w:themeColor="accent1" w:themeTint="FF" w:themeShade="FF"/>
    </w:rPr>
    <w:pPr>
      <w:pBdr>
        <w:bottom w:val="single" w:color="4F81BD" w:themeColor="accent1" w:sz="4" w:space="4"/>
      </w:pBdr>
      <w:spacing w:before="200" w:after="280"/>
      <w:ind w:left="936" w:right="936"/>
    </w:p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</dc:creator>
  <keywords/>
  <dc:description>generated by python-docx</dc:description>
  <lastModifiedBy>Francisca Ignacia Reyes</lastModifiedBy>
  <revision>4</revision>
  <dcterms:created xsi:type="dcterms:W3CDTF">2026-05-28T22:59:00.0000000Z</dcterms:created>
  <dcterms:modified xsi:type="dcterms:W3CDTF">2026-07-22T15:22:19.1226558Z</dcterms:modified>
  <category/>
</coreProperties>
</file>