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14C05" w:rsidRDefault="00000000" w14:paraId="263AF957" w14:textId="77777777">
      <w:pPr>
        <w:jc w:val="center"/>
      </w:pPr>
      <w:r>
        <w:rPr>
          <w:b/>
          <w:sz w:val="28"/>
        </w:rPr>
        <w:t>AUTORIZACIÓN DE USO DE IMAGEN Y ATRIBUTOS IDENTIFICATORIOS</w:t>
      </w:r>
      <w:r>
        <w:rPr>
          <w:b/>
          <w:sz w:val="28"/>
        </w:rPr>
        <w:br/>
      </w:r>
      <w:r>
        <w:rPr>
          <w:b/>
          <w:sz w:val="28"/>
        </w:rPr>
        <w:t>CEII – UNIVERSIDAD DEL DESARROLLO (UDD)</w:t>
      </w:r>
    </w:p>
    <w:p w:rsidR="00014C05" w:rsidRDefault="00014C05" w14:paraId="3F7C3D78" w14:textId="77777777"/>
    <w:p w:rsidR="2DBD65C9" w:rsidRDefault="2DBD65C9" w14:paraId="79B869FA" w14:textId="41B89398">
      <w:r w:rsidRPr="3DF20E95" w:rsidR="2DBD65C9">
        <w:rPr>
          <w:b w:val="1"/>
          <w:bCs w:val="1"/>
        </w:rPr>
        <w:t xml:space="preserve">I. IDENTIFICACIÓN DEL ESTUDIO Y DEL RESPONSABLE DEL TRATAMIENTO DE DATOS </w:t>
      </w:r>
    </w:p>
    <w:p w:rsidR="2DBD65C9" w:rsidRDefault="2DBD65C9" w14:paraId="181EB0E2" w14:textId="5CFFEAD4">
      <w:r w:rsidRPr="3DF20E95" w:rsidR="2DBD65C9">
        <w:rPr>
          <w:b w:val="0"/>
          <w:bCs w:val="0"/>
          <w:lang w:val="es-ES"/>
        </w:rPr>
        <w:t>Título del estudio: ______________________________________________________</w:t>
      </w:r>
    </w:p>
    <w:p w:rsidR="2DBD65C9" w:rsidRDefault="2DBD65C9" w14:paraId="362476A2" w14:textId="023B41CF">
      <w:r w:rsidRPr="3DF20E95" w:rsidR="2DBD65C9">
        <w:rPr>
          <w:b w:val="0"/>
          <w:bCs w:val="0"/>
          <w:lang w:val="es-ES"/>
        </w:rPr>
        <w:t>Investigador/a responsable: ______________________________________________</w:t>
      </w:r>
    </w:p>
    <w:p w:rsidR="16B8BAD3" w:rsidRDefault="16B8BAD3" w14:paraId="463EA226" w14:textId="59FEF7B6">
      <w:r w:rsidRPr="3DF20E95" w:rsidR="16B8BAD3">
        <w:rPr>
          <w:b w:val="0"/>
          <w:bCs w:val="0"/>
          <w:lang w:val="es-ES"/>
        </w:rPr>
        <w:t>Responsable del tratamiento de datos: _____________________________________</w:t>
      </w:r>
    </w:p>
    <w:p w:rsidR="16B8BAD3" w:rsidRDefault="16B8BAD3" w14:paraId="7BA21D13" w14:textId="542FD5B2">
      <w:r w:rsidRPr="3DF20E95" w:rsidR="16B8BAD3">
        <w:rPr>
          <w:b w:val="0"/>
          <w:bCs w:val="0"/>
          <w:lang w:val="es-ES"/>
        </w:rPr>
        <w:t>Contacto para el ejercicio de derechos (acceso, rectificación, supresión/cancelación y oposición):</w:t>
      </w:r>
    </w:p>
    <w:p w:rsidR="16B8BAD3" w:rsidRDefault="16B8BAD3" w14:paraId="7F09ECA1" w14:textId="3B8782A6">
      <w:r w:rsidRPr="3DF20E95" w:rsidR="16B8BAD3">
        <w:rPr>
          <w:b w:val="0"/>
          <w:bCs w:val="0"/>
          <w:lang w:val="es-ES"/>
        </w:rPr>
        <w:t>Correo: ________________________    Teléfono: ________________________</w:t>
      </w:r>
    </w:p>
    <w:p w:rsidR="16B8BAD3" w:rsidRDefault="16B8BAD3" w14:paraId="2006FEB2" w14:textId="070FCF56">
      <w:r w:rsidRPr="3DF20E95" w:rsidR="16B8BAD3">
        <w:rPr>
          <w:b w:val="0"/>
          <w:bCs w:val="0"/>
          <w:lang w:val="es-ES"/>
        </w:rPr>
        <w:t>Plazo de conservación del material: ___________________</w:t>
      </w:r>
    </w:p>
    <w:p w:rsidR="2DBD65C9" w:rsidRDefault="2DBD65C9" w14:paraId="6A9136F1" w14:textId="257DE657">
      <w:r w:rsidRPr="3DF20E95" w:rsidR="2DBD65C9">
        <w:rPr>
          <w:b w:val="1"/>
          <w:bCs w:val="1"/>
        </w:rPr>
        <w:t>II. PARA PARTICIPANTES MAYORES DE EDAD</w:t>
      </w:r>
    </w:p>
    <w:p w:rsidR="00014C05" w:rsidRDefault="00000000" w14:paraId="1FCB3FBF" w14:textId="77777777">
      <w:r>
        <w:t>Yo, _______________________________, RUT/Pasaporte __________________, declaro que:</w:t>
      </w:r>
    </w:p>
    <w:p w:rsidR="00014C05" w:rsidP="3DF20E95" w:rsidRDefault="00000000" w14:paraId="53593CD4" w14:textId="39AB3FF8">
      <w:pPr>
        <w:pStyle w:val="Listaconvietas"/>
        <w:jc w:val="both"/>
        <w:rPr>
          <w:lang w:val="es-ES"/>
        </w:rPr>
      </w:pPr>
      <w:r w:rsidRPr="3DF20E95" w:rsidR="65DAF5AA">
        <w:rPr>
          <w:lang w:val="es-ES"/>
        </w:rPr>
        <w:t xml:space="preserve">Participo voluntariamente en el estudio </w:t>
      </w:r>
      <w:r w:rsidRPr="3DF20E95" w:rsidR="7D69775A">
        <w:rPr>
          <w:lang w:val="es-ES"/>
        </w:rPr>
        <w:t>individualizado</w:t>
      </w:r>
      <w:r w:rsidRPr="3DF20E95" w:rsidR="74AE17B9">
        <w:rPr>
          <w:lang w:val="es-ES"/>
        </w:rPr>
        <w:t xml:space="preserve"> anteriormente</w:t>
      </w:r>
      <w:r w:rsidRPr="3DF20E95" w:rsidR="65DAF5AA">
        <w:rPr>
          <w:lang w:val="es-ES"/>
        </w:rPr>
        <w:t>, a cargo de</w:t>
      </w:r>
      <w:r w:rsidRPr="3DF20E95" w:rsidR="30AB9F0A">
        <w:rPr>
          <w:lang w:val="es-ES"/>
        </w:rPr>
        <w:t>l/de la investigador/a responsable allí señalado/a.</w:t>
      </w:r>
    </w:p>
    <w:p w:rsidR="00014C05" w:rsidP="3DF20E95" w:rsidRDefault="00000000" w14:paraId="217F84EF" w14:textId="354F71C2">
      <w:pPr>
        <w:pStyle w:val="Listaconvietas"/>
        <w:jc w:val="both"/>
        <w:rPr/>
      </w:pPr>
      <w:r w:rsidR="65DAF5AA">
        <w:rPr/>
        <w:t>Autorizo, de manera gratuita, la captación y uso de mi imagen/voz (fotografía, video y/o audio) exclusivamente para</w:t>
      </w:r>
      <w:r w:rsidR="27F152A2">
        <w:rPr/>
        <w:t xml:space="preserve"> las finalidades que determino más abajo y que se describen en el protocolo y consentimiento informado del estudio. </w:t>
      </w:r>
    </w:p>
    <w:p w:rsidR="00014C05" w:rsidP="3DF20E95" w:rsidRDefault="00000000" w14:paraId="0758B206" w14:textId="01BB0A7F">
      <w:pPr>
        <w:pStyle w:val="Listaconvietas"/>
        <w:jc w:val="both"/>
        <w:rPr>
          <w:lang w:val="es-ES"/>
        </w:rPr>
      </w:pPr>
      <w:r w:rsidRPr="3DF20E95" w:rsidR="31DC36FC">
        <w:rPr>
          <w:lang w:val="es-ES"/>
        </w:rPr>
        <w:t xml:space="preserve">Comprendo que mi imagen y mi voz constituyen datos personales y que, cuando revelen aspectos de mi salud física o psíquica, tienen el carácter de datos sensibles; autorizo su tratamiento con esta finalidad, conforme a la Ley N. º 19.628 y, a contar de su </w:t>
      </w:r>
      <w:r w:rsidRPr="3DF20E95" w:rsidR="31DC36FC">
        <w:rPr>
          <w:lang w:val="es-ES"/>
        </w:rPr>
        <w:t>entrada en v</w:t>
      </w:r>
      <w:r w:rsidRPr="3DF20E95" w:rsidR="0AEAEC03">
        <w:rPr>
          <w:lang w:val="es-ES"/>
        </w:rPr>
        <w:t>igencia</w:t>
      </w:r>
      <w:r w:rsidRPr="3DF20E95" w:rsidR="0AEAEC03">
        <w:rPr>
          <w:lang w:val="es-ES"/>
        </w:rPr>
        <w:t xml:space="preserve">, a la Ley N. º º21.719. </w:t>
      </w:r>
    </w:p>
    <w:p w:rsidR="00014C05" w:rsidP="3DF20E95" w:rsidRDefault="00000000" w14:paraId="341B783A" w14:textId="797652EF">
      <w:pPr>
        <w:pStyle w:val="Listaconvietas"/>
        <w:jc w:val="both"/>
        <w:rPr/>
      </w:pPr>
      <w:r w:rsidR="65DAF5AA">
        <w:rPr/>
        <w:t>Entiendo que esta autorización no habilita usos comerciales ni usos distintos a los fines académicos/científicos declarados.</w:t>
      </w:r>
    </w:p>
    <w:p w:rsidR="5F0187DB" w:rsidP="3DF20E95" w:rsidRDefault="5F0187DB" w14:paraId="190C5D79" w14:textId="44EBACE0">
      <w:pPr>
        <w:pStyle w:val="Listaconvietas"/>
        <w:jc w:val="both"/>
        <w:rPr>
          <w:lang w:val="es-ES"/>
        </w:rPr>
      </w:pPr>
      <w:r w:rsidRPr="3DF20E95" w:rsidR="5F0187DB">
        <w:rPr>
          <w:lang w:val="es-ES"/>
        </w:rPr>
        <w:t>He sido informado/a del plazo durante el cual se conservará el material y de que, cuando la finalidad de difusión científica lo suponga, éste podr</w:t>
      </w:r>
      <w:r w:rsidRPr="3DF20E95" w:rsidR="20D53B44">
        <w:rPr>
          <w:lang w:val="es-ES"/>
        </w:rPr>
        <w:t>á comunicarse a revistas, congresos o repositorios ubicados en el extranjero.</w:t>
      </w:r>
    </w:p>
    <w:p w:rsidR="00014C05" w:rsidP="3DF20E95" w:rsidRDefault="00000000" w14:paraId="1CE013C7" w14:textId="43A61DCE">
      <w:pPr>
        <w:pStyle w:val="Listaconvietas"/>
        <w:jc w:val="both"/>
        <w:rPr>
          <w:lang w:val="es-ES"/>
        </w:rPr>
      </w:pPr>
      <w:r w:rsidRPr="3DF20E95" w:rsidR="65DAF5AA">
        <w:rPr>
          <w:lang w:val="es-ES"/>
        </w:rPr>
        <w:t>Entiendo que puedo re</w:t>
      </w:r>
      <w:r w:rsidRPr="3DF20E95" w:rsidR="79CB9E3D">
        <w:rPr>
          <w:lang w:val="es-ES"/>
        </w:rPr>
        <w:t xml:space="preserve">vocar </w:t>
      </w:r>
      <w:r w:rsidRPr="3DF20E95" w:rsidR="65DAF5AA">
        <w:rPr>
          <w:lang w:val="es-ES"/>
        </w:rPr>
        <w:t xml:space="preserve">esta autorización </w:t>
      </w:r>
      <w:r w:rsidRPr="3DF20E95" w:rsidR="69EB3D1E">
        <w:rPr>
          <w:lang w:val="es-ES"/>
        </w:rPr>
        <w:t>en cualquier momento y por cualquier medio, sin expresión de causa y sin que ello importe responsabilidad, sanción ni pérdida de beneficio alguno, dirigiéndome al/a la investigador/a responsable o al CEII-UDD por los canales indicados anteriormente y en el consentimiento informado. La revocaci</w:t>
      </w:r>
      <w:r w:rsidRPr="3DF20E95" w:rsidR="379CA313">
        <w:rPr>
          <w:lang w:val="es-ES"/>
        </w:rPr>
        <w:t>ón operará hacia el futuro y no afectará los usos ya realizados en productos científicos o reportes agregados.</w:t>
      </w:r>
    </w:p>
    <w:p w:rsidR="00014C05" w:rsidRDefault="00014C05" w14:paraId="5B637070" w14:textId="77777777"/>
    <w:p w:rsidR="379CA313" w:rsidP="3DF20E95" w:rsidRDefault="379CA313" w14:paraId="45DDDAAF" w14:textId="0B339FDA">
      <w:pPr>
        <w:rPr>
          <w:b w:val="1"/>
          <w:bCs w:val="1"/>
        </w:rPr>
      </w:pPr>
      <w:r w:rsidRPr="3DF20E95" w:rsidR="379CA313">
        <w:rPr>
          <w:b w:val="1"/>
          <w:bCs w:val="1"/>
        </w:rPr>
        <w:t>Finalidades específicas autorizadas (marque una o más; puede autorizar unas y excluir otras):</w:t>
      </w:r>
    </w:p>
    <w:p w:rsidR="379CA313" w:rsidP="3DF20E95" w:rsidRDefault="379CA313" w14:paraId="2D3A8A3C" w14:textId="0AD98386">
      <w:pPr>
        <w:pStyle w:val="Normal"/>
      </w:pPr>
      <w:r w:rsidR="379CA313">
        <w:rPr/>
        <w:t>☐  Análisis interno del equipo de investigación</w:t>
      </w:r>
    </w:p>
    <w:p w:rsidR="379CA313" w:rsidP="3DF20E95" w:rsidRDefault="379CA313" w14:paraId="31369100" w14:textId="632DAF42">
      <w:pPr>
        <w:pStyle w:val="Normal"/>
      </w:pPr>
      <w:r w:rsidR="379CA313">
        <w:rPr/>
        <w:t>☐  Docencia</w:t>
      </w:r>
    </w:p>
    <w:p w:rsidR="379CA313" w:rsidP="3DF20E95" w:rsidRDefault="379CA313" w14:paraId="08B75F80" w14:textId="65B478AD">
      <w:pPr>
        <w:pStyle w:val="Normal"/>
      </w:pPr>
      <w:r w:rsidR="379CA313">
        <w:rPr/>
        <w:t>☐  Difusión científica en congresos, publicaciones o repositorios</w:t>
      </w:r>
    </w:p>
    <w:p w:rsidR="379CA313" w:rsidP="3DF20E95" w:rsidRDefault="379CA313" w14:paraId="1BDD7CEF" w14:textId="2708C2D3">
      <w:pPr>
        <w:pStyle w:val="Normal"/>
      </w:pPr>
      <w:r w:rsidR="379CA313">
        <w:rPr/>
        <w:t>☐  Material institucional de divulgación</w:t>
      </w:r>
    </w:p>
    <w:p w:rsidR="379CA313" w:rsidP="3DF20E95" w:rsidRDefault="379CA313" w14:paraId="12BE0ECC" w14:textId="7B706A30">
      <w:pPr>
        <w:pStyle w:val="Normal"/>
      </w:pPr>
      <w:r w:rsidR="379CA313">
        <w:rPr/>
        <w:t>☐  Otro (especificar): ________________________________________</w:t>
      </w:r>
    </w:p>
    <w:p w:rsidR="3DF20E95" w:rsidRDefault="3DF20E95" w14:paraId="2B523775" w14:textId="2A18C8AD"/>
    <w:tbl>
      <w:tblPr>
        <w:tblStyle w:val="Tablanormal4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5070"/>
        <w:gridCol w:w="3364"/>
      </w:tblGrid>
      <w:tr w:rsidRPr="00CA65D1" w:rsidR="00184340" w:rsidTr="002E6EA1" w14:paraId="08D80353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0" w:type="dxa"/>
            <w:shd w:val="clear" w:color="auto" w:fill="FFFFFF" w:themeFill="background1"/>
          </w:tcPr>
          <w:p w:rsidRPr="00CA65D1" w:rsidR="00184340" w:rsidP="002E6EA1" w:rsidRDefault="00184340" w14:paraId="3F7D94D3" w14:textId="77777777">
            <w:pPr>
              <w:jc w:val="center"/>
              <w:rPr>
                <w:b w:val="0"/>
                <w:bCs w:val="0"/>
                <w:sz w:val="20"/>
                <w:szCs w:val="20"/>
              </w:rPr>
            </w:pPr>
            <w:r w:rsidRPr="00CA65D1">
              <w:rPr>
                <w:b w:val="0"/>
                <w:bCs w:val="0"/>
                <w:sz w:val="20"/>
                <w:szCs w:val="20"/>
              </w:rPr>
              <w:t>____</w:t>
            </w:r>
            <w:r>
              <w:rPr>
                <w:b w:val="0"/>
                <w:bCs w:val="0"/>
                <w:sz w:val="20"/>
                <w:szCs w:val="20"/>
              </w:rPr>
              <w:t>__________</w:t>
            </w:r>
            <w:r w:rsidRPr="00CA65D1">
              <w:rPr>
                <w:b w:val="0"/>
                <w:bCs w:val="0"/>
                <w:sz w:val="20"/>
                <w:szCs w:val="20"/>
              </w:rPr>
              <w:t>___________________________</w:t>
            </w:r>
          </w:p>
          <w:p w:rsidRPr="00CA65D1" w:rsidR="00184340" w:rsidP="002E6EA1" w:rsidRDefault="00184340" w14:paraId="4FC3269D" w14:textId="21B74175">
            <w:pPr>
              <w:jc w:val="center"/>
              <w:rPr>
                <w:b w:val="0"/>
                <w:bCs w:val="0"/>
                <w:sz w:val="20"/>
                <w:szCs w:val="20"/>
              </w:rPr>
            </w:pPr>
            <w:r w:rsidRPr="00CA65D1">
              <w:rPr>
                <w:b w:val="0"/>
                <w:bCs w:val="0"/>
                <w:sz w:val="20"/>
                <w:szCs w:val="20"/>
              </w:rPr>
              <w:t xml:space="preserve">Nombre y firma del/de la </w:t>
            </w:r>
            <w:r w:rsidR="00E97B86">
              <w:rPr>
                <w:b w:val="0"/>
                <w:bCs w:val="0"/>
                <w:sz w:val="20"/>
                <w:szCs w:val="20"/>
              </w:rPr>
              <w:t>participante</w:t>
            </w:r>
          </w:p>
          <w:p w:rsidR="00184340" w:rsidP="002E6EA1" w:rsidRDefault="00184340" w14:paraId="0CAD2536" w14:textId="77777777">
            <w:pPr>
              <w:jc w:val="center"/>
              <w:rPr>
                <w:sz w:val="20"/>
                <w:szCs w:val="20"/>
              </w:rPr>
            </w:pPr>
          </w:p>
          <w:p w:rsidR="00184340" w:rsidP="002E6EA1" w:rsidRDefault="00184340" w14:paraId="697949BA" w14:textId="77777777">
            <w:pPr>
              <w:jc w:val="center"/>
              <w:rPr>
                <w:sz w:val="20"/>
                <w:szCs w:val="20"/>
              </w:rPr>
            </w:pPr>
          </w:p>
          <w:p w:rsidRPr="00CA65D1" w:rsidR="00184340" w:rsidP="002E6EA1" w:rsidRDefault="00184340" w14:paraId="6D0E5EDA" w14:textId="77777777">
            <w:pPr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3364" w:type="dxa"/>
            <w:shd w:val="clear" w:color="auto" w:fill="FFFFFF" w:themeFill="background1"/>
          </w:tcPr>
          <w:p w:rsidRPr="00CA65D1" w:rsidR="00184340" w:rsidP="002E6EA1" w:rsidRDefault="00184340" w14:paraId="5B59BBD1" w14:textId="777777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0"/>
                <w:szCs w:val="20"/>
              </w:rPr>
            </w:pPr>
            <w:r w:rsidRPr="00CA65D1">
              <w:rPr>
                <w:b w:val="0"/>
                <w:bCs w:val="0"/>
                <w:sz w:val="20"/>
                <w:szCs w:val="20"/>
              </w:rPr>
              <w:t>________________</w:t>
            </w:r>
          </w:p>
          <w:p w:rsidRPr="00CA65D1" w:rsidR="00184340" w:rsidP="002E6EA1" w:rsidRDefault="00184340" w14:paraId="1C872D0D" w14:textId="777777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0"/>
                <w:szCs w:val="20"/>
              </w:rPr>
            </w:pPr>
            <w:r w:rsidRPr="00CA65D1">
              <w:rPr>
                <w:b w:val="0"/>
                <w:bCs w:val="0"/>
                <w:sz w:val="20"/>
                <w:szCs w:val="20"/>
              </w:rPr>
              <w:t>Fecha</w:t>
            </w:r>
          </w:p>
        </w:tc>
      </w:tr>
      <w:tr w:rsidRPr="00CA65D1" w:rsidR="00184340" w:rsidTr="002E6EA1" w14:paraId="3338ACCC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0" w:type="dxa"/>
            <w:shd w:val="clear" w:color="auto" w:fill="FFFFFF" w:themeFill="background1"/>
          </w:tcPr>
          <w:p w:rsidRPr="00CA65D1" w:rsidR="00184340" w:rsidP="002E6EA1" w:rsidRDefault="00184340" w14:paraId="62043216" w14:textId="77777777">
            <w:pPr>
              <w:jc w:val="center"/>
              <w:rPr>
                <w:b w:val="0"/>
                <w:bCs w:val="0"/>
                <w:sz w:val="20"/>
                <w:szCs w:val="20"/>
              </w:rPr>
            </w:pPr>
            <w:r w:rsidRPr="00CA65D1">
              <w:rPr>
                <w:b w:val="0"/>
                <w:bCs w:val="0"/>
                <w:sz w:val="20"/>
                <w:szCs w:val="20"/>
              </w:rPr>
              <w:t>_______________________________</w:t>
            </w:r>
          </w:p>
          <w:p w:rsidRPr="00CA65D1" w:rsidR="00184340" w:rsidP="002E6EA1" w:rsidRDefault="00184340" w14:paraId="560252E7" w14:textId="77777777">
            <w:pPr>
              <w:jc w:val="center"/>
              <w:rPr>
                <w:b w:val="0"/>
                <w:bCs w:val="0"/>
                <w:sz w:val="20"/>
                <w:szCs w:val="20"/>
              </w:rPr>
            </w:pPr>
            <w:r w:rsidRPr="00CA65D1">
              <w:rPr>
                <w:b w:val="0"/>
                <w:bCs w:val="0"/>
                <w:sz w:val="20"/>
                <w:szCs w:val="20"/>
              </w:rPr>
              <w:t>Nombre y firma del/de la Investigador/a Responsable</w:t>
            </w:r>
          </w:p>
          <w:p w:rsidRPr="00CA65D1" w:rsidR="00184340" w:rsidP="002E6EA1" w:rsidRDefault="00184340" w14:paraId="32334AC0" w14:textId="77777777">
            <w:pPr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3364" w:type="dxa"/>
            <w:shd w:val="clear" w:color="auto" w:fill="FFFFFF" w:themeFill="background1"/>
          </w:tcPr>
          <w:p w:rsidRPr="00CA65D1" w:rsidR="00184340" w:rsidP="002E6EA1" w:rsidRDefault="00184340" w14:paraId="74C771A0" w14:textId="777777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A65D1">
              <w:rPr>
                <w:sz w:val="20"/>
                <w:szCs w:val="20"/>
              </w:rPr>
              <w:t>________________</w:t>
            </w:r>
          </w:p>
          <w:p w:rsidRPr="00CA65D1" w:rsidR="00184340" w:rsidP="002E6EA1" w:rsidRDefault="00184340" w14:paraId="225F0B13" w14:textId="777777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A65D1">
              <w:rPr>
                <w:sz w:val="20"/>
                <w:szCs w:val="20"/>
              </w:rPr>
              <w:t>Fecha</w:t>
            </w:r>
          </w:p>
        </w:tc>
      </w:tr>
    </w:tbl>
    <w:p w:rsidR="00014C05" w:rsidRDefault="00014C05" w14:paraId="0EE3CA75" w14:textId="77777777"/>
    <w:p w:rsidR="00184340" w:rsidRDefault="00184340" w14:paraId="1435195A" w14:textId="77777777"/>
    <w:p w:rsidR="00184340" w:rsidRDefault="00184340" w14:paraId="118E5B9F" w14:textId="77777777"/>
    <w:p w:rsidR="00184340" w:rsidRDefault="00184340" w14:paraId="2B8A2620" w14:textId="3A75D8FD">
      <w:r>
        <w:br w:type="page"/>
      </w:r>
    </w:p>
    <w:p w:rsidR="00014C05" w:rsidP="00184340" w:rsidRDefault="00000000" w14:paraId="53DA9C1B" w14:textId="77777777">
      <w:pPr>
        <w:jc w:val="center"/>
      </w:pPr>
      <w:r>
        <w:rPr>
          <w:b/>
          <w:sz w:val="24"/>
        </w:rPr>
        <w:t>B. Para participantes menores de edad (autorización del/de la representante legal)</w:t>
      </w:r>
    </w:p>
    <w:p w:rsidR="00014C05" w:rsidRDefault="00000000" w14:paraId="04A39B18" w14:textId="77777777">
      <w:r>
        <w:t>Yo, _______________________________, RUT/Pasaporte __________________, en calidad de madre/padre/tutor/a legal de:</w:t>
      </w:r>
    </w:p>
    <w:p w:rsidR="00014C05" w:rsidRDefault="00000000" w14:paraId="13818EAF" w14:textId="77777777">
      <w:r>
        <w:rPr>
          <w:b/>
        </w:rPr>
        <w:t xml:space="preserve">Nombre del/de la menor: </w:t>
      </w:r>
      <w:r>
        <w:t>_______________________________________________________</w:t>
      </w:r>
    </w:p>
    <w:p w:rsidR="00014C05" w:rsidRDefault="00000000" w14:paraId="6C4B946E" w14:textId="77777777">
      <w:r>
        <w:rPr>
          <w:b/>
        </w:rPr>
        <w:t xml:space="preserve">RUT/Pasaporte del/de la menor: </w:t>
      </w:r>
      <w:r>
        <w:t>_____________________________________________</w:t>
      </w:r>
    </w:p>
    <w:p w:rsidR="00014C05" w:rsidRDefault="00000000" w14:paraId="2A8A3D64" w14:textId="77777777">
      <w:r>
        <w:t>Declaro que:</w:t>
      </w:r>
    </w:p>
    <w:p w:rsidR="00014C05" w:rsidRDefault="00000000" w14:paraId="146201DE" w14:textId="77777777">
      <w:pPr>
        <w:pStyle w:val="Listaconvietas"/>
      </w:pPr>
      <w:r>
        <w:t>He sido informado/a del estudio y autorizo la captación y uso de imagen/voz del/de la menor, exclusivamente para los fines descritos en el protocolo y consentimiento/asentimiento.</w:t>
      </w:r>
    </w:p>
    <w:p w:rsidR="00014C05" w:rsidRDefault="00000000" w14:paraId="0EEE61A4" w14:textId="77777777">
      <w:pPr>
        <w:pStyle w:val="Listaconvietas"/>
      </w:pPr>
      <w:r>
        <w:t>Comprendo que la participación del/de la menor es voluntaria y requiere, además, asentimiento cuando corresponda, pudiendo negarse o retirarse sin consecuencias negativas.</w:t>
      </w:r>
    </w:p>
    <w:p w:rsidR="00014C05" w:rsidRDefault="00000000" w14:paraId="6A2488B2" w14:textId="77777777">
      <w:pPr>
        <w:pStyle w:val="Listaconvietas"/>
      </w:pPr>
      <w:r>
        <w:t>Prohíbo expresamente cualquier uso comercial o fuera de los fines académicos/científicos autorizados.</w:t>
      </w:r>
    </w:p>
    <w:p w:rsidR="00014C05" w:rsidRDefault="00014C05" w14:paraId="169D16BE" w14:textId="77777777"/>
    <w:p w:rsidR="00014C05" w:rsidRDefault="00000000" w14:paraId="237E3717" w14:textId="6A00324B">
      <w:r>
        <w:rPr>
          <w:b/>
        </w:rPr>
        <w:t>Uso específico autorizado</w:t>
      </w:r>
      <w:r w:rsidRPr="00E97B86" w:rsidR="00E97B86">
        <w:rPr>
          <w:b/>
        </w:rPr>
        <w:t xml:space="preserve"> (describer los usos específicos, p. ej., solo análisis interno / docencia / difusión científica)</w:t>
      </w:r>
      <w:r w:rsidR="00E97B86">
        <w:rPr>
          <w:b/>
        </w:rPr>
        <w:t>:</w:t>
      </w:r>
      <w:r>
        <w:rPr>
          <w:b/>
        </w:rPr>
        <w:t xml:space="preserve"> </w:t>
      </w:r>
      <w:r>
        <w:t>_______________________________________________________</w:t>
      </w:r>
    </w:p>
    <w:p w:rsidR="00184340" w:rsidRDefault="00184340" w14:paraId="50E39583" w14:textId="77777777"/>
    <w:p w:rsidR="00184340" w:rsidRDefault="00184340" w14:paraId="7BB76FCD" w14:textId="77777777"/>
    <w:p w:rsidR="00184340" w:rsidRDefault="00184340" w14:paraId="4CC2D59F" w14:textId="77777777"/>
    <w:p w:rsidR="00184340" w:rsidRDefault="00184340" w14:paraId="6FD221F4" w14:textId="77777777"/>
    <w:p w:rsidR="00184340" w:rsidRDefault="00184340" w14:paraId="574F093C" w14:textId="77777777"/>
    <w:tbl>
      <w:tblPr>
        <w:tblStyle w:val="Tablanormal4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5070"/>
        <w:gridCol w:w="3364"/>
      </w:tblGrid>
      <w:tr w:rsidRPr="00CA65D1" w:rsidR="00184340" w:rsidTr="002E6EA1" w14:paraId="7E0BAD3C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0" w:type="dxa"/>
            <w:shd w:val="clear" w:color="auto" w:fill="FFFFFF" w:themeFill="background1"/>
          </w:tcPr>
          <w:p w:rsidRPr="00CA65D1" w:rsidR="00184340" w:rsidP="002E6EA1" w:rsidRDefault="00184340" w14:paraId="3A6B71AA" w14:textId="77777777">
            <w:pPr>
              <w:jc w:val="center"/>
              <w:rPr>
                <w:b w:val="0"/>
                <w:bCs w:val="0"/>
                <w:sz w:val="20"/>
                <w:szCs w:val="20"/>
              </w:rPr>
            </w:pPr>
            <w:r w:rsidRPr="00CA65D1">
              <w:rPr>
                <w:b w:val="0"/>
                <w:bCs w:val="0"/>
                <w:sz w:val="20"/>
                <w:szCs w:val="20"/>
              </w:rPr>
              <w:t>____</w:t>
            </w:r>
            <w:r>
              <w:rPr>
                <w:b w:val="0"/>
                <w:bCs w:val="0"/>
                <w:sz w:val="20"/>
                <w:szCs w:val="20"/>
              </w:rPr>
              <w:t>__________</w:t>
            </w:r>
            <w:r w:rsidRPr="00CA65D1">
              <w:rPr>
                <w:b w:val="0"/>
                <w:bCs w:val="0"/>
                <w:sz w:val="20"/>
                <w:szCs w:val="20"/>
              </w:rPr>
              <w:t>___________________________</w:t>
            </w:r>
          </w:p>
          <w:p w:rsidRPr="00CA65D1" w:rsidR="00184340" w:rsidP="002E6EA1" w:rsidRDefault="00184340" w14:paraId="46F45402" w14:textId="1D73FEBC">
            <w:pPr>
              <w:jc w:val="center"/>
              <w:rPr>
                <w:b w:val="0"/>
                <w:bCs w:val="0"/>
                <w:sz w:val="20"/>
                <w:szCs w:val="20"/>
              </w:rPr>
            </w:pPr>
            <w:r w:rsidRPr="00CA65D1">
              <w:rPr>
                <w:b w:val="0"/>
                <w:bCs w:val="0"/>
                <w:sz w:val="20"/>
                <w:szCs w:val="20"/>
              </w:rPr>
              <w:t xml:space="preserve">Nombre y firma del/de la </w:t>
            </w:r>
            <w:r>
              <w:rPr>
                <w:b w:val="0"/>
                <w:bCs w:val="0"/>
                <w:sz w:val="20"/>
                <w:szCs w:val="20"/>
              </w:rPr>
              <w:t>representante legal</w:t>
            </w:r>
          </w:p>
          <w:p w:rsidR="00184340" w:rsidP="002E6EA1" w:rsidRDefault="00184340" w14:paraId="2647B4FC" w14:textId="77777777">
            <w:pPr>
              <w:jc w:val="center"/>
              <w:rPr>
                <w:sz w:val="20"/>
                <w:szCs w:val="20"/>
              </w:rPr>
            </w:pPr>
          </w:p>
          <w:p w:rsidR="00184340" w:rsidP="002E6EA1" w:rsidRDefault="00184340" w14:paraId="27F6DC60" w14:textId="77777777">
            <w:pPr>
              <w:jc w:val="center"/>
              <w:rPr>
                <w:sz w:val="20"/>
                <w:szCs w:val="20"/>
              </w:rPr>
            </w:pPr>
          </w:p>
          <w:p w:rsidRPr="00CA65D1" w:rsidR="00184340" w:rsidP="002E6EA1" w:rsidRDefault="00184340" w14:paraId="44710486" w14:textId="77777777">
            <w:pPr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3364" w:type="dxa"/>
            <w:shd w:val="clear" w:color="auto" w:fill="FFFFFF" w:themeFill="background1"/>
          </w:tcPr>
          <w:p w:rsidRPr="00CA65D1" w:rsidR="00184340" w:rsidP="002E6EA1" w:rsidRDefault="00184340" w14:paraId="3EC7649E" w14:textId="777777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0"/>
                <w:szCs w:val="20"/>
              </w:rPr>
            </w:pPr>
            <w:r w:rsidRPr="00CA65D1">
              <w:rPr>
                <w:b w:val="0"/>
                <w:bCs w:val="0"/>
                <w:sz w:val="20"/>
                <w:szCs w:val="20"/>
              </w:rPr>
              <w:t>________________</w:t>
            </w:r>
          </w:p>
          <w:p w:rsidRPr="00CA65D1" w:rsidR="00184340" w:rsidP="002E6EA1" w:rsidRDefault="00184340" w14:paraId="026BD65F" w14:textId="777777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0"/>
                <w:szCs w:val="20"/>
              </w:rPr>
            </w:pPr>
            <w:r w:rsidRPr="00CA65D1">
              <w:rPr>
                <w:b w:val="0"/>
                <w:bCs w:val="0"/>
                <w:sz w:val="20"/>
                <w:szCs w:val="20"/>
              </w:rPr>
              <w:t>Fecha</w:t>
            </w:r>
          </w:p>
        </w:tc>
      </w:tr>
      <w:tr w:rsidRPr="00CA65D1" w:rsidR="00184340" w:rsidTr="002E6EA1" w14:paraId="502ED38A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0" w:type="dxa"/>
            <w:shd w:val="clear" w:color="auto" w:fill="FFFFFF" w:themeFill="background1"/>
          </w:tcPr>
          <w:p w:rsidRPr="00CA65D1" w:rsidR="00184340" w:rsidP="002E6EA1" w:rsidRDefault="00184340" w14:paraId="4F7BDE22" w14:textId="77777777">
            <w:pPr>
              <w:jc w:val="center"/>
              <w:rPr>
                <w:b w:val="0"/>
                <w:bCs w:val="0"/>
                <w:sz w:val="20"/>
                <w:szCs w:val="20"/>
              </w:rPr>
            </w:pPr>
            <w:r w:rsidRPr="00CA65D1">
              <w:rPr>
                <w:b w:val="0"/>
                <w:bCs w:val="0"/>
                <w:sz w:val="20"/>
                <w:szCs w:val="20"/>
              </w:rPr>
              <w:t>_______________________________</w:t>
            </w:r>
          </w:p>
          <w:p w:rsidRPr="00CA65D1" w:rsidR="00184340" w:rsidP="002E6EA1" w:rsidRDefault="00184340" w14:paraId="5E0590D9" w14:textId="77777777">
            <w:pPr>
              <w:jc w:val="center"/>
              <w:rPr>
                <w:b w:val="0"/>
                <w:bCs w:val="0"/>
                <w:sz w:val="20"/>
                <w:szCs w:val="20"/>
              </w:rPr>
            </w:pPr>
            <w:r w:rsidRPr="00CA65D1">
              <w:rPr>
                <w:b w:val="0"/>
                <w:bCs w:val="0"/>
                <w:sz w:val="20"/>
                <w:szCs w:val="20"/>
              </w:rPr>
              <w:t>Nombre y firma del/de la Investigador/a Responsable</w:t>
            </w:r>
          </w:p>
          <w:p w:rsidRPr="00CA65D1" w:rsidR="00184340" w:rsidP="002E6EA1" w:rsidRDefault="00184340" w14:paraId="1692AE26" w14:textId="77777777">
            <w:pPr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3364" w:type="dxa"/>
            <w:shd w:val="clear" w:color="auto" w:fill="FFFFFF" w:themeFill="background1"/>
          </w:tcPr>
          <w:p w:rsidRPr="00CA65D1" w:rsidR="00184340" w:rsidP="002E6EA1" w:rsidRDefault="00184340" w14:paraId="142FAF11" w14:textId="777777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A65D1">
              <w:rPr>
                <w:sz w:val="20"/>
                <w:szCs w:val="20"/>
              </w:rPr>
              <w:t>________________</w:t>
            </w:r>
          </w:p>
          <w:p w:rsidRPr="00CA65D1" w:rsidR="00184340" w:rsidP="002E6EA1" w:rsidRDefault="00184340" w14:paraId="045BC8B1" w14:textId="777777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A65D1">
              <w:rPr>
                <w:sz w:val="20"/>
                <w:szCs w:val="20"/>
              </w:rPr>
              <w:t>Fecha</w:t>
            </w:r>
          </w:p>
        </w:tc>
      </w:tr>
    </w:tbl>
    <w:p w:rsidR="00014C05" w:rsidRDefault="00014C05" w14:paraId="3C142C72" w14:textId="77777777"/>
    <w:sectPr w:rsidR="00014C05" w:rsidSect="00034616">
      <w:headerReference w:type="default" r:id="rId8"/>
      <w:pgSz w:w="12240" w:h="15840" w:orient="portrait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D0F39" w:rsidP="009A7167" w:rsidRDefault="00DD0F39" w14:paraId="61780883" w14:textId="77777777">
      <w:pPr>
        <w:spacing w:after="0" w:line="240" w:lineRule="auto"/>
      </w:pPr>
      <w:r>
        <w:separator/>
      </w:r>
    </w:p>
  </w:endnote>
  <w:endnote w:type="continuationSeparator" w:id="0">
    <w:p w:rsidR="00DD0F39" w:rsidP="009A7167" w:rsidRDefault="00DD0F39" w14:paraId="6A098E50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D0F39" w:rsidP="009A7167" w:rsidRDefault="00DD0F39" w14:paraId="2EC3CC41" w14:textId="77777777">
      <w:pPr>
        <w:spacing w:after="0" w:line="240" w:lineRule="auto"/>
      </w:pPr>
      <w:r>
        <w:separator/>
      </w:r>
    </w:p>
  </w:footnote>
  <w:footnote w:type="continuationSeparator" w:id="0">
    <w:p w:rsidR="00DD0F39" w:rsidP="009A7167" w:rsidRDefault="00DD0F39" w14:paraId="4168709D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9A7167" w:rsidRDefault="009A7167" w14:paraId="16C65550" w14:textId="2898BE27">
    <w:pPr>
      <w:pStyle w:val="Encabezado"/>
    </w:pPr>
    <w:r>
      <w:rPr>
        <w:noProof/>
      </w:rPr>
      <w:drawing>
        <wp:inline distT="0" distB="0" distL="0" distR="0" wp14:anchorId="06C3B10B" wp14:editId="1C6BA26E">
          <wp:extent cx="2152650" cy="577850"/>
          <wp:effectExtent l="0" t="0" r="0" b="0"/>
          <wp:docPr id="1490696056" name="Imagen 1" descr="Logos - Imagen UD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s - Imagen UDD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348" t="14961" r="3914" b="13319"/>
                  <a:stretch>
                    <a:fillRect/>
                  </a:stretch>
                </pic:blipFill>
                <pic:spPr bwMode="auto">
                  <a:xfrm>
                    <a:off x="0" y="0"/>
                    <a:ext cx="2156024" cy="57875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9A7167" w:rsidRDefault="009A7167" w14:paraId="33EA8906" w14:textId="7777777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 w16cid:durableId="1017125227">
    <w:abstractNumId w:val="8"/>
  </w:num>
  <w:num w:numId="2" w16cid:durableId="1528442604">
    <w:abstractNumId w:val="6"/>
  </w:num>
  <w:num w:numId="3" w16cid:durableId="823551763">
    <w:abstractNumId w:val="5"/>
  </w:num>
  <w:num w:numId="4" w16cid:durableId="1716588866">
    <w:abstractNumId w:val="4"/>
  </w:num>
  <w:num w:numId="5" w16cid:durableId="521671324">
    <w:abstractNumId w:val="7"/>
  </w:num>
  <w:num w:numId="6" w16cid:durableId="146438244">
    <w:abstractNumId w:val="3"/>
  </w:num>
  <w:num w:numId="7" w16cid:durableId="1412123173">
    <w:abstractNumId w:val="2"/>
  </w:num>
  <w:num w:numId="8" w16cid:durableId="680162066">
    <w:abstractNumId w:val="1"/>
  </w:num>
  <w:num w:numId="9" w16cid:durableId="428354844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0000"/>
    <w:rsid w:val="00014C05"/>
    <w:rsid w:val="00034616"/>
    <w:rsid w:val="0006063C"/>
    <w:rsid w:val="0015074B"/>
    <w:rsid w:val="00184340"/>
    <w:rsid w:val="0029639D"/>
    <w:rsid w:val="00326F90"/>
    <w:rsid w:val="0049033F"/>
    <w:rsid w:val="004A4440"/>
    <w:rsid w:val="004C626A"/>
    <w:rsid w:val="00553E43"/>
    <w:rsid w:val="005C4A08"/>
    <w:rsid w:val="0078709B"/>
    <w:rsid w:val="009A7167"/>
    <w:rsid w:val="00AA1D8D"/>
    <w:rsid w:val="00B47730"/>
    <w:rsid w:val="00BF621D"/>
    <w:rsid w:val="00C11103"/>
    <w:rsid w:val="00CB0664"/>
    <w:rsid w:val="00DD0F39"/>
    <w:rsid w:val="00E97B86"/>
    <w:rsid w:val="00FA383C"/>
    <w:rsid w:val="00FC693F"/>
    <w:rsid w:val="0AEAEC03"/>
    <w:rsid w:val="0FFDA873"/>
    <w:rsid w:val="16B8BAD3"/>
    <w:rsid w:val="19C18741"/>
    <w:rsid w:val="1CB72B55"/>
    <w:rsid w:val="20D53B44"/>
    <w:rsid w:val="2652DB79"/>
    <w:rsid w:val="266A302F"/>
    <w:rsid w:val="27F152A2"/>
    <w:rsid w:val="2DBD65C9"/>
    <w:rsid w:val="30AB9F0A"/>
    <w:rsid w:val="313C851B"/>
    <w:rsid w:val="31DC36FC"/>
    <w:rsid w:val="34CB6EA0"/>
    <w:rsid w:val="379CA313"/>
    <w:rsid w:val="3B294BAA"/>
    <w:rsid w:val="3C12DDC4"/>
    <w:rsid w:val="3DF20E95"/>
    <w:rsid w:val="455D5356"/>
    <w:rsid w:val="4570B69E"/>
    <w:rsid w:val="4C1DF35C"/>
    <w:rsid w:val="522AC40D"/>
    <w:rsid w:val="522AC668"/>
    <w:rsid w:val="560B1B00"/>
    <w:rsid w:val="5D7FB9C7"/>
    <w:rsid w:val="5F0187DB"/>
    <w:rsid w:val="6049F15E"/>
    <w:rsid w:val="61F13738"/>
    <w:rsid w:val="65DAF5AA"/>
    <w:rsid w:val="664E92D5"/>
    <w:rsid w:val="69EB3D1E"/>
    <w:rsid w:val="6BD9BAEB"/>
    <w:rsid w:val="74AE17B9"/>
    <w:rsid w:val="79CB9E3D"/>
    <w:rsid w:val="7D05075B"/>
    <w:rsid w:val="7D697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6CA285"/>
  <w14:defaultImageDpi w14:val="300"/>
  <w15:docId w15:val="{3175A257-7BFA-4328-8B2A-11038F5E711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84340"/>
    <w:rPr>
      <w:rFonts w:ascii="Calibri" w:hAnsi="Calibri" w:eastAsia="Calibri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styleId="Ttulo1Car" w:customStyle="1">
    <w:name w:val="Título 1 Car"/>
    <w:basedOn w:val="Fuentedeprrafopredeter"/>
    <w:link w:val="Ttulo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Ttulo2Car" w:customStyle="1">
    <w:name w:val="Título 2 Car"/>
    <w:basedOn w:val="Fuentedeprrafopredeter"/>
    <w:link w:val="Ttulo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Ttulo3Car" w:customStyle="1">
    <w:name w:val="Título 3 Car"/>
    <w:basedOn w:val="Fuentedeprrafopredeter"/>
    <w:link w:val="Ttulo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tuloCar" w:customStyle="1">
    <w:name w:val="Título Car"/>
    <w:basedOn w:val="Fuentedeprrafopredeter"/>
    <w:link w:val="Ttulo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tuloCar" w:customStyle="1">
    <w:name w:val="Subtítulo Car"/>
    <w:basedOn w:val="Fuentedeprrafopredeter"/>
    <w:link w:val="Subttulo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styleId="TextoindependienteCar" w:customStyle="1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styleId="Textoindependiente2Car" w:customStyle="1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Textoindependiente3Car" w:customStyle="1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TextomacroCar" w:customStyle="1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styleId="CitaCar" w:customStyle="1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styleId="Ttulo4Car" w:customStyle="1">
    <w:name w:val="Título 4 Car"/>
    <w:basedOn w:val="Fuentedeprrafopredeter"/>
    <w:link w:val="Ttulo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Ttulo5Car" w:customStyle="1">
    <w:name w:val="Título 5 Car"/>
    <w:basedOn w:val="Fuentedeprrafopredeter"/>
    <w:link w:val="Ttulo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Ttulo6Car" w:customStyle="1">
    <w:name w:val="Título 6 Car"/>
    <w:basedOn w:val="Fuentedeprrafopredeter"/>
    <w:link w:val="Ttulo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Ttulo7Car" w:customStyle="1">
    <w:name w:val="Título 7 Car"/>
    <w:basedOn w:val="Fuentedeprrafopredeter"/>
    <w:link w:val="Ttulo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Ttulo8Car" w:customStyle="1">
    <w:name w:val="Título 8 Car"/>
    <w:basedOn w:val="Fuentedeprrafopredeter"/>
    <w:link w:val="Ttulo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Ttulo9Car" w:customStyle="1">
    <w:name w:val="Título 9 Car"/>
    <w:basedOn w:val="Fuentedeprrafopredeter"/>
    <w:link w:val="Ttulo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CitadestacadaCar" w:customStyle="1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Tablanormal4">
    <w:name w:val="Plain Table 4"/>
    <w:basedOn w:val="Tablanormal"/>
    <w:uiPriority w:val="99"/>
    <w:rsid w:val="0018434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Erick</dc:creator>
  <keywords/>
  <dc:description>generated by python-docx</dc:description>
  <lastModifiedBy>Francisca Ignacia Reyes</lastModifiedBy>
  <revision>3</revision>
  <dcterms:created xsi:type="dcterms:W3CDTF">2026-05-28T23:03:00.0000000Z</dcterms:created>
  <dcterms:modified xsi:type="dcterms:W3CDTF">2026-07-22T19:05:24.2659606Z</dcterms:modified>
  <category/>
</coreProperties>
</file>