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928036D" w:rsidP="5928036D" w:rsidRDefault="5928036D" w14:paraId="06D50B7E" w14:textId="2875E470">
      <w:pPr>
        <w:jc w:val="center"/>
        <w:rPr>
          <w:b w:val="1"/>
          <w:bCs w:val="1"/>
        </w:rPr>
      </w:pPr>
    </w:p>
    <w:p w:rsidR="00B04A1B" w:rsidRDefault="00000000" w14:paraId="7784B36D" w14:textId="77777777">
      <w:pPr>
        <w:jc w:val="center"/>
      </w:pPr>
      <w:r w:rsidRPr="001545C7">
        <w:rPr>
          <w:b/>
          <w:bCs/>
          <w:iCs/>
        </w:rPr>
        <w:t>DECLARACIÓN DE CONFLICTO DE INTERESES Y TRANSPARENCIA</w:t>
      </w:r>
      <w:r w:rsidRPr="001545C7">
        <w:rPr>
          <w:b/>
          <w:bCs/>
          <w:iCs/>
        </w:rPr>
        <w:br/>
      </w:r>
      <w:r>
        <w:rPr>
          <w:i/>
        </w:rPr>
        <w:t>Para académicos/as e investigadores/as que solicitan revisión ética</w:t>
      </w:r>
    </w:p>
    <w:p w:rsidR="00B04A1B" w:rsidP="001545C7" w:rsidRDefault="00000000" w14:paraId="38E446B2" w14:textId="77777777">
      <w:pPr>
        <w:jc w:val="both"/>
      </w:pPr>
      <w:r>
        <w:t>Este formulario debe ser completado y firmado por el/la Investigador/a Responsable (IR) y, cuando corresponda, por co-investigadores/as o académicos/as responsables que presenten el proyecto al CEII. Su propósito es transparentar intereses que pudieran influir (o aparenten influir) en el diseño, conducción, análisis o reporte del estudio. Si tiene duda sobre si algo debe declararse, se recomienda declararlo.</w:t>
      </w:r>
    </w:p>
    <w:p w:rsidR="00B04A1B" w:rsidP="001545C7" w:rsidRDefault="00000000" w14:paraId="2878FC4C" w14:textId="77777777">
      <w:pPr>
        <w:jc w:val="both"/>
      </w:pPr>
      <w:r>
        <w:rPr>
          <w:b/>
        </w:rPr>
        <w:t>1. Identificación del proyecto y del declarante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7"/>
        <w:gridCol w:w="5513"/>
      </w:tblGrid>
      <w:tr w:rsidR="00B04A1B" w:rsidTr="5928036D" w14:paraId="39BEC90F" w14:textId="77777777">
        <w:tc>
          <w:tcPr>
            <w:tcW w:w="3137" w:type="dxa"/>
            <w:tcMar/>
          </w:tcPr>
          <w:p w:rsidR="00B04A1B" w:rsidP="001545C7" w:rsidRDefault="00000000" w14:paraId="6F6B5163" w14:textId="77777777">
            <w:pPr>
              <w:jc w:val="both"/>
            </w:pPr>
            <w:r>
              <w:t>Título del proyecto</w:t>
            </w:r>
          </w:p>
        </w:tc>
        <w:tc>
          <w:tcPr>
            <w:tcW w:w="5719" w:type="dxa"/>
            <w:tcMar/>
          </w:tcPr>
          <w:p w:rsidR="00B04A1B" w:rsidP="001545C7" w:rsidRDefault="00000000" w14:paraId="031E3AB4" w14:textId="53D41FF2">
            <w:pPr>
              <w:jc w:val="both"/>
            </w:pPr>
          </w:p>
        </w:tc>
      </w:tr>
      <w:tr w:rsidR="00B04A1B" w:rsidTr="5928036D" w14:paraId="31CC26F5" w14:textId="77777777">
        <w:tc>
          <w:tcPr>
            <w:tcW w:w="3137" w:type="dxa"/>
            <w:tcMar/>
          </w:tcPr>
          <w:p w:rsidR="00B04A1B" w:rsidP="001545C7" w:rsidRDefault="00000000" w14:paraId="627CDA8E" w14:textId="77777777">
            <w:pPr>
              <w:jc w:val="both"/>
            </w:pPr>
            <w:r>
              <w:t>Tipo de solicitud</w:t>
            </w:r>
          </w:p>
        </w:tc>
        <w:tc>
          <w:tcPr>
            <w:tcW w:w="5719" w:type="dxa"/>
            <w:tcMar/>
          </w:tcPr>
          <w:p w:rsidR="00B04A1B" w:rsidP="001545C7" w:rsidRDefault="00000000" w14:paraId="6AD96A33" w14:textId="77777777">
            <w:pPr>
              <w:jc w:val="both"/>
            </w:pPr>
            <w:r>
              <w:t>☐ Evaluación inicial  ☐ Enmienda  ☐ Renovación  ☐ Seguimiento  ☐ Cierre</w:t>
            </w:r>
          </w:p>
        </w:tc>
      </w:tr>
      <w:tr w:rsidR="00B04A1B" w:rsidTr="5928036D" w14:paraId="63FED9CA" w14:textId="77777777">
        <w:tc>
          <w:tcPr>
            <w:tcW w:w="3137" w:type="dxa"/>
            <w:tcMar/>
          </w:tcPr>
          <w:p w:rsidR="00B04A1B" w:rsidP="001545C7" w:rsidRDefault="00000000" w14:paraId="7FFF455D" w14:textId="77777777">
            <w:pPr>
              <w:jc w:val="both"/>
            </w:pPr>
            <w:r>
              <w:t>Nombre del/de la declarante</w:t>
            </w:r>
          </w:p>
        </w:tc>
        <w:tc>
          <w:tcPr>
            <w:tcW w:w="5719" w:type="dxa"/>
            <w:tcMar/>
          </w:tcPr>
          <w:p w:rsidR="00B04A1B" w:rsidP="001545C7" w:rsidRDefault="00000000" w14:paraId="7F15021C" w14:textId="731F9888">
            <w:pPr>
              <w:jc w:val="both"/>
            </w:pPr>
          </w:p>
        </w:tc>
      </w:tr>
      <w:tr w:rsidR="00B04A1B" w:rsidTr="5928036D" w14:paraId="024B9115" w14:textId="77777777">
        <w:tc>
          <w:tcPr>
            <w:tcW w:w="3137" w:type="dxa"/>
            <w:tcMar/>
          </w:tcPr>
          <w:p w:rsidR="00B04A1B" w:rsidP="001545C7" w:rsidRDefault="00000000" w14:paraId="42F610B2" w14:textId="77777777">
            <w:pPr>
              <w:jc w:val="both"/>
            </w:pPr>
            <w:r>
              <w:t>Rol</w:t>
            </w:r>
          </w:p>
        </w:tc>
        <w:tc>
          <w:tcPr>
            <w:tcW w:w="5719" w:type="dxa"/>
            <w:tcMar/>
          </w:tcPr>
          <w:p w:rsidR="00B04A1B" w:rsidP="001545C7" w:rsidRDefault="00000000" w14:paraId="74EB4F3B" w14:textId="77777777">
            <w:pPr>
              <w:jc w:val="both"/>
            </w:pPr>
            <w:r>
              <w:t>☐ Investigador/a Responsable (IR)  ☐ Co-investigador/a  ☐ Académico/a responsable  ☐ Otro: [ ]</w:t>
            </w:r>
          </w:p>
        </w:tc>
      </w:tr>
      <w:tr w:rsidR="00B04A1B" w:rsidTr="5928036D" w14:paraId="5838BB1D" w14:textId="77777777">
        <w:tc>
          <w:tcPr>
            <w:tcW w:w="3137" w:type="dxa"/>
            <w:tcMar/>
          </w:tcPr>
          <w:p w:rsidR="00B04A1B" w:rsidP="001545C7" w:rsidRDefault="00000000" w14:paraId="280995D7" w14:textId="77777777">
            <w:pPr>
              <w:jc w:val="both"/>
            </w:pPr>
            <w:r>
              <w:t>Unidad/Facultad/Institución</w:t>
            </w:r>
          </w:p>
        </w:tc>
        <w:tc>
          <w:tcPr>
            <w:tcW w:w="5719" w:type="dxa"/>
            <w:tcMar/>
          </w:tcPr>
          <w:p w:rsidR="00B04A1B" w:rsidP="001545C7" w:rsidRDefault="00000000" w14:paraId="12C63054" w14:textId="11810658">
            <w:pPr>
              <w:jc w:val="both"/>
            </w:pPr>
          </w:p>
        </w:tc>
      </w:tr>
      <w:tr w:rsidR="00B04A1B" w:rsidTr="5928036D" w14:paraId="466A009A" w14:textId="77777777">
        <w:tc>
          <w:tcPr>
            <w:tcW w:w="3137" w:type="dxa"/>
            <w:tcMar/>
          </w:tcPr>
          <w:p w:rsidR="00B04A1B" w:rsidP="001545C7" w:rsidRDefault="00000000" w14:paraId="136F3502" w14:textId="77777777">
            <w:pPr>
              <w:jc w:val="both"/>
            </w:pPr>
            <w:r>
              <w:t>Correo / Teléfono</w:t>
            </w:r>
          </w:p>
        </w:tc>
        <w:tc>
          <w:tcPr>
            <w:tcW w:w="5719" w:type="dxa"/>
            <w:tcMar/>
          </w:tcPr>
          <w:p w:rsidR="00B04A1B" w:rsidP="001545C7" w:rsidRDefault="00000000" w14:paraId="2C514FAA" w14:textId="4B068811">
            <w:pPr>
              <w:jc w:val="both"/>
            </w:pPr>
          </w:p>
        </w:tc>
      </w:tr>
    </w:tbl>
    <w:p w:rsidR="5928036D" w:rsidP="5928036D" w:rsidRDefault="5928036D" w14:paraId="3867DBF8" w14:textId="137D13F5">
      <w:pPr>
        <w:pStyle w:val="Normal"/>
        <w:jc w:val="both"/>
        <w:rPr>
          <w:b w:val="1"/>
          <w:bCs w:val="1"/>
        </w:rPr>
      </w:pPr>
    </w:p>
    <w:p w:rsidR="00B04A1B" w:rsidP="5928036D" w:rsidRDefault="00000000" w14:paraId="591898C0" w14:textId="26FE56C9">
      <w:pPr>
        <w:pStyle w:val="Normal"/>
        <w:jc w:val="both"/>
      </w:pPr>
      <w:r w:rsidRPr="3FD06BD3" w:rsidR="696CB4F0">
        <w:rPr>
          <w:b w:val="1"/>
          <w:bCs w:val="1"/>
        </w:rPr>
        <w:t xml:space="preserve">2. </w:t>
      </w:r>
      <w:r w:rsidRPr="3FD06BD3" w:rsidR="696CB4F0">
        <w:rPr>
          <w:b w:val="1"/>
          <w:bCs w:val="1"/>
        </w:rPr>
        <w:t>Declaración</w:t>
      </w:r>
      <w:r w:rsidRPr="3FD06BD3" w:rsidR="696CB4F0">
        <w:rPr>
          <w:b w:val="1"/>
          <w:bCs w:val="1"/>
        </w:rPr>
        <w:t xml:space="preserve"> de </w:t>
      </w:r>
      <w:r w:rsidRPr="3FD06BD3" w:rsidR="696CB4F0">
        <w:rPr>
          <w:b w:val="1"/>
          <w:bCs w:val="1"/>
        </w:rPr>
        <w:t>apoyos</w:t>
      </w:r>
      <w:r w:rsidRPr="3FD06BD3" w:rsidR="696CB4F0">
        <w:rPr>
          <w:b w:val="1"/>
          <w:bCs w:val="1"/>
        </w:rPr>
        <w:t xml:space="preserve">, </w:t>
      </w:r>
      <w:r w:rsidRPr="3FD06BD3" w:rsidR="696CB4F0">
        <w:rPr>
          <w:b w:val="1"/>
          <w:bCs w:val="1"/>
        </w:rPr>
        <w:t>pagos</w:t>
      </w:r>
      <w:r w:rsidRPr="3FD06BD3" w:rsidR="696CB4F0">
        <w:rPr>
          <w:b w:val="1"/>
          <w:bCs w:val="1"/>
        </w:rPr>
        <w:t xml:space="preserve"> o </w:t>
      </w:r>
      <w:r w:rsidRPr="3FD06BD3" w:rsidR="696CB4F0">
        <w:rPr>
          <w:b w:val="1"/>
          <w:bCs w:val="1"/>
        </w:rPr>
        <w:t>incentivos</w:t>
      </w:r>
      <w:r w:rsidRPr="3FD06BD3" w:rsidR="696CB4F0">
        <w:rPr>
          <w:b w:val="1"/>
          <w:bCs w:val="1"/>
        </w:rPr>
        <w:t xml:space="preserve"> de </w:t>
      </w:r>
      <w:r w:rsidRPr="3FD06BD3" w:rsidR="696CB4F0">
        <w:rPr>
          <w:b w:val="1"/>
          <w:bCs w:val="1"/>
        </w:rPr>
        <w:t>terceros</w:t>
      </w:r>
    </w:p>
    <w:p w:rsidR="00B04A1B" w:rsidP="001545C7" w:rsidRDefault="00000000" w14:paraId="1FA8D472" w14:textId="77777777">
      <w:pPr>
        <w:jc w:val="both"/>
      </w:pPr>
      <w:r>
        <w:t>¿Usted o su institución/unidad ha recibido o recibirá pagos, incentivos o apoyos de terceros para que este proyecto se realice?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48"/>
        <w:gridCol w:w="809"/>
        <w:gridCol w:w="821"/>
        <w:gridCol w:w="2452"/>
      </w:tblGrid>
      <w:tr w:rsidR="00B04A1B" w14:paraId="29D975BB" w14:textId="77777777">
        <w:tc>
          <w:tcPr>
            <w:tcW w:w="4896" w:type="dxa"/>
          </w:tcPr>
          <w:p w:rsidR="00B04A1B" w:rsidP="001545C7" w:rsidRDefault="00000000" w14:paraId="2AEAD2F6" w14:textId="77777777">
            <w:pPr>
              <w:jc w:val="both"/>
            </w:pPr>
            <w:r>
              <w:t>Pregunta</w:t>
            </w:r>
          </w:p>
        </w:tc>
        <w:tc>
          <w:tcPr>
            <w:tcW w:w="864" w:type="dxa"/>
          </w:tcPr>
          <w:p w:rsidR="00B04A1B" w:rsidP="001545C7" w:rsidRDefault="00000000" w14:paraId="0DABEE07" w14:textId="77777777">
            <w:pPr>
              <w:jc w:val="both"/>
            </w:pPr>
            <w:r>
              <w:t>SI</w:t>
            </w:r>
          </w:p>
        </w:tc>
        <w:tc>
          <w:tcPr>
            <w:tcW w:w="864" w:type="dxa"/>
          </w:tcPr>
          <w:p w:rsidR="00B04A1B" w:rsidP="001545C7" w:rsidRDefault="00000000" w14:paraId="17D74109" w14:textId="77777777">
            <w:pPr>
              <w:jc w:val="both"/>
            </w:pPr>
            <w:r>
              <w:t>NO</w:t>
            </w:r>
          </w:p>
        </w:tc>
        <w:tc>
          <w:tcPr>
            <w:tcW w:w="2592" w:type="dxa"/>
          </w:tcPr>
          <w:p w:rsidR="00B04A1B" w:rsidP="001545C7" w:rsidRDefault="00000000" w14:paraId="37E6BC7A" w14:textId="77777777">
            <w:pPr>
              <w:jc w:val="both"/>
            </w:pPr>
            <w:r>
              <w:t>Detalle (si corresponde)</w:t>
            </w:r>
          </w:p>
        </w:tc>
      </w:tr>
      <w:tr w:rsidR="00B04A1B" w14:paraId="21C37284" w14:textId="77777777">
        <w:tc>
          <w:tcPr>
            <w:tcW w:w="4896" w:type="dxa"/>
          </w:tcPr>
          <w:p w:rsidR="00B04A1B" w:rsidP="001545C7" w:rsidRDefault="00000000" w14:paraId="16863F82" w14:textId="77777777">
            <w:pPr>
              <w:jc w:val="both"/>
            </w:pPr>
            <w:r>
              <w:t>Apoyo financiero (subsidio, contrato, aporte, donación, beca vinculada al proyecto)</w:t>
            </w:r>
          </w:p>
        </w:tc>
        <w:tc>
          <w:tcPr>
            <w:tcW w:w="864" w:type="dxa"/>
          </w:tcPr>
          <w:p w:rsidR="00B04A1B" w:rsidP="001545C7" w:rsidRDefault="00000000" w14:paraId="373F1706" w14:textId="77777777">
            <w:pPr>
              <w:jc w:val="both"/>
            </w:pPr>
            <w:r>
              <w:t>☐</w:t>
            </w:r>
          </w:p>
        </w:tc>
        <w:tc>
          <w:tcPr>
            <w:tcW w:w="864" w:type="dxa"/>
          </w:tcPr>
          <w:p w:rsidR="00B04A1B" w:rsidP="001545C7" w:rsidRDefault="00000000" w14:paraId="0A630EE2" w14:textId="77777777">
            <w:pPr>
              <w:jc w:val="both"/>
            </w:pPr>
            <w:r>
              <w:t>☐</w:t>
            </w:r>
          </w:p>
        </w:tc>
        <w:tc>
          <w:tcPr>
            <w:tcW w:w="2592" w:type="dxa"/>
          </w:tcPr>
          <w:p w:rsidR="00B04A1B" w:rsidP="001545C7" w:rsidRDefault="00000000" w14:paraId="153EB571" w14:textId="77777777">
            <w:pPr>
              <w:jc w:val="both"/>
            </w:pPr>
            <w:r>
              <w:t>[ ]</w:t>
            </w:r>
          </w:p>
        </w:tc>
      </w:tr>
      <w:tr w:rsidR="00B04A1B" w14:paraId="18FC8247" w14:textId="77777777">
        <w:tc>
          <w:tcPr>
            <w:tcW w:w="4896" w:type="dxa"/>
          </w:tcPr>
          <w:p w:rsidR="00B04A1B" w:rsidP="001545C7" w:rsidRDefault="00000000" w14:paraId="620CE9D9" w14:textId="77777777">
            <w:pPr>
              <w:jc w:val="both"/>
            </w:pPr>
            <w:r>
              <w:t>Apoyo en especie (software/licencias, equipos, acceso a plataformas, datos no públicos, infraestructura)</w:t>
            </w:r>
          </w:p>
        </w:tc>
        <w:tc>
          <w:tcPr>
            <w:tcW w:w="864" w:type="dxa"/>
          </w:tcPr>
          <w:p w:rsidR="00B04A1B" w:rsidP="001545C7" w:rsidRDefault="00000000" w14:paraId="24741701" w14:textId="77777777">
            <w:pPr>
              <w:jc w:val="both"/>
            </w:pPr>
            <w:r>
              <w:t>☐</w:t>
            </w:r>
          </w:p>
        </w:tc>
        <w:tc>
          <w:tcPr>
            <w:tcW w:w="864" w:type="dxa"/>
          </w:tcPr>
          <w:p w:rsidR="00B04A1B" w:rsidP="001545C7" w:rsidRDefault="00000000" w14:paraId="14A34DCB" w14:textId="77777777">
            <w:pPr>
              <w:jc w:val="both"/>
            </w:pPr>
            <w:r>
              <w:t>☐</w:t>
            </w:r>
          </w:p>
        </w:tc>
        <w:tc>
          <w:tcPr>
            <w:tcW w:w="2592" w:type="dxa"/>
          </w:tcPr>
          <w:p w:rsidR="00B04A1B" w:rsidP="001545C7" w:rsidRDefault="00000000" w14:paraId="57EC22B6" w14:textId="77777777">
            <w:pPr>
              <w:jc w:val="both"/>
            </w:pPr>
            <w:r>
              <w:t>[ ]</w:t>
            </w:r>
          </w:p>
        </w:tc>
      </w:tr>
      <w:tr w:rsidR="00B04A1B" w14:paraId="6688AB4E" w14:textId="77777777">
        <w:tc>
          <w:tcPr>
            <w:tcW w:w="4896" w:type="dxa"/>
          </w:tcPr>
          <w:p w:rsidR="00B04A1B" w:rsidP="001545C7" w:rsidRDefault="00000000" w14:paraId="2A1E8F52" w14:textId="77777777">
            <w:pPr>
              <w:jc w:val="both"/>
            </w:pPr>
            <w:r>
              <w:t>Incentivos indirectos (financiamiento de inscripción a congresos, viajes, estadías, premios, bonos)</w:t>
            </w:r>
          </w:p>
        </w:tc>
        <w:tc>
          <w:tcPr>
            <w:tcW w:w="864" w:type="dxa"/>
          </w:tcPr>
          <w:p w:rsidR="00B04A1B" w:rsidP="001545C7" w:rsidRDefault="00000000" w14:paraId="716D1919" w14:textId="77777777">
            <w:pPr>
              <w:jc w:val="both"/>
            </w:pPr>
            <w:r>
              <w:t>☐</w:t>
            </w:r>
          </w:p>
        </w:tc>
        <w:tc>
          <w:tcPr>
            <w:tcW w:w="864" w:type="dxa"/>
          </w:tcPr>
          <w:p w:rsidR="00B04A1B" w:rsidP="001545C7" w:rsidRDefault="00000000" w14:paraId="0168CBE6" w14:textId="77777777">
            <w:pPr>
              <w:jc w:val="both"/>
            </w:pPr>
            <w:r>
              <w:t>☐</w:t>
            </w:r>
          </w:p>
        </w:tc>
        <w:tc>
          <w:tcPr>
            <w:tcW w:w="2592" w:type="dxa"/>
          </w:tcPr>
          <w:p w:rsidR="00B04A1B" w:rsidP="001545C7" w:rsidRDefault="00000000" w14:paraId="2C62D4C1" w14:textId="77777777">
            <w:pPr>
              <w:jc w:val="both"/>
            </w:pPr>
            <w:r>
              <w:t>[ ]</w:t>
            </w:r>
          </w:p>
        </w:tc>
      </w:tr>
    </w:tbl>
    <w:p w:rsidR="00B04A1B" w:rsidP="001545C7" w:rsidRDefault="00B04A1B" w14:paraId="2420C7B6" w14:textId="77777777">
      <w:pPr>
        <w:jc w:val="both"/>
      </w:pPr>
    </w:p>
    <w:p w:rsidR="00B04A1B" w:rsidP="001545C7" w:rsidRDefault="00000000" w14:paraId="189A505C" w14:textId="77777777">
      <w:pPr>
        <w:jc w:val="both"/>
      </w:pPr>
      <w:r>
        <w:rPr>
          <w:b/>
        </w:rPr>
        <w:t>3. Relaciones financieras o institucionales relevantes</w:t>
      </w:r>
    </w:p>
    <w:p w:rsidR="00B04A1B" w:rsidP="001545C7" w:rsidRDefault="00000000" w14:paraId="73099895" w14:textId="77777777">
      <w:pPr>
        <w:jc w:val="both"/>
      </w:pPr>
      <w:r>
        <w:t>Indique si usted mantiene o ha mantenido relaciones financieras o institucionales con entidades que pudieran ser percibidas como fuente de influencia respecto del proyecto (aunque no tengan relación directa con éste).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8"/>
        <w:gridCol w:w="782"/>
        <w:gridCol w:w="799"/>
        <w:gridCol w:w="2381"/>
      </w:tblGrid>
      <w:tr w:rsidR="00B04A1B" w:rsidTr="5928036D" w14:paraId="2FE9B3D2" w14:textId="77777777">
        <w:tc>
          <w:tcPr>
            <w:tcW w:w="4896" w:type="dxa"/>
            <w:tcMar/>
          </w:tcPr>
          <w:p w:rsidR="00B04A1B" w:rsidP="001545C7" w:rsidRDefault="00000000" w14:paraId="522F910D" w14:textId="77777777">
            <w:pPr>
              <w:jc w:val="both"/>
            </w:pPr>
            <w:r>
              <w:t>Pregunta</w:t>
            </w:r>
          </w:p>
        </w:tc>
        <w:tc>
          <w:tcPr>
            <w:tcW w:w="864" w:type="dxa"/>
            <w:tcMar/>
          </w:tcPr>
          <w:p w:rsidR="00B04A1B" w:rsidP="001545C7" w:rsidRDefault="00000000" w14:paraId="05DC828F" w14:textId="77777777">
            <w:pPr>
              <w:jc w:val="both"/>
            </w:pPr>
            <w:r>
              <w:t>SI</w:t>
            </w:r>
          </w:p>
        </w:tc>
        <w:tc>
          <w:tcPr>
            <w:tcW w:w="864" w:type="dxa"/>
            <w:tcMar/>
          </w:tcPr>
          <w:p w:rsidR="00B04A1B" w:rsidP="001545C7" w:rsidRDefault="00000000" w14:paraId="77894B76" w14:textId="77777777">
            <w:pPr>
              <w:jc w:val="both"/>
            </w:pPr>
            <w:r>
              <w:t>NO</w:t>
            </w:r>
          </w:p>
        </w:tc>
        <w:tc>
          <w:tcPr>
            <w:tcW w:w="2592" w:type="dxa"/>
            <w:tcMar/>
          </w:tcPr>
          <w:p w:rsidR="00B04A1B" w:rsidP="001545C7" w:rsidRDefault="00000000" w14:paraId="6920F1D0" w14:textId="77777777">
            <w:pPr>
              <w:jc w:val="both"/>
            </w:pPr>
            <w:r>
              <w:t>Detalle (si corresponde)</w:t>
            </w:r>
          </w:p>
        </w:tc>
      </w:tr>
      <w:tr w:rsidR="00B04A1B" w:rsidTr="5928036D" w14:paraId="0B46B2B6" w14:textId="77777777">
        <w:tc>
          <w:tcPr>
            <w:tcW w:w="4896" w:type="dxa"/>
            <w:tcMar/>
          </w:tcPr>
          <w:p w:rsidR="00B04A1B" w:rsidP="001545C7" w:rsidRDefault="00000000" w14:paraId="33A45169" w14:textId="77777777">
            <w:pPr>
              <w:jc w:val="both"/>
            </w:pPr>
            <w:r>
              <w:t>Participación/propiedad (socio/a, accionista, participación en entidad con interés)</w:t>
            </w:r>
          </w:p>
        </w:tc>
        <w:tc>
          <w:tcPr>
            <w:tcW w:w="864" w:type="dxa"/>
            <w:tcMar/>
          </w:tcPr>
          <w:p w:rsidR="00B04A1B" w:rsidP="001545C7" w:rsidRDefault="00000000" w14:paraId="41D405FB" w14:textId="77777777">
            <w:pPr>
              <w:jc w:val="both"/>
            </w:pPr>
            <w:r>
              <w:t>☐</w:t>
            </w:r>
          </w:p>
        </w:tc>
        <w:tc>
          <w:tcPr>
            <w:tcW w:w="864" w:type="dxa"/>
            <w:tcMar/>
          </w:tcPr>
          <w:p w:rsidR="00B04A1B" w:rsidP="001545C7" w:rsidRDefault="00000000" w14:paraId="7DF64A0B" w14:textId="77777777">
            <w:pPr>
              <w:jc w:val="both"/>
            </w:pPr>
            <w:r>
              <w:t>☐</w:t>
            </w:r>
          </w:p>
        </w:tc>
        <w:tc>
          <w:tcPr>
            <w:tcW w:w="2592" w:type="dxa"/>
            <w:tcMar/>
          </w:tcPr>
          <w:p w:rsidR="00B04A1B" w:rsidP="001545C7" w:rsidRDefault="00000000" w14:paraId="6C837C5B" w14:textId="533D9538">
            <w:pPr>
              <w:jc w:val="both"/>
            </w:pPr>
          </w:p>
        </w:tc>
      </w:tr>
      <w:tr w:rsidR="00B04A1B" w:rsidTr="5928036D" w14:paraId="620C4718" w14:textId="77777777">
        <w:tc>
          <w:tcPr>
            <w:tcW w:w="4896" w:type="dxa"/>
            <w:tcMar/>
          </w:tcPr>
          <w:p w:rsidR="00B04A1B" w:rsidP="001545C7" w:rsidRDefault="00000000" w14:paraId="3242A924" w14:textId="77777777">
            <w:pPr>
              <w:jc w:val="both"/>
            </w:pPr>
            <w:r>
              <w:t>Cargos o funciones (dirección/gerencia/asesorías pagadas/no pagadas)</w:t>
            </w:r>
          </w:p>
        </w:tc>
        <w:tc>
          <w:tcPr>
            <w:tcW w:w="864" w:type="dxa"/>
            <w:tcMar/>
          </w:tcPr>
          <w:p w:rsidR="00B04A1B" w:rsidP="001545C7" w:rsidRDefault="00000000" w14:paraId="425F8652" w14:textId="77777777">
            <w:pPr>
              <w:jc w:val="both"/>
            </w:pPr>
            <w:r>
              <w:t>☐</w:t>
            </w:r>
          </w:p>
        </w:tc>
        <w:tc>
          <w:tcPr>
            <w:tcW w:w="864" w:type="dxa"/>
            <w:tcMar/>
          </w:tcPr>
          <w:p w:rsidR="00B04A1B" w:rsidP="001545C7" w:rsidRDefault="00000000" w14:paraId="65B0D320" w14:textId="77777777">
            <w:pPr>
              <w:jc w:val="both"/>
            </w:pPr>
            <w:r>
              <w:t>☐</w:t>
            </w:r>
          </w:p>
        </w:tc>
        <w:tc>
          <w:tcPr>
            <w:tcW w:w="2592" w:type="dxa"/>
            <w:tcMar/>
          </w:tcPr>
          <w:p w:rsidR="00B04A1B" w:rsidP="001545C7" w:rsidRDefault="00000000" w14:paraId="4BA05C93" w14:textId="6719CFCC">
            <w:pPr>
              <w:jc w:val="both"/>
            </w:pPr>
          </w:p>
        </w:tc>
      </w:tr>
      <w:tr w:rsidR="00B04A1B" w:rsidTr="5928036D" w14:paraId="38E150D1" w14:textId="77777777">
        <w:tc>
          <w:tcPr>
            <w:tcW w:w="4896" w:type="dxa"/>
            <w:tcMar/>
          </w:tcPr>
          <w:p w:rsidR="00B04A1B" w:rsidP="001545C7" w:rsidRDefault="00000000" w14:paraId="0C105FCE" w14:textId="77777777">
            <w:pPr>
              <w:jc w:val="both"/>
            </w:pPr>
            <w:r>
              <w:t>Pagos u honorarios por consultorías, asesorías, peritajes o servicios</w:t>
            </w:r>
          </w:p>
        </w:tc>
        <w:tc>
          <w:tcPr>
            <w:tcW w:w="864" w:type="dxa"/>
            <w:tcMar/>
          </w:tcPr>
          <w:p w:rsidR="00B04A1B" w:rsidP="001545C7" w:rsidRDefault="00000000" w14:paraId="6B380D84" w14:textId="77777777">
            <w:pPr>
              <w:jc w:val="both"/>
            </w:pPr>
            <w:r>
              <w:t>☐</w:t>
            </w:r>
          </w:p>
        </w:tc>
        <w:tc>
          <w:tcPr>
            <w:tcW w:w="864" w:type="dxa"/>
            <w:tcMar/>
          </w:tcPr>
          <w:p w:rsidR="00B04A1B" w:rsidP="001545C7" w:rsidRDefault="00000000" w14:paraId="606B7D2F" w14:textId="77777777">
            <w:pPr>
              <w:jc w:val="both"/>
            </w:pPr>
            <w:r>
              <w:t>☐</w:t>
            </w:r>
          </w:p>
        </w:tc>
        <w:tc>
          <w:tcPr>
            <w:tcW w:w="2592" w:type="dxa"/>
            <w:tcMar/>
          </w:tcPr>
          <w:p w:rsidR="00B04A1B" w:rsidP="001545C7" w:rsidRDefault="00000000" w14:paraId="16AE5436" w14:textId="1F25AEFC">
            <w:pPr>
              <w:jc w:val="both"/>
            </w:pPr>
          </w:p>
        </w:tc>
      </w:tr>
      <w:tr w:rsidR="00B04A1B" w:rsidTr="5928036D" w14:paraId="5787D112" w14:textId="77777777">
        <w:tc>
          <w:tcPr>
            <w:tcW w:w="4896" w:type="dxa"/>
            <w:tcMar/>
          </w:tcPr>
          <w:p w:rsidR="00B04A1B" w:rsidP="001545C7" w:rsidRDefault="00000000" w14:paraId="36E63A6B" w14:textId="77777777">
            <w:pPr>
              <w:jc w:val="both"/>
            </w:pPr>
            <w:r>
              <w:t>La unidad/institución del declarante tiene financistas/auspiciadores/promotores vinculables al tema del estudio</w:t>
            </w:r>
          </w:p>
        </w:tc>
        <w:tc>
          <w:tcPr>
            <w:tcW w:w="864" w:type="dxa"/>
            <w:tcMar/>
          </w:tcPr>
          <w:p w:rsidR="00B04A1B" w:rsidP="001545C7" w:rsidRDefault="00000000" w14:paraId="395BE234" w14:textId="77777777">
            <w:pPr>
              <w:jc w:val="both"/>
            </w:pPr>
            <w:r>
              <w:t>☐</w:t>
            </w:r>
          </w:p>
        </w:tc>
        <w:tc>
          <w:tcPr>
            <w:tcW w:w="864" w:type="dxa"/>
            <w:tcMar/>
          </w:tcPr>
          <w:p w:rsidR="00B04A1B" w:rsidP="001545C7" w:rsidRDefault="00000000" w14:paraId="1501BBBC" w14:textId="77777777">
            <w:pPr>
              <w:jc w:val="both"/>
            </w:pPr>
            <w:r>
              <w:t>☐</w:t>
            </w:r>
          </w:p>
        </w:tc>
        <w:tc>
          <w:tcPr>
            <w:tcW w:w="2592" w:type="dxa"/>
            <w:tcMar/>
          </w:tcPr>
          <w:p w:rsidR="00B04A1B" w:rsidP="001545C7" w:rsidRDefault="00000000" w14:paraId="7E8BE2C6" w14:textId="58C2230F">
            <w:pPr>
              <w:jc w:val="both"/>
            </w:pPr>
          </w:p>
        </w:tc>
      </w:tr>
    </w:tbl>
    <w:p w:rsidR="00B04A1B" w:rsidP="001545C7" w:rsidRDefault="00B04A1B" w14:paraId="106C8538" w14:textId="77777777">
      <w:pPr>
        <w:jc w:val="both"/>
      </w:pPr>
    </w:p>
    <w:p w:rsidR="00B04A1B" w:rsidP="001545C7" w:rsidRDefault="00000000" w14:paraId="2E3F7B7A" w14:textId="77777777">
      <w:pPr>
        <w:jc w:val="both"/>
      </w:pPr>
      <w:r>
        <w:rPr>
          <w:b/>
        </w:rPr>
        <w:t>4. Propiedad intelectual, patentes, licencias o beneficios por resultados</w:t>
      </w:r>
    </w:p>
    <w:p w:rsidR="00B04A1B" w:rsidP="001545C7" w:rsidRDefault="00000000" w14:paraId="5470D1C2" w14:textId="77777777">
      <w:pPr>
        <w:jc w:val="both"/>
      </w:pPr>
      <w:r>
        <w:t>¿Tiene o planea tener alguna patente, licencia, copyright u otra propiedad intelectual que pudiera asociarse a productos, resultados o aplicaciones de este proyecto?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72"/>
        <w:gridCol w:w="804"/>
        <w:gridCol w:w="817"/>
        <w:gridCol w:w="2437"/>
      </w:tblGrid>
      <w:tr w:rsidR="00B04A1B" w:rsidTr="5928036D" w14:paraId="3977CB37" w14:textId="77777777">
        <w:tc>
          <w:tcPr>
            <w:tcW w:w="4896" w:type="dxa"/>
            <w:tcMar/>
          </w:tcPr>
          <w:p w:rsidR="00B04A1B" w:rsidP="001545C7" w:rsidRDefault="00000000" w14:paraId="072BE289" w14:textId="77777777">
            <w:pPr>
              <w:jc w:val="both"/>
            </w:pPr>
            <w:r>
              <w:t>Pregunta</w:t>
            </w:r>
          </w:p>
        </w:tc>
        <w:tc>
          <w:tcPr>
            <w:tcW w:w="864" w:type="dxa"/>
            <w:tcMar/>
          </w:tcPr>
          <w:p w:rsidR="00B04A1B" w:rsidP="001545C7" w:rsidRDefault="00000000" w14:paraId="399E5A31" w14:textId="77777777">
            <w:pPr>
              <w:jc w:val="both"/>
            </w:pPr>
            <w:r>
              <w:t>SI</w:t>
            </w:r>
          </w:p>
        </w:tc>
        <w:tc>
          <w:tcPr>
            <w:tcW w:w="864" w:type="dxa"/>
            <w:tcMar/>
          </w:tcPr>
          <w:p w:rsidR="00B04A1B" w:rsidP="001545C7" w:rsidRDefault="00000000" w14:paraId="0AF6DB07" w14:textId="77777777">
            <w:pPr>
              <w:jc w:val="both"/>
            </w:pPr>
            <w:r>
              <w:t>NO</w:t>
            </w:r>
          </w:p>
        </w:tc>
        <w:tc>
          <w:tcPr>
            <w:tcW w:w="2592" w:type="dxa"/>
            <w:tcMar/>
          </w:tcPr>
          <w:p w:rsidR="00B04A1B" w:rsidP="001545C7" w:rsidRDefault="00000000" w14:paraId="3B3D4B20" w14:textId="77777777">
            <w:pPr>
              <w:jc w:val="both"/>
            </w:pPr>
            <w:r>
              <w:t>Detalle (si corresponde)</w:t>
            </w:r>
          </w:p>
        </w:tc>
      </w:tr>
      <w:tr w:rsidR="00B04A1B" w:rsidTr="5928036D" w14:paraId="4E65C7B4" w14:textId="77777777">
        <w:tc>
          <w:tcPr>
            <w:tcW w:w="4896" w:type="dxa"/>
            <w:tcMar/>
          </w:tcPr>
          <w:p w:rsidR="00B04A1B" w:rsidP="001545C7" w:rsidRDefault="00000000" w14:paraId="43BBC67C" w14:textId="77777777">
            <w:pPr>
              <w:jc w:val="both"/>
            </w:pPr>
            <w:r>
              <w:t>Patente/licencia/registro</w:t>
            </w:r>
          </w:p>
        </w:tc>
        <w:tc>
          <w:tcPr>
            <w:tcW w:w="864" w:type="dxa"/>
            <w:tcMar/>
          </w:tcPr>
          <w:p w:rsidR="00B04A1B" w:rsidP="001545C7" w:rsidRDefault="00000000" w14:paraId="15BA6428" w14:textId="77777777">
            <w:pPr>
              <w:jc w:val="both"/>
            </w:pPr>
            <w:r>
              <w:t>☐</w:t>
            </w:r>
          </w:p>
        </w:tc>
        <w:tc>
          <w:tcPr>
            <w:tcW w:w="864" w:type="dxa"/>
            <w:tcMar/>
          </w:tcPr>
          <w:p w:rsidR="00B04A1B" w:rsidP="001545C7" w:rsidRDefault="00000000" w14:paraId="2AA11598" w14:textId="77777777">
            <w:pPr>
              <w:jc w:val="both"/>
            </w:pPr>
            <w:r>
              <w:t>☐</w:t>
            </w:r>
          </w:p>
        </w:tc>
        <w:tc>
          <w:tcPr>
            <w:tcW w:w="2592" w:type="dxa"/>
            <w:tcMar/>
          </w:tcPr>
          <w:p w:rsidR="00B04A1B" w:rsidP="001545C7" w:rsidRDefault="00000000" w14:paraId="00C63181" w14:textId="66F95CE5">
            <w:pPr>
              <w:jc w:val="both"/>
            </w:pPr>
          </w:p>
        </w:tc>
      </w:tr>
      <w:tr w:rsidR="00B04A1B" w:rsidTr="5928036D" w14:paraId="5258B899" w14:textId="77777777">
        <w:tc>
          <w:tcPr>
            <w:tcW w:w="4896" w:type="dxa"/>
            <w:tcMar/>
          </w:tcPr>
          <w:p w:rsidR="00B04A1B" w:rsidP="001545C7" w:rsidRDefault="00000000" w14:paraId="31AB13D1" w14:textId="77777777">
            <w:pPr>
              <w:jc w:val="both"/>
            </w:pPr>
            <w:r>
              <w:t>Software/código/obra u otro PI asociado a resultados</w:t>
            </w:r>
          </w:p>
        </w:tc>
        <w:tc>
          <w:tcPr>
            <w:tcW w:w="864" w:type="dxa"/>
            <w:tcMar/>
          </w:tcPr>
          <w:p w:rsidR="00B04A1B" w:rsidP="001545C7" w:rsidRDefault="00000000" w14:paraId="0B240C8D" w14:textId="77777777">
            <w:pPr>
              <w:jc w:val="both"/>
            </w:pPr>
            <w:r>
              <w:t>☐</w:t>
            </w:r>
          </w:p>
        </w:tc>
        <w:tc>
          <w:tcPr>
            <w:tcW w:w="864" w:type="dxa"/>
            <w:tcMar/>
          </w:tcPr>
          <w:p w:rsidR="00B04A1B" w:rsidP="001545C7" w:rsidRDefault="00000000" w14:paraId="0102259D" w14:textId="77777777">
            <w:pPr>
              <w:jc w:val="both"/>
            </w:pPr>
            <w:r>
              <w:t>☐</w:t>
            </w:r>
          </w:p>
        </w:tc>
        <w:tc>
          <w:tcPr>
            <w:tcW w:w="2592" w:type="dxa"/>
            <w:tcMar/>
          </w:tcPr>
          <w:p w:rsidR="00B04A1B" w:rsidP="001545C7" w:rsidRDefault="00000000" w14:paraId="4A69A7D7" w14:textId="7EA1B878">
            <w:pPr>
              <w:jc w:val="both"/>
            </w:pPr>
          </w:p>
        </w:tc>
      </w:tr>
    </w:tbl>
    <w:p w:rsidR="00B04A1B" w:rsidP="001545C7" w:rsidRDefault="00B04A1B" w14:paraId="30AEB48D" w14:textId="77777777">
      <w:pPr>
        <w:jc w:val="both"/>
      </w:pPr>
    </w:p>
    <w:p w:rsidR="00B04A1B" w:rsidP="001545C7" w:rsidRDefault="00000000" w14:paraId="39515F70" w14:textId="77777777">
      <w:pPr>
        <w:jc w:val="both"/>
      </w:pPr>
      <w:r>
        <w:rPr>
          <w:b/>
        </w:rPr>
        <w:t>5. Relaciones personales o académicas que puedan afectar imparcialidad</w:t>
      </w:r>
    </w:p>
    <w:p w:rsidR="00B04A1B" w:rsidP="001545C7" w:rsidRDefault="00000000" w14:paraId="01C719D8" w14:textId="77777777">
      <w:pPr>
        <w:jc w:val="both"/>
      </w:pPr>
      <w:r>
        <w:t>¿Existe alguna relación que pudiera afectar (o aparentar afectar) su objetividad respecto del proyecto?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60"/>
        <w:gridCol w:w="558"/>
        <w:gridCol w:w="579"/>
        <w:gridCol w:w="2433"/>
      </w:tblGrid>
      <w:tr w:rsidR="00B04A1B" w:rsidTr="001545C7" w14:paraId="2B2B0E04" w14:textId="77777777">
        <w:tc>
          <w:tcPr>
            <w:tcW w:w="5211" w:type="dxa"/>
          </w:tcPr>
          <w:p w:rsidR="00B04A1B" w:rsidP="001545C7" w:rsidRDefault="00000000" w14:paraId="4E3711E4" w14:textId="77777777">
            <w:pPr>
              <w:jc w:val="both"/>
            </w:pPr>
            <w:r>
              <w:t>Pregunta</w:t>
            </w:r>
          </w:p>
        </w:tc>
        <w:tc>
          <w:tcPr>
            <w:tcW w:w="567" w:type="dxa"/>
          </w:tcPr>
          <w:p w:rsidR="00B04A1B" w:rsidP="001545C7" w:rsidRDefault="00000000" w14:paraId="31B627EE" w14:textId="77777777">
            <w:pPr>
              <w:jc w:val="both"/>
            </w:pPr>
            <w:r>
              <w:t>SI</w:t>
            </w:r>
          </w:p>
        </w:tc>
        <w:tc>
          <w:tcPr>
            <w:tcW w:w="584" w:type="dxa"/>
          </w:tcPr>
          <w:p w:rsidR="00B04A1B" w:rsidP="001545C7" w:rsidRDefault="00000000" w14:paraId="3426A69C" w14:textId="77777777">
            <w:pPr>
              <w:jc w:val="both"/>
            </w:pPr>
            <w:r>
              <w:t>NO</w:t>
            </w:r>
          </w:p>
        </w:tc>
        <w:tc>
          <w:tcPr>
            <w:tcW w:w="2494" w:type="dxa"/>
          </w:tcPr>
          <w:p w:rsidR="00B04A1B" w:rsidP="001545C7" w:rsidRDefault="00000000" w14:paraId="49D27DA5" w14:textId="77777777">
            <w:pPr>
              <w:jc w:val="both"/>
            </w:pPr>
            <w:r>
              <w:t>Detalle (si corresponde)</w:t>
            </w:r>
          </w:p>
        </w:tc>
      </w:tr>
      <w:tr w:rsidR="00B04A1B" w:rsidTr="001545C7" w14:paraId="099AF6B9" w14:textId="77777777">
        <w:tc>
          <w:tcPr>
            <w:tcW w:w="5211" w:type="dxa"/>
          </w:tcPr>
          <w:p w:rsidR="00B04A1B" w:rsidP="001545C7" w:rsidRDefault="00000000" w14:paraId="2DC57896" w14:textId="77777777">
            <w:pPr>
              <w:jc w:val="both"/>
            </w:pPr>
            <w:r>
              <w:t>Relación jerárquica (jefatura/evaluación académica) con participantes o con equipo de investigación</w:t>
            </w:r>
          </w:p>
        </w:tc>
        <w:tc>
          <w:tcPr>
            <w:tcW w:w="567" w:type="dxa"/>
          </w:tcPr>
          <w:p w:rsidR="00B04A1B" w:rsidP="001545C7" w:rsidRDefault="00000000" w14:paraId="0BAFD0C3" w14:textId="77777777">
            <w:pPr>
              <w:jc w:val="both"/>
            </w:pPr>
            <w:r>
              <w:t>☐</w:t>
            </w:r>
          </w:p>
        </w:tc>
        <w:tc>
          <w:tcPr>
            <w:tcW w:w="584" w:type="dxa"/>
          </w:tcPr>
          <w:p w:rsidR="00B04A1B" w:rsidP="001545C7" w:rsidRDefault="00000000" w14:paraId="72E87A24" w14:textId="77777777">
            <w:pPr>
              <w:jc w:val="both"/>
            </w:pPr>
            <w:r>
              <w:t>☐</w:t>
            </w:r>
          </w:p>
        </w:tc>
        <w:tc>
          <w:tcPr>
            <w:tcW w:w="2494" w:type="dxa"/>
          </w:tcPr>
          <w:p w:rsidR="00B04A1B" w:rsidP="001545C7" w:rsidRDefault="00000000" w14:paraId="5BA2A4D9" w14:textId="77777777">
            <w:pPr>
              <w:jc w:val="both"/>
            </w:pPr>
            <w:r>
              <w:t>[ ]</w:t>
            </w:r>
          </w:p>
        </w:tc>
      </w:tr>
      <w:tr w:rsidR="00B04A1B" w:rsidTr="001545C7" w14:paraId="6E84CAED" w14:textId="77777777">
        <w:tc>
          <w:tcPr>
            <w:tcW w:w="5211" w:type="dxa"/>
          </w:tcPr>
          <w:p w:rsidR="00B04A1B" w:rsidP="001545C7" w:rsidRDefault="00000000" w14:paraId="18F7BB2D" w14:textId="77777777">
            <w:pPr>
              <w:jc w:val="both"/>
            </w:pPr>
            <w:r>
              <w:t>Relación personal significativa con patrocinador/colaborador clave (amistad/enemistad)</w:t>
            </w:r>
          </w:p>
        </w:tc>
        <w:tc>
          <w:tcPr>
            <w:tcW w:w="567" w:type="dxa"/>
          </w:tcPr>
          <w:p w:rsidR="00B04A1B" w:rsidP="001545C7" w:rsidRDefault="00000000" w14:paraId="72D46804" w14:textId="77777777">
            <w:pPr>
              <w:jc w:val="both"/>
            </w:pPr>
            <w:r>
              <w:t>☐</w:t>
            </w:r>
          </w:p>
        </w:tc>
        <w:tc>
          <w:tcPr>
            <w:tcW w:w="584" w:type="dxa"/>
          </w:tcPr>
          <w:p w:rsidR="00B04A1B" w:rsidP="001545C7" w:rsidRDefault="00000000" w14:paraId="59A743E8" w14:textId="77777777">
            <w:pPr>
              <w:jc w:val="both"/>
            </w:pPr>
            <w:r>
              <w:t>☐</w:t>
            </w:r>
          </w:p>
        </w:tc>
        <w:tc>
          <w:tcPr>
            <w:tcW w:w="2494" w:type="dxa"/>
          </w:tcPr>
          <w:p w:rsidR="00B04A1B" w:rsidP="001545C7" w:rsidRDefault="00000000" w14:paraId="00E50F33" w14:textId="77777777">
            <w:pPr>
              <w:jc w:val="both"/>
            </w:pPr>
            <w:r>
              <w:t>[ ]</w:t>
            </w:r>
          </w:p>
        </w:tc>
      </w:tr>
      <w:tr w:rsidR="00B04A1B" w:rsidTr="001545C7" w14:paraId="14235759" w14:textId="77777777">
        <w:tc>
          <w:tcPr>
            <w:tcW w:w="5211" w:type="dxa"/>
          </w:tcPr>
          <w:p w:rsidR="00B04A1B" w:rsidP="001545C7" w:rsidRDefault="00000000" w14:paraId="7769D72A" w14:textId="77777777">
            <w:pPr>
              <w:jc w:val="both"/>
            </w:pPr>
            <w:r>
              <w:t>Relación familiar (cónyuge/pareja o parentesco relevante) con personas directamente vinculadas al proyecto</w:t>
            </w:r>
          </w:p>
        </w:tc>
        <w:tc>
          <w:tcPr>
            <w:tcW w:w="567" w:type="dxa"/>
          </w:tcPr>
          <w:p w:rsidR="00B04A1B" w:rsidP="001545C7" w:rsidRDefault="00000000" w14:paraId="32704F62" w14:textId="77777777">
            <w:pPr>
              <w:jc w:val="both"/>
            </w:pPr>
            <w:r>
              <w:t>☐</w:t>
            </w:r>
          </w:p>
        </w:tc>
        <w:tc>
          <w:tcPr>
            <w:tcW w:w="584" w:type="dxa"/>
          </w:tcPr>
          <w:p w:rsidR="00B04A1B" w:rsidP="001545C7" w:rsidRDefault="00000000" w14:paraId="19A23673" w14:textId="77777777">
            <w:pPr>
              <w:jc w:val="both"/>
            </w:pPr>
            <w:r>
              <w:t>☐</w:t>
            </w:r>
          </w:p>
        </w:tc>
        <w:tc>
          <w:tcPr>
            <w:tcW w:w="2494" w:type="dxa"/>
          </w:tcPr>
          <w:p w:rsidR="00B04A1B" w:rsidP="001545C7" w:rsidRDefault="00000000" w14:paraId="7F0F9711" w14:textId="77777777">
            <w:pPr>
              <w:jc w:val="both"/>
            </w:pPr>
            <w:r>
              <w:t>[ ]</w:t>
            </w:r>
          </w:p>
        </w:tc>
      </w:tr>
    </w:tbl>
    <w:p w:rsidR="00B04A1B" w:rsidP="001545C7" w:rsidRDefault="00B04A1B" w14:paraId="2ADAA1AA" w14:textId="77777777">
      <w:pPr>
        <w:jc w:val="both"/>
      </w:pPr>
    </w:p>
    <w:p w:rsidR="00B04A1B" w:rsidP="001545C7" w:rsidRDefault="00000000" w14:paraId="2078B04E" w14:textId="77777777">
      <w:pPr>
        <w:jc w:val="both"/>
      </w:pPr>
      <w:r>
        <w:rPr>
          <w:b/>
        </w:rPr>
        <w:t>6. Otros intereses o actividades relevantes (incluida la duda razonable)</w:t>
      </w:r>
    </w:p>
    <w:p w:rsidR="00B04A1B" w:rsidP="001545C7" w:rsidRDefault="00000000" w14:paraId="511066FE" w14:textId="77777777">
      <w:pPr>
        <w:jc w:val="both"/>
      </w:pPr>
      <w:r>
        <w:t>Describa cualquier otro interés o actividad que pudiera ser percibida como influencia potencial respecto del proyecto:</w:t>
      </w:r>
    </w:p>
    <w:p w:rsidR="00B04A1B" w:rsidP="001545C7" w:rsidRDefault="00000000" w14:paraId="6820CF32" w14:textId="4B88E4BB">
      <w:pPr>
        <w:jc w:val="both"/>
      </w:pPr>
      <w:r w:rsidR="72FEE16E">
        <w:rPr/>
        <w:t>____________________________________________________________________________________________________________________________________________________________________________________</w:t>
      </w:r>
    </w:p>
    <w:p w:rsidR="00B04A1B" w:rsidP="001545C7" w:rsidRDefault="00B04A1B" w14:paraId="4DB992A5" w14:textId="77777777">
      <w:pPr>
        <w:jc w:val="both"/>
      </w:pPr>
    </w:p>
    <w:p w:rsidR="5928036D" w:rsidP="5928036D" w:rsidRDefault="5928036D" w14:paraId="48486E82" w14:textId="2F421B76">
      <w:pPr>
        <w:jc w:val="both"/>
        <w:rPr>
          <w:b w:val="1"/>
          <w:bCs w:val="1"/>
        </w:rPr>
      </w:pPr>
    </w:p>
    <w:p w:rsidR="5928036D" w:rsidP="5928036D" w:rsidRDefault="5928036D" w14:paraId="25749022" w14:textId="7ECB6CD5">
      <w:pPr>
        <w:jc w:val="both"/>
        <w:rPr>
          <w:b w:val="1"/>
          <w:bCs w:val="1"/>
        </w:rPr>
      </w:pPr>
    </w:p>
    <w:p w:rsidR="00B04A1B" w:rsidP="001545C7" w:rsidRDefault="00000000" w14:paraId="633BA9D8" w14:textId="77777777">
      <w:pPr>
        <w:jc w:val="both"/>
      </w:pPr>
      <w:r>
        <w:rPr>
          <w:b/>
        </w:rPr>
        <w:t>7. Declaración final y compromiso de actualización</w:t>
      </w:r>
    </w:p>
    <w:p w:rsidR="00B04A1B" w:rsidP="001545C7" w:rsidRDefault="00000000" w14:paraId="02EF9E83" w14:textId="1CFBD29D">
      <w:pPr>
        <w:jc w:val="both"/>
      </w:pPr>
      <w:r w:rsidR="72FEE16E">
        <w:rPr/>
        <w:t xml:space="preserve">Declaro que la información proporcionada es veraz y completa. Declaro ☐ NO tener / ☐ SÍ tener potenciales conflictos de interés, según lo detallado previamente. Me comprometo a notificar al CEII </w:t>
      </w:r>
      <w:r w:rsidR="7B96B08B">
        <w:rPr/>
        <w:t xml:space="preserve">de </w:t>
      </w:r>
      <w:r w:rsidR="72FEE16E">
        <w:rPr/>
        <w:t>cualquier</w:t>
      </w:r>
      <w:r w:rsidR="139F90A3">
        <w:rPr/>
        <w:t xml:space="preserve"> </w:t>
      </w:r>
      <w:r w:rsidR="72FEE16E">
        <w:rPr/>
        <w:t>cambio relevante (incluyendo durante la ejecución del estudio) y a adoptar medidas de mitigación cuando el CEII lo requiera (por ejemplo, transparencia en comunicaciones, modificación de roles, o abstención en decisiones cuando corresponda).</w:t>
      </w:r>
    </w:p>
    <w:p w:rsidR="00B04A1B" w:rsidP="001545C7" w:rsidRDefault="00B04A1B" w14:paraId="3DA0AF4D" w14:textId="77777777">
      <w:pPr>
        <w:jc w:val="both"/>
      </w:pPr>
    </w:p>
    <w:p w:rsidR="00B04A1B" w:rsidP="001545C7" w:rsidRDefault="00000000" w14:paraId="58720127" w14:textId="72840107">
      <w:pPr>
        <w:jc w:val="both"/>
      </w:pPr>
      <w:r>
        <w:t>Firma del/de la declarante: ______________________________    Fecha: ____ / ____ / ______</w:t>
      </w:r>
    </w:p>
    <w:p w:rsidR="00B04A1B" w:rsidP="001545C7" w:rsidRDefault="00000000" w14:paraId="28A32064" w14:textId="77777777">
      <w:pPr>
        <w:jc w:val="both"/>
      </w:pPr>
      <w:r>
        <w:t>Nombre: ________________________________________________</w:t>
      </w:r>
    </w:p>
    <w:p w:rsidR="00B04A1B" w:rsidP="001545C7" w:rsidRDefault="00000000" w14:paraId="151E7366" w14:textId="77777777">
      <w:pPr>
        <w:jc w:val="both"/>
      </w:pPr>
      <w:r>
        <w:t>RUN/Pasaporte: ________________________________________</w:t>
      </w:r>
    </w:p>
    <w:p w:rsidR="00B04A1B" w:rsidP="001545C7" w:rsidRDefault="00B04A1B" w14:paraId="4C3DC614" w14:textId="77777777">
      <w:pPr>
        <w:jc w:val="both"/>
      </w:pPr>
    </w:p>
    <w:p w:rsidRPr="001545C7" w:rsidR="00B04A1B" w:rsidP="001545C7" w:rsidRDefault="00000000" w14:paraId="78E4C5AE" w14:textId="1CCEF49A">
      <w:pPr>
        <w:jc w:val="both"/>
        <w:rPr>
          <w:sz w:val="20"/>
          <w:szCs w:val="20"/>
        </w:rPr>
      </w:pPr>
      <w:r w:rsidRPr="001545C7">
        <w:rPr>
          <w:sz w:val="20"/>
          <w:szCs w:val="20"/>
        </w:rPr>
        <w:t>Nota: En caso de declararse conflictos relevantes, el CEII podrá solicitar información adicional o medidas de mitigación como condición para la revisión o continuidad del estudio.</w:t>
      </w:r>
    </w:p>
    <w:sectPr w:rsidRPr="001545C7" w:rsidR="00B04A1B" w:rsidSect="00034616">
      <w:headerReference w:type="default" r:id="rId8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76D1" w:rsidP="001545C7" w:rsidRDefault="006C76D1" w14:paraId="25217C11" w14:textId="77777777">
      <w:pPr>
        <w:spacing w:after="0" w:line="240" w:lineRule="auto"/>
      </w:pPr>
      <w:r>
        <w:separator/>
      </w:r>
    </w:p>
  </w:endnote>
  <w:endnote w:type="continuationSeparator" w:id="0">
    <w:p w:rsidR="006C76D1" w:rsidP="001545C7" w:rsidRDefault="006C76D1" w14:paraId="176A112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76D1" w:rsidP="001545C7" w:rsidRDefault="006C76D1" w14:paraId="00D0CF29" w14:textId="77777777">
      <w:pPr>
        <w:spacing w:after="0" w:line="240" w:lineRule="auto"/>
      </w:pPr>
      <w:r>
        <w:separator/>
      </w:r>
    </w:p>
  </w:footnote>
  <w:footnote w:type="continuationSeparator" w:id="0">
    <w:p w:rsidR="006C76D1" w:rsidP="001545C7" w:rsidRDefault="006C76D1" w14:paraId="7AF70B1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545C7" w:rsidRDefault="001545C7" w14:paraId="5EF5E126" w14:textId="58EBA825">
    <w:pPr>
      <w:pStyle w:val="Encabezado"/>
    </w:pPr>
    <w:r>
      <w:rPr>
        <w:noProof/>
      </w:rPr>
      <w:drawing>
        <wp:inline distT="0" distB="0" distL="0" distR="0" wp14:anchorId="639E869B" wp14:editId="539EC91D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696056" name="Imagen 1" descr="Logos - Imagen UD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77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96749300">
    <w:abstractNumId w:val="8"/>
  </w:num>
  <w:num w:numId="2" w16cid:durableId="452480793">
    <w:abstractNumId w:val="6"/>
  </w:num>
  <w:num w:numId="3" w16cid:durableId="2064912051">
    <w:abstractNumId w:val="5"/>
  </w:num>
  <w:num w:numId="4" w16cid:durableId="590240498">
    <w:abstractNumId w:val="4"/>
  </w:num>
  <w:num w:numId="5" w16cid:durableId="1245068171">
    <w:abstractNumId w:val="7"/>
  </w:num>
  <w:num w:numId="6" w16cid:durableId="272397374">
    <w:abstractNumId w:val="3"/>
  </w:num>
  <w:num w:numId="7" w16cid:durableId="751008181">
    <w:abstractNumId w:val="2"/>
  </w:num>
  <w:num w:numId="8" w16cid:durableId="377629813">
    <w:abstractNumId w:val="1"/>
  </w:num>
  <w:num w:numId="9" w16cid:durableId="66285201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48A"/>
    <w:rsid w:val="0015074B"/>
    <w:rsid w:val="001545C7"/>
    <w:rsid w:val="0029639D"/>
    <w:rsid w:val="00326F90"/>
    <w:rsid w:val="00541E86"/>
    <w:rsid w:val="00631117"/>
    <w:rsid w:val="00635CD1"/>
    <w:rsid w:val="006C76D1"/>
    <w:rsid w:val="00AA1D8D"/>
    <w:rsid w:val="00B04A1B"/>
    <w:rsid w:val="00B47730"/>
    <w:rsid w:val="00CB0664"/>
    <w:rsid w:val="00D37755"/>
    <w:rsid w:val="00D73335"/>
    <w:rsid w:val="00FA383C"/>
    <w:rsid w:val="00FC693F"/>
    <w:rsid w:val="139F90A3"/>
    <w:rsid w:val="28887CC1"/>
    <w:rsid w:val="32228DA6"/>
    <w:rsid w:val="3FD06BD3"/>
    <w:rsid w:val="48DFCA1F"/>
    <w:rsid w:val="55AA405F"/>
    <w:rsid w:val="5928036D"/>
    <w:rsid w:val="62528425"/>
    <w:rsid w:val="696CB4F0"/>
    <w:rsid w:val="72FEE16E"/>
    <w:rsid w:val="7B96B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0067E"/>
  <w14:defaultImageDpi w14:val="300"/>
  <w15:docId w15:val="{C839B26C-DE6E-4733-A58B-229A4D397B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3FD06BD3"/>
    <w:rPr>
      <w:rFonts w:ascii="Calibri" w:hAnsi="Calibri"/>
      <w:noProof w:val="0"/>
      <w:lang w:val="es-CL"/>
    </w:rPr>
  </w:style>
  <w:style w:type="paragraph" w:styleId="Ttulo1">
    <w:uiPriority w:val="9"/>
    <w:name w:val="heading 1"/>
    <w:basedOn w:val="Normal"/>
    <w:next w:val="Normal"/>
    <w:link w:val="Ttulo1Car"/>
    <w:qFormat/>
    <w:rsid w:val="3FD06BD3"/>
    <w:rPr>
      <w:rFonts w:eastAsia="ＭＳ ゴシック" w:cs="" w:asciiTheme="majorAscii" w:hAnsiTheme="majorAscii" w:eastAsiaTheme="majorEastAsia" w:cstheme="majorBidi"/>
      <w:b w:val="1"/>
      <w:bCs w:val="1"/>
      <w:color w:val="365F91" w:themeColor="accent1" w:themeTint="FF" w:themeShade="BF"/>
      <w:sz w:val="28"/>
      <w:szCs w:val="28"/>
    </w:rPr>
    <w:pPr>
      <w:keepNext w:val="1"/>
      <w:keepLines w:val="1"/>
      <w:spacing w:before="480" w:after="0"/>
      <w:outlineLvl w:val="0"/>
    </w:pPr>
  </w:style>
  <w:style w:type="paragraph" w:styleId="Ttulo2">
    <w:uiPriority w:val="9"/>
    <w:name w:val="heading 2"/>
    <w:basedOn w:val="Normal"/>
    <w:next w:val="Normal"/>
    <w:unhideWhenUsed/>
    <w:link w:val="Ttulo2Car"/>
    <w:qFormat/>
    <w:rsid w:val="3FD06BD3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  <w:sz w:val="26"/>
      <w:szCs w:val="26"/>
    </w:rPr>
    <w:pPr>
      <w:keepNext w:val="1"/>
      <w:keepLines w:val="1"/>
      <w:spacing w:before="200" w:after="0"/>
      <w:outlineLvl w:val="1"/>
    </w:pPr>
  </w:style>
  <w:style w:type="paragraph" w:styleId="Ttulo3">
    <w:uiPriority w:val="9"/>
    <w:name w:val="heading 3"/>
    <w:basedOn w:val="Normal"/>
    <w:next w:val="Normal"/>
    <w:unhideWhenUsed/>
    <w:link w:val="Ttulo3Car"/>
    <w:qFormat/>
    <w:rsid w:val="3FD06BD3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</w:rPr>
    <w:pPr>
      <w:keepNext w:val="1"/>
      <w:keepLines w:val="1"/>
      <w:spacing w:before="200" w:after="0"/>
      <w:outlineLvl w:val="2"/>
    </w:pPr>
  </w:style>
  <w:style w:type="paragraph" w:styleId="Ttulo4">
    <w:uiPriority w:val="9"/>
    <w:name w:val="heading 4"/>
    <w:basedOn w:val="Normal"/>
    <w:next w:val="Normal"/>
    <w:semiHidden/>
    <w:unhideWhenUsed/>
    <w:link w:val="Ttulo4Car"/>
    <w:qFormat/>
    <w:rsid w:val="3FD06BD3"/>
    <w:rPr>
      <w:rFonts w:eastAsia="ＭＳ ゴシック" w:cs="" w:asciiTheme="majorAscii" w:hAnsiTheme="majorAscii" w:eastAsiaTheme="majorEastAsia" w:cstheme="majorBidi"/>
      <w:b w:val="1"/>
      <w:bCs w:val="1"/>
      <w:i w:val="1"/>
      <w:iCs w:val="1"/>
      <w:color w:val="4F81BD" w:themeColor="accent1" w:themeTint="FF" w:themeShade="FF"/>
    </w:rPr>
    <w:pPr>
      <w:keepNext w:val="1"/>
      <w:keepLines w:val="1"/>
      <w:spacing w:before="200" w:after="0"/>
      <w:outlineLvl w:val="3"/>
    </w:pPr>
  </w:style>
  <w:style w:type="paragraph" w:styleId="Ttulo5">
    <w:uiPriority w:val="9"/>
    <w:name w:val="heading 5"/>
    <w:basedOn w:val="Normal"/>
    <w:next w:val="Normal"/>
    <w:semiHidden/>
    <w:unhideWhenUsed/>
    <w:link w:val="Ttulo5Car"/>
    <w:qFormat/>
    <w:rsid w:val="3FD06BD3"/>
    <w:rPr>
      <w:rFonts w:eastAsia="ＭＳ ゴシック" w:cs="" w:asciiTheme="majorAscii" w:hAnsiTheme="majorAscii" w:eastAsiaTheme="majorEastAsia" w:cstheme="majorBidi"/>
      <w:color w:val="243F60"/>
    </w:rPr>
    <w:pPr>
      <w:keepNext w:val="1"/>
      <w:keepLines w:val="1"/>
      <w:spacing w:before="200" w:after="0"/>
      <w:outlineLvl w:val="4"/>
    </w:pPr>
  </w:style>
  <w:style w:type="paragraph" w:styleId="Ttulo6">
    <w:uiPriority w:val="9"/>
    <w:name w:val="heading 6"/>
    <w:basedOn w:val="Normal"/>
    <w:next w:val="Normal"/>
    <w:semiHidden/>
    <w:unhideWhenUsed/>
    <w:link w:val="Ttulo6Car"/>
    <w:qFormat/>
    <w:rsid w:val="3FD06BD3"/>
    <w:rPr>
      <w:rFonts w:eastAsia="ＭＳ ゴシック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200" w:after="0"/>
      <w:outlineLvl w:val="5"/>
    </w:pPr>
  </w:style>
  <w:style w:type="paragraph" w:styleId="Ttulo7">
    <w:uiPriority w:val="9"/>
    <w:name w:val="heading 7"/>
    <w:basedOn w:val="Normal"/>
    <w:next w:val="Normal"/>
    <w:semiHidden/>
    <w:unhideWhenUsed/>
    <w:link w:val="Ttulo7Car"/>
    <w:qFormat/>
    <w:rsid w:val="3FD06BD3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6"/>
    </w:pPr>
  </w:style>
  <w:style w:type="paragraph" w:styleId="Ttulo8">
    <w:uiPriority w:val="9"/>
    <w:name w:val="heading 8"/>
    <w:basedOn w:val="Normal"/>
    <w:next w:val="Normal"/>
    <w:semiHidden/>
    <w:unhideWhenUsed/>
    <w:link w:val="Ttulo8Car"/>
    <w:qFormat/>
    <w:rsid w:val="3FD06BD3"/>
    <w:rPr>
      <w:rFonts w:eastAsia="ＭＳ ゴシック" w:cs="" w:asciiTheme="majorAscii" w:hAnsiTheme="majorAscii" w:eastAsiaTheme="majorEastAsia" w:cstheme="majorBidi"/>
      <w:color w:val="4F81BD" w:themeColor="accent1" w:themeTint="FF" w:themeShade="FF"/>
      <w:sz w:val="20"/>
      <w:szCs w:val="20"/>
    </w:rPr>
    <w:pPr>
      <w:keepNext w:val="1"/>
      <w:keepLines w:val="1"/>
      <w:spacing w:before="200" w:after="0"/>
      <w:outlineLvl w:val="7"/>
    </w:pPr>
  </w:style>
  <w:style w:type="paragraph" w:styleId="Ttulo9">
    <w:uiPriority w:val="9"/>
    <w:name w:val="heading 9"/>
    <w:basedOn w:val="Normal"/>
    <w:next w:val="Normal"/>
    <w:semiHidden/>
    <w:unhideWhenUsed/>
    <w:link w:val="Ttulo9Car"/>
    <w:qFormat/>
    <w:rsid w:val="3FD06BD3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  <w:sz w:val="20"/>
      <w:szCs w:val="20"/>
    </w:rPr>
    <w:pPr>
      <w:keepNext w:val="1"/>
      <w:keepLines w:val="1"/>
      <w:spacing w:before="200" w:after="0"/>
      <w:outlineLvl w:val="8"/>
    </w:p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uiPriority w:val="99"/>
    <w:name w:val="header"/>
    <w:basedOn w:val="Normal"/>
    <w:unhideWhenUsed/>
    <w:link w:val="EncabezadoCar"/>
    <w:rsid w:val="3FD06BD3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uiPriority w:val="99"/>
    <w:name w:val="footer"/>
    <w:basedOn w:val="Normal"/>
    <w:unhideWhenUsed/>
    <w:link w:val="PiedepginaCar"/>
    <w:rsid w:val="3FD06BD3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uiPriority w:val="10"/>
    <w:name w:val="Title"/>
    <w:basedOn w:val="Normal"/>
    <w:next w:val="Normal"/>
    <w:link w:val="TtuloCar"/>
    <w:qFormat/>
    <w:rsid w:val="3FD06BD3"/>
    <w:rPr>
      <w:rFonts w:eastAsia="ＭＳ ゴシック" w:cs="" w:asciiTheme="majorAscii" w:hAnsiTheme="majorAscii" w:eastAsiaTheme="majorEastAsia" w:cstheme="majorBidi"/>
      <w:color w:val="17365D" w:themeColor="text2" w:themeTint="FF" w:themeShade="BF"/>
      <w:sz w:val="52"/>
      <w:szCs w:val="52"/>
    </w:rPr>
    <w:pPr>
      <w:pBdr>
        <w:bottom w:val="single" w:color="4F81BD" w:themeColor="accent1" w:sz="8" w:space="4"/>
      </w:pBdr>
      <w:spacing w:after="300" w:line="240" w:lineRule="auto"/>
      <w:contextualSpacing/>
    </w:p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uiPriority w:val="11"/>
    <w:name w:val="Subtitle"/>
    <w:basedOn w:val="Normal"/>
    <w:next w:val="Normal"/>
    <w:link w:val="SubttuloCar"/>
    <w:qFormat/>
    <w:rsid w:val="3FD06BD3"/>
    <w:rPr>
      <w:rFonts w:eastAsia="ＭＳ ゴシック" w:cs="" w:asciiTheme="majorAscii" w:hAnsiTheme="majorAscii" w:eastAsiaTheme="majorEastAsia" w:cstheme="majorBidi"/>
      <w:i w:val="1"/>
      <w:iCs w:val="1"/>
      <w:color w:val="4F81BD" w:themeColor="accent1" w:themeTint="FF" w:themeShade="FF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uiPriority w:val="34"/>
    <w:name w:val="List Paragraph"/>
    <w:basedOn w:val="Normal"/>
    <w:qFormat/>
    <w:rsid w:val="3FD06BD3"/>
    <w:pPr>
      <w:spacing/>
      <w:ind w:left="720"/>
      <w:contextualSpacing/>
    </w:pPr>
  </w:style>
  <w:style w:type="paragraph" w:styleId="Textoindependiente">
    <w:uiPriority w:val="99"/>
    <w:name w:val="Body Text"/>
    <w:basedOn w:val="Normal"/>
    <w:unhideWhenUsed/>
    <w:link w:val="TextoindependienteCar"/>
    <w:rsid w:val="3FD06BD3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uiPriority w:val="99"/>
    <w:name w:val="Body Text 2"/>
    <w:basedOn w:val="Normal"/>
    <w:unhideWhenUsed/>
    <w:link w:val="Textoindependiente2Car"/>
    <w:rsid w:val="3FD06BD3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uiPriority w:val="99"/>
    <w:name w:val="Body Text 3"/>
    <w:basedOn w:val="Normal"/>
    <w:unhideWhenUsed/>
    <w:link w:val="Textoindependiente3Car"/>
    <w:rsid w:val="3FD06BD3"/>
    <w:rPr>
      <w:sz w:val="16"/>
      <w:szCs w:val="16"/>
    </w:rPr>
    <w:pPr>
      <w:spacing w:after="120"/>
    </w:p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uiPriority w:val="99"/>
    <w:name w:val="List"/>
    <w:basedOn w:val="Normal"/>
    <w:unhideWhenUsed/>
    <w:rsid w:val="3FD06BD3"/>
    <w:pPr>
      <w:spacing/>
      <w:ind w:left="360" w:hanging="360"/>
      <w:contextualSpacing/>
    </w:pPr>
  </w:style>
  <w:style w:type="paragraph" w:styleId="Lista2">
    <w:uiPriority w:val="99"/>
    <w:name w:val="List 2"/>
    <w:basedOn w:val="Normal"/>
    <w:unhideWhenUsed/>
    <w:rsid w:val="3FD06BD3"/>
    <w:pPr>
      <w:spacing/>
      <w:ind w:left="720" w:hanging="360"/>
      <w:contextualSpacing/>
    </w:pPr>
  </w:style>
  <w:style w:type="paragraph" w:styleId="Lista3">
    <w:uiPriority w:val="99"/>
    <w:name w:val="List 3"/>
    <w:basedOn w:val="Normal"/>
    <w:unhideWhenUsed/>
    <w:rsid w:val="3FD06BD3"/>
    <w:pPr>
      <w:spacing/>
      <w:ind w:left="1080" w:hanging="360"/>
      <w:contextualSpacing/>
    </w:pPr>
  </w:style>
  <w:style w:type="paragraph" w:styleId="Listaconvietas">
    <w:uiPriority w:val="99"/>
    <w:name w:val="List Bullet"/>
    <w:basedOn w:val="Normal"/>
    <w:unhideWhenUsed/>
    <w:rsid w:val="3FD06BD3"/>
    <w:pPr>
      <w:numPr>
        <w:numId w:val="1"/>
      </w:numPr>
      <w:spacing/>
      <w:contextualSpacing/>
    </w:pPr>
  </w:style>
  <w:style w:type="paragraph" w:styleId="Listaconvietas2">
    <w:uiPriority w:val="99"/>
    <w:name w:val="List Bullet 2"/>
    <w:basedOn w:val="Normal"/>
    <w:unhideWhenUsed/>
    <w:rsid w:val="3FD06BD3"/>
    <w:pPr>
      <w:numPr>
        <w:numId w:val="2"/>
      </w:numPr>
      <w:spacing/>
      <w:contextualSpacing/>
    </w:pPr>
  </w:style>
  <w:style w:type="paragraph" w:styleId="Listaconvietas3">
    <w:uiPriority w:val="99"/>
    <w:name w:val="List Bullet 3"/>
    <w:basedOn w:val="Normal"/>
    <w:unhideWhenUsed/>
    <w:rsid w:val="3FD06BD3"/>
    <w:pPr>
      <w:numPr>
        <w:numId w:val="3"/>
      </w:numPr>
      <w:spacing/>
      <w:contextualSpacing/>
    </w:pPr>
  </w:style>
  <w:style w:type="paragraph" w:styleId="Listaconnmeros">
    <w:uiPriority w:val="99"/>
    <w:name w:val="List Number"/>
    <w:basedOn w:val="Normal"/>
    <w:unhideWhenUsed/>
    <w:rsid w:val="3FD06BD3"/>
    <w:pPr>
      <w:numPr>
        <w:numId w:val="5"/>
      </w:numPr>
      <w:spacing/>
      <w:contextualSpacing/>
    </w:pPr>
  </w:style>
  <w:style w:type="paragraph" w:styleId="Listaconnmeros2">
    <w:uiPriority w:val="99"/>
    <w:name w:val="List Number 2"/>
    <w:basedOn w:val="Normal"/>
    <w:unhideWhenUsed/>
    <w:rsid w:val="3FD06BD3"/>
    <w:pPr>
      <w:numPr>
        <w:numId w:val="6"/>
      </w:numPr>
      <w:spacing/>
      <w:contextualSpacing/>
    </w:pPr>
  </w:style>
  <w:style w:type="paragraph" w:styleId="Listaconnmeros3">
    <w:uiPriority w:val="99"/>
    <w:name w:val="List Number 3"/>
    <w:basedOn w:val="Normal"/>
    <w:unhideWhenUsed/>
    <w:rsid w:val="3FD06BD3"/>
    <w:pPr>
      <w:numPr>
        <w:numId w:val="7"/>
      </w:numPr>
      <w:spacing/>
      <w:contextualSpacing/>
    </w:pPr>
  </w:style>
  <w:style w:type="paragraph" w:styleId="Continuarlista">
    <w:uiPriority w:val="99"/>
    <w:name w:val="List Continue"/>
    <w:basedOn w:val="Normal"/>
    <w:unhideWhenUsed/>
    <w:rsid w:val="3FD06BD3"/>
    <w:pPr>
      <w:spacing w:after="120"/>
      <w:ind w:left="360"/>
      <w:contextualSpacing/>
    </w:pPr>
  </w:style>
  <w:style w:type="paragraph" w:styleId="Continuarlista2">
    <w:uiPriority w:val="99"/>
    <w:name w:val="List Continue 2"/>
    <w:basedOn w:val="Normal"/>
    <w:unhideWhenUsed/>
    <w:rsid w:val="3FD06BD3"/>
    <w:pPr>
      <w:spacing w:after="120"/>
      <w:ind w:left="720"/>
      <w:contextualSpacing/>
    </w:pPr>
  </w:style>
  <w:style w:type="paragraph" w:styleId="Continuarlista3">
    <w:uiPriority w:val="99"/>
    <w:name w:val="List Continue 3"/>
    <w:basedOn w:val="Normal"/>
    <w:unhideWhenUsed/>
    <w:rsid w:val="3FD06BD3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uiPriority w:val="29"/>
    <w:name w:val="Quote"/>
    <w:basedOn w:val="Normal"/>
    <w:next w:val="Normal"/>
    <w:link w:val="CitaCar"/>
    <w:qFormat/>
    <w:rsid w:val="3FD06BD3"/>
    <w:rPr>
      <w:i w:val="1"/>
      <w:iCs w:val="1"/>
      <w:color w:val="000000" w:themeColor="text1" w:themeTint="FF" w:themeShade="FF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uiPriority w:val="35"/>
    <w:name w:val="caption"/>
    <w:basedOn w:val="Normal"/>
    <w:next w:val="Normal"/>
    <w:semiHidden/>
    <w:unhideWhenUsed/>
    <w:qFormat/>
    <w:rsid w:val="3FD06BD3"/>
    <w:rPr>
      <w:b w:val="1"/>
      <w:bCs w:val="1"/>
      <w:color w:val="4F81BD" w:themeColor="accent1" w:themeTint="FF" w:themeShade="FF"/>
      <w:sz w:val="18"/>
      <w:szCs w:val="18"/>
    </w:rPr>
    <w:pPr>
      <w:spacing w:line="240" w:lineRule="auto"/>
    </w:p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uiPriority w:val="30"/>
    <w:name w:val="Intense Quote"/>
    <w:basedOn w:val="Normal"/>
    <w:next w:val="Normal"/>
    <w:link w:val="CitadestacadaCar"/>
    <w:qFormat/>
    <w:rsid w:val="3FD06BD3"/>
    <w:rPr>
      <w:b w:val="1"/>
      <w:bCs w:val="1"/>
      <w:i w:val="1"/>
      <w:iCs w:val="1"/>
      <w:color w:val="4F81BD" w:themeColor="accent1" w:themeTint="FF" w:themeShade="FF"/>
    </w:rPr>
    <w:pPr>
      <w:pBdr>
        <w:bottom w:val="single" w:color="4F81BD" w:themeColor="accent1" w:sz="4" w:space="4"/>
      </w:pBdr>
      <w:spacing w:before="200" w:after="280"/>
      <w:ind w:left="936" w:right="936"/>
    </w:p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</dc:creator>
  <keywords/>
  <dc:description>generated by python-docx</dc:description>
  <lastModifiedBy>Erick Sebhastians Atenas</lastModifiedBy>
  <revision>4</revision>
  <dcterms:created xsi:type="dcterms:W3CDTF">2026-05-28T23:03:00.0000000Z</dcterms:created>
  <dcterms:modified xsi:type="dcterms:W3CDTF">2026-07-23T21:38:57.1187280Z</dcterms:modified>
  <category/>
</coreProperties>
</file>