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1BA89C6" w:rsidP="11BA89C6" w:rsidRDefault="11BA89C6" w14:paraId="4C49A650" w14:textId="1CAAA96A">
      <w:pPr>
        <w:jc w:val="center"/>
        <w:rPr>
          <w:b w:val="1"/>
          <w:bCs w:val="1"/>
          <w:sz w:val="28"/>
          <w:szCs w:val="28"/>
        </w:rPr>
      </w:pPr>
    </w:p>
    <w:p w:rsidR="00757E3F" w:rsidP="003873C0" w:rsidRDefault="00000000" w14:paraId="59E615CD" w14:textId="2F0F01C2">
      <w:pPr>
        <w:jc w:val="center"/>
      </w:pPr>
      <w:r>
        <w:rPr>
          <w:b/>
          <w:sz w:val="28"/>
        </w:rPr>
        <w:t>DECLARACIÓN DE RESPONSABILIDAD DEL/DE LA INVESTIGADOR/A RESPONSABLE</w:t>
      </w:r>
      <w:r>
        <w:rPr>
          <w:b/>
          <w:sz w:val="28"/>
        </w:rPr>
        <w:br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70"/>
        <w:gridCol w:w="5560"/>
      </w:tblGrid>
      <w:tr w:rsidRPr="00E362D1" w:rsidR="0029244C" w:rsidTr="00992713" w14:paraId="7AD59620" w14:textId="77777777">
        <w:tc>
          <w:tcPr>
            <w:tcW w:w="3085" w:type="dxa"/>
          </w:tcPr>
          <w:p w:rsidRPr="00E362D1" w:rsidR="0029244C" w:rsidP="00992713" w:rsidRDefault="0029244C" w14:paraId="58499B25" w14:textId="77777777">
            <w:pPr>
              <w:jc w:val="both"/>
            </w:pPr>
            <w:proofErr w:type="spellStart"/>
            <w:r w:rsidRPr="00E362D1">
              <w:rPr>
                <w:b/>
              </w:rPr>
              <w:t>Título</w:t>
            </w:r>
            <w:proofErr w:type="spellEnd"/>
            <w:r w:rsidRPr="00E362D1">
              <w:rPr>
                <w:b/>
              </w:rPr>
              <w:t xml:space="preserve"> del </w:t>
            </w:r>
            <w:proofErr w:type="spellStart"/>
            <w:r w:rsidRPr="00E362D1">
              <w:rPr>
                <w:b/>
              </w:rPr>
              <w:t>estudio</w:t>
            </w:r>
            <w:proofErr w:type="spellEnd"/>
            <w:r w:rsidRPr="00E362D1">
              <w:rPr>
                <w:b/>
              </w:rPr>
              <w:t xml:space="preserve">: </w:t>
            </w:r>
          </w:p>
        </w:tc>
        <w:tc>
          <w:tcPr>
            <w:tcW w:w="5771" w:type="dxa"/>
          </w:tcPr>
          <w:p w:rsidRPr="00E362D1" w:rsidR="0029244C" w:rsidP="00992713" w:rsidRDefault="0029244C" w14:paraId="1AD1B9E7" w14:textId="77777777">
            <w:pPr>
              <w:jc w:val="both"/>
              <w:rPr>
                <w:b/>
              </w:rPr>
            </w:pPr>
          </w:p>
        </w:tc>
      </w:tr>
      <w:tr w:rsidRPr="00E362D1" w:rsidR="0029244C" w:rsidTr="00992713" w14:paraId="43308E3B" w14:textId="77777777">
        <w:tc>
          <w:tcPr>
            <w:tcW w:w="3085" w:type="dxa"/>
          </w:tcPr>
          <w:p w:rsidRPr="00E362D1" w:rsidR="0029244C" w:rsidP="00992713" w:rsidRDefault="0029244C" w14:paraId="6EED4734" w14:textId="77777777">
            <w:pPr>
              <w:jc w:val="both"/>
            </w:pPr>
            <w:proofErr w:type="spellStart"/>
            <w:r w:rsidRPr="00E362D1">
              <w:rPr>
                <w:b/>
              </w:rPr>
              <w:t>Investigador</w:t>
            </w:r>
            <w:proofErr w:type="spellEnd"/>
            <w:r w:rsidRPr="00E362D1">
              <w:rPr>
                <w:b/>
              </w:rPr>
              <w:t xml:space="preserve">/a </w:t>
            </w:r>
            <w:proofErr w:type="spellStart"/>
            <w:r w:rsidRPr="00E362D1">
              <w:rPr>
                <w:b/>
              </w:rPr>
              <w:t>Responsable</w:t>
            </w:r>
            <w:proofErr w:type="spellEnd"/>
            <w:r w:rsidRPr="00E362D1">
              <w:rPr>
                <w:b/>
              </w:rPr>
              <w:t xml:space="preserve"> (</w:t>
            </w:r>
            <w:proofErr w:type="spellStart"/>
            <w:r w:rsidRPr="00E362D1">
              <w:rPr>
                <w:b/>
              </w:rPr>
              <w:t>nombre</w:t>
            </w:r>
            <w:proofErr w:type="spellEnd"/>
            <w:r w:rsidRPr="00E362D1">
              <w:rPr>
                <w:b/>
              </w:rPr>
              <w:t xml:space="preserve"> </w:t>
            </w:r>
            <w:proofErr w:type="spellStart"/>
            <w:r w:rsidRPr="00E362D1">
              <w:rPr>
                <w:b/>
              </w:rPr>
              <w:t>completo</w:t>
            </w:r>
            <w:proofErr w:type="spellEnd"/>
            <w:r w:rsidRPr="00E362D1">
              <w:rPr>
                <w:b/>
              </w:rPr>
              <w:t xml:space="preserve">): </w:t>
            </w:r>
          </w:p>
        </w:tc>
        <w:tc>
          <w:tcPr>
            <w:tcW w:w="5771" w:type="dxa"/>
          </w:tcPr>
          <w:p w:rsidRPr="00E362D1" w:rsidR="0029244C" w:rsidP="00992713" w:rsidRDefault="0029244C" w14:paraId="1FD18037" w14:textId="77777777">
            <w:pPr>
              <w:jc w:val="both"/>
              <w:rPr>
                <w:b/>
              </w:rPr>
            </w:pPr>
          </w:p>
        </w:tc>
      </w:tr>
      <w:tr w:rsidRPr="00E362D1" w:rsidR="0029244C" w:rsidTr="00992713" w14:paraId="70AA28BF" w14:textId="77777777">
        <w:tc>
          <w:tcPr>
            <w:tcW w:w="3085" w:type="dxa"/>
          </w:tcPr>
          <w:p w:rsidRPr="00E362D1" w:rsidR="0029244C" w:rsidP="00992713" w:rsidRDefault="0029244C" w14:paraId="38CD3584" w14:textId="77777777">
            <w:pPr>
              <w:jc w:val="both"/>
            </w:pPr>
            <w:r w:rsidRPr="00E362D1">
              <w:rPr>
                <w:b/>
              </w:rPr>
              <w:t>Unidad/</w:t>
            </w:r>
            <w:proofErr w:type="spellStart"/>
            <w:r w:rsidRPr="00E362D1">
              <w:rPr>
                <w:b/>
              </w:rPr>
              <w:t>Facultad</w:t>
            </w:r>
            <w:proofErr w:type="spellEnd"/>
            <w:r w:rsidRPr="00E362D1">
              <w:rPr>
                <w:b/>
              </w:rPr>
              <w:t xml:space="preserve">/Instituto: </w:t>
            </w:r>
          </w:p>
        </w:tc>
        <w:tc>
          <w:tcPr>
            <w:tcW w:w="5771" w:type="dxa"/>
          </w:tcPr>
          <w:p w:rsidRPr="00E362D1" w:rsidR="0029244C" w:rsidP="00992713" w:rsidRDefault="0029244C" w14:paraId="338AD8C1" w14:textId="77777777">
            <w:pPr>
              <w:jc w:val="both"/>
              <w:rPr>
                <w:b/>
              </w:rPr>
            </w:pPr>
          </w:p>
        </w:tc>
      </w:tr>
      <w:tr w:rsidRPr="00E362D1" w:rsidR="0029244C" w:rsidTr="00992713" w14:paraId="64A947DA" w14:textId="77777777">
        <w:tc>
          <w:tcPr>
            <w:tcW w:w="3085" w:type="dxa"/>
          </w:tcPr>
          <w:p w:rsidRPr="00E362D1" w:rsidR="0029244C" w:rsidP="00992713" w:rsidRDefault="0029244C" w14:paraId="4AEA0FE9" w14:textId="77777777">
            <w:pPr>
              <w:jc w:val="both"/>
            </w:pPr>
            <w:r w:rsidRPr="00E362D1">
              <w:rPr>
                <w:b/>
              </w:rPr>
              <w:t xml:space="preserve">Correo </w:t>
            </w:r>
            <w:proofErr w:type="spellStart"/>
            <w:r w:rsidRPr="00E362D1">
              <w:rPr>
                <w:b/>
              </w:rPr>
              <w:t>electrónico</w:t>
            </w:r>
            <w:proofErr w:type="spellEnd"/>
            <w:r w:rsidRPr="00E362D1">
              <w:rPr>
                <w:b/>
              </w:rPr>
              <w:t xml:space="preserve">: </w:t>
            </w:r>
          </w:p>
        </w:tc>
        <w:tc>
          <w:tcPr>
            <w:tcW w:w="5771" w:type="dxa"/>
          </w:tcPr>
          <w:p w:rsidRPr="00E362D1" w:rsidR="0029244C" w:rsidP="00992713" w:rsidRDefault="0029244C" w14:paraId="10714679" w14:textId="77777777">
            <w:pPr>
              <w:jc w:val="both"/>
              <w:rPr>
                <w:b/>
              </w:rPr>
            </w:pPr>
          </w:p>
        </w:tc>
      </w:tr>
      <w:tr w:rsidRPr="00E362D1" w:rsidR="0029244C" w:rsidTr="00992713" w14:paraId="153DC0BC" w14:textId="77777777">
        <w:tc>
          <w:tcPr>
            <w:tcW w:w="3085" w:type="dxa"/>
          </w:tcPr>
          <w:p w:rsidRPr="00E362D1" w:rsidR="0029244C" w:rsidP="00992713" w:rsidRDefault="0029244C" w14:paraId="4D36635E" w14:textId="77777777">
            <w:pPr>
              <w:jc w:val="both"/>
            </w:pPr>
            <w:proofErr w:type="spellStart"/>
            <w:r w:rsidRPr="00E362D1">
              <w:rPr>
                <w:b/>
              </w:rPr>
              <w:t>Teléfono</w:t>
            </w:r>
            <w:proofErr w:type="spellEnd"/>
            <w:r w:rsidRPr="00E362D1">
              <w:rPr>
                <w:b/>
              </w:rPr>
              <w:t xml:space="preserve">: </w:t>
            </w:r>
          </w:p>
        </w:tc>
        <w:tc>
          <w:tcPr>
            <w:tcW w:w="5771" w:type="dxa"/>
          </w:tcPr>
          <w:p w:rsidRPr="00E362D1" w:rsidR="0029244C" w:rsidP="00992713" w:rsidRDefault="0029244C" w14:paraId="3A8ED993" w14:textId="77777777">
            <w:pPr>
              <w:jc w:val="both"/>
              <w:rPr>
                <w:b/>
              </w:rPr>
            </w:pPr>
          </w:p>
        </w:tc>
      </w:tr>
    </w:tbl>
    <w:p w:rsidR="0029244C" w:rsidRDefault="0029244C" w14:paraId="03B8816B" w14:textId="77777777"/>
    <w:p w:rsidR="00757E3F" w:rsidP="0029244C" w:rsidRDefault="00000000" w14:paraId="0D20ADB0" w14:textId="77777777">
      <w:pPr>
        <w:jc w:val="both"/>
      </w:pPr>
      <w:r>
        <w:t>Declaro conocer y cumplir el Reglamento del Comité de Ética Institucional en Investigación (CEII) de la Universidad del Desarrollo y la normativa aplicable en protección de datos y ética de la investigación. Afirmo que la información declarada es veraz y completa.</w:t>
      </w:r>
    </w:p>
    <w:p w:rsidR="00757E3F" w:rsidP="11BA89C6" w:rsidRDefault="00757E3F" w14:paraId="71DF3FE3" w14:textId="47C2C9C9">
      <w:pPr>
        <w:jc w:val="both"/>
      </w:pPr>
      <w:r w:rsidR="2002EB0C">
        <w:rPr/>
        <w:t xml:space="preserve">Declaro </w:t>
      </w:r>
      <w:r w:rsidR="2002EB0C">
        <w:rPr/>
        <w:t>que</w:t>
      </w:r>
      <w:r w:rsidR="2002EB0C">
        <w:rPr/>
        <w:t xml:space="preserve"> </w:t>
      </w:r>
      <w:r w:rsidR="2002EB0C">
        <w:rPr/>
        <w:t>el</w:t>
      </w:r>
      <w:r w:rsidR="2002EB0C">
        <w:rPr/>
        <w:t xml:space="preserve"> </w:t>
      </w:r>
      <w:r w:rsidR="2002EB0C">
        <w:rPr/>
        <w:t>estudio</w:t>
      </w:r>
      <w:r w:rsidR="2002EB0C">
        <w:rPr/>
        <w:t xml:space="preserve"> </w:t>
      </w:r>
      <w:r w:rsidR="2002EB0C">
        <w:rPr/>
        <w:t>indicado</w:t>
      </w:r>
      <w:r w:rsidR="2002EB0C">
        <w:rPr/>
        <w:t xml:space="preserve"> no involucra: (i) interacción o intervención con seres humanos; ni (</w:t>
      </w:r>
      <w:r w:rsidR="2002EB0C">
        <w:rPr/>
        <w:t>ii</w:t>
      </w:r>
      <w:r w:rsidR="2002EB0C">
        <w:rPr/>
        <w:t>) uso, acceso, tratamiento o análisis de información personal (datos personales o sensibles) en ninguna etapa. Por lo anterior, solicito certificación exenta de evaluación ética.</w:t>
      </w:r>
    </w:p>
    <w:p w:rsidR="00757E3F" w:rsidRDefault="00000000" w14:paraId="1CA2E7E5" w14:textId="27100A97">
      <w:r w:rsidR="2002EB0C">
        <w:rPr/>
        <w:t xml:space="preserve">Me comprometo </w:t>
      </w:r>
      <w:r w:rsidR="2002EB0C">
        <w:rPr/>
        <w:t>a</w:t>
      </w:r>
      <w:r w:rsidR="2002EB0C">
        <w:rPr/>
        <w:t xml:space="preserve"> informar al CEII si el proyecto cambia</w:t>
      </w:r>
      <w:r w:rsidR="638AD5CA">
        <w:rPr/>
        <w:t>,</w:t>
      </w:r>
      <w:r w:rsidR="2002EB0C">
        <w:rPr/>
        <w:t xml:space="preserve"> de modo que involucre personas o información personal, y a solicitar evaluación ética antes de iniciar dichas actividades.</w:t>
      </w:r>
    </w:p>
    <w:p w:rsidR="00757E3F" w:rsidRDefault="00757E3F" w14:paraId="30A6FC8E" w14:textId="77777777"/>
    <w:p w:rsidR="00757E3F" w:rsidRDefault="00000000" w14:paraId="1133AE8D" w14:textId="77777777">
      <w:r>
        <w:rPr>
          <w:b/>
        </w:rPr>
        <w:t xml:space="preserve">Lugar y fecha: </w:t>
      </w:r>
      <w:r>
        <w:t>__________________________________________________</w:t>
      </w:r>
    </w:p>
    <w:p w:rsidR="00757E3F" w:rsidRDefault="00757E3F" w14:paraId="06BC1E55" w14:textId="77777777"/>
    <w:p w:rsidR="00F7683C" w:rsidP="11BA89C6" w:rsidRDefault="00000000" w14:paraId="43F1EC2C" w14:textId="52C8A803">
      <w:pPr>
        <w:jc w:val="center"/>
        <w:rPr>
          <w:b w:val="1"/>
          <w:bCs w:val="1"/>
        </w:rPr>
      </w:pPr>
      <w:r w:rsidRPr="11BA89C6" w:rsidR="2002EB0C">
        <w:rPr>
          <w:b w:val="1"/>
          <w:bCs w:val="1"/>
        </w:rPr>
        <w:t xml:space="preserve">Nombre y </w:t>
      </w:r>
      <w:r w:rsidRPr="11BA89C6" w:rsidR="2002EB0C">
        <w:rPr>
          <w:b w:val="1"/>
          <w:bCs w:val="1"/>
        </w:rPr>
        <w:t>fir</w:t>
      </w:r>
      <w:r w:rsidRPr="11BA89C6" w:rsidR="2002EB0C">
        <w:rPr>
          <w:b w:val="1"/>
          <w:bCs w:val="1"/>
        </w:rPr>
        <w:t>ma</w:t>
      </w:r>
      <w:r w:rsidRPr="11BA89C6" w:rsidR="2002EB0C">
        <w:rPr>
          <w:b w:val="1"/>
          <w:bCs w:val="1"/>
        </w:rPr>
        <w:t xml:space="preserve"> del/de la </w:t>
      </w:r>
      <w:r w:rsidRPr="11BA89C6" w:rsidR="2002EB0C">
        <w:rPr>
          <w:b w:val="1"/>
          <w:bCs w:val="1"/>
        </w:rPr>
        <w:t>Investigador</w:t>
      </w:r>
      <w:r w:rsidRPr="11BA89C6" w:rsidR="2002EB0C">
        <w:rPr>
          <w:b w:val="1"/>
          <w:bCs w:val="1"/>
        </w:rPr>
        <w:t xml:space="preserve">/a </w:t>
      </w:r>
      <w:r w:rsidRPr="11BA89C6" w:rsidR="0F9DCC0F">
        <w:rPr>
          <w:b w:val="1"/>
          <w:bCs w:val="1"/>
        </w:rPr>
        <w:t>Respons</w:t>
      </w:r>
      <w:r w:rsidRPr="11BA89C6" w:rsidR="49F13E58">
        <w:rPr>
          <w:b w:val="1"/>
          <w:bCs w:val="1"/>
        </w:rPr>
        <w:t>a</w:t>
      </w:r>
      <w:r w:rsidRPr="11BA89C6" w:rsidR="0F9DCC0F">
        <w:rPr>
          <w:b w:val="1"/>
          <w:bCs w:val="1"/>
        </w:rPr>
        <w:t>ble</w:t>
      </w:r>
    </w:p>
    <w:p w:rsidR="00757E3F" w:rsidP="00F7683C" w:rsidRDefault="00000000" w14:paraId="79E464D0" w14:textId="43EBB0FE">
      <w:pPr>
        <w:jc w:val="center"/>
      </w:pPr>
      <w:r>
        <w:t>________________________________________</w:t>
      </w:r>
    </w:p>
    <w:sectPr w:rsidR="00757E3F" w:rsidSect="00034616">
      <w:headerReference w:type="default" r:id="rId8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3767D" w:rsidP="00F7683C" w:rsidRDefault="0033767D" w14:paraId="7832F5F5" w14:textId="77777777">
      <w:pPr>
        <w:spacing w:after="0" w:line="240" w:lineRule="auto"/>
      </w:pPr>
      <w:r>
        <w:separator/>
      </w:r>
    </w:p>
  </w:endnote>
  <w:endnote w:type="continuationSeparator" w:id="0">
    <w:p w:rsidR="0033767D" w:rsidP="00F7683C" w:rsidRDefault="0033767D" w14:paraId="28344F5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3767D" w:rsidP="00F7683C" w:rsidRDefault="0033767D" w14:paraId="5A976402" w14:textId="77777777">
      <w:pPr>
        <w:spacing w:after="0" w:line="240" w:lineRule="auto"/>
      </w:pPr>
      <w:r>
        <w:separator/>
      </w:r>
    </w:p>
  </w:footnote>
  <w:footnote w:type="continuationSeparator" w:id="0">
    <w:p w:rsidR="0033767D" w:rsidP="00F7683C" w:rsidRDefault="0033767D" w14:paraId="650255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7683C" w:rsidRDefault="00F7683C" w14:paraId="1ACDC69C" w14:textId="699C404B">
    <w:pPr>
      <w:pStyle w:val="Encabezado"/>
    </w:pPr>
    <w:r>
      <w:rPr>
        <w:noProof/>
      </w:rPr>
      <w:drawing>
        <wp:inline distT="0" distB="0" distL="0" distR="0" wp14:anchorId="2A5B757F" wp14:editId="11B745AF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F7683C" w:rsidRDefault="00F7683C" w14:paraId="76F66530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177309783">
    <w:abstractNumId w:val="8"/>
  </w:num>
  <w:num w:numId="2" w16cid:durableId="1475952094">
    <w:abstractNumId w:val="6"/>
  </w:num>
  <w:num w:numId="3" w16cid:durableId="1128276439">
    <w:abstractNumId w:val="5"/>
  </w:num>
  <w:num w:numId="4" w16cid:durableId="1573541328">
    <w:abstractNumId w:val="4"/>
  </w:num>
  <w:num w:numId="5" w16cid:durableId="114837129">
    <w:abstractNumId w:val="7"/>
  </w:num>
  <w:num w:numId="6" w16cid:durableId="1690181225">
    <w:abstractNumId w:val="3"/>
  </w:num>
  <w:num w:numId="7" w16cid:durableId="2078819321">
    <w:abstractNumId w:val="2"/>
  </w:num>
  <w:num w:numId="8" w16cid:durableId="461963693">
    <w:abstractNumId w:val="1"/>
  </w:num>
  <w:num w:numId="9" w16cid:durableId="213466773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244C"/>
    <w:rsid w:val="0029639D"/>
    <w:rsid w:val="00326F90"/>
    <w:rsid w:val="0033767D"/>
    <w:rsid w:val="003873C0"/>
    <w:rsid w:val="004C626A"/>
    <w:rsid w:val="0057459D"/>
    <w:rsid w:val="00757E3F"/>
    <w:rsid w:val="00AA1D8D"/>
    <w:rsid w:val="00B47730"/>
    <w:rsid w:val="00CB0664"/>
    <w:rsid w:val="00F7683C"/>
    <w:rsid w:val="00FA383C"/>
    <w:rsid w:val="00FC693F"/>
    <w:rsid w:val="0F9DCC0F"/>
    <w:rsid w:val="11BA89C6"/>
    <w:rsid w:val="2002EB0C"/>
    <w:rsid w:val="49F13E58"/>
    <w:rsid w:val="638AD5CA"/>
    <w:rsid w:val="70E0C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E6343F"/>
  <w14:defaultImageDpi w14:val="300"/>
  <w15:docId w15:val="{3175A257-7BFA-4328-8B2A-11038F5E71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70E0CBC0"/>
    <w:rPr>
      <w:rFonts w:ascii="Calibri" w:hAnsi="Calibri" w:eastAsia="Calibri"/>
      <w:noProof w:val="0"/>
      <w:lang w:val="es-CL"/>
    </w:rPr>
  </w:style>
  <w:style w:type="paragraph" w:styleId="Ttulo1">
    <w:uiPriority w:val="9"/>
    <w:name w:val="heading 1"/>
    <w:basedOn w:val="Normal"/>
    <w:next w:val="Normal"/>
    <w:link w:val="Ttulo1Car"/>
    <w:qFormat/>
    <w:rsid w:val="70E0CBC0"/>
    <w:rPr>
      <w:rFonts w:eastAsia="ＭＳ ゴシック" w:cs="" w:asciiTheme="majorAscii" w:hAnsiTheme="majorAscii" w:eastAsiaTheme="majorEastAsia" w:cstheme="majorBidi"/>
      <w:b w:val="1"/>
      <w:bCs w:val="1"/>
      <w:color w:val="365F91" w:themeColor="accent1" w:themeTint="FF" w:themeShade="BF"/>
      <w:sz w:val="28"/>
      <w:szCs w:val="28"/>
    </w:rPr>
    <w:pPr>
      <w:keepNext w:val="1"/>
      <w:keepLines w:val="1"/>
      <w:spacing w:before="480" w:after="0"/>
      <w:outlineLvl w:val="0"/>
    </w:pPr>
  </w:style>
  <w:style w:type="paragraph" w:styleId="Ttulo2">
    <w:uiPriority w:val="9"/>
    <w:name w:val="heading 2"/>
    <w:basedOn w:val="Normal"/>
    <w:next w:val="Normal"/>
    <w:unhideWhenUsed/>
    <w:link w:val="Ttulo2Car"/>
    <w:qFormat/>
    <w:rsid w:val="70E0CBC0"/>
    <w:rPr>
      <w:rFonts w:eastAsia="ＭＳ ゴシック" w:cs="" w:asciiTheme="majorAscii" w:hAnsiTheme="majorAscii" w:eastAsiaTheme="majorEastAsia" w:cstheme="majorBidi"/>
      <w:b w:val="1"/>
      <w:bCs w:val="1"/>
      <w:color w:val="4F81BD" w:themeColor="accent1" w:themeTint="FF" w:themeShade="FF"/>
      <w:sz w:val="26"/>
      <w:szCs w:val="26"/>
    </w:rPr>
    <w:pPr>
      <w:keepNext w:val="1"/>
      <w:keepLines w:val="1"/>
      <w:spacing w:before="200" w:after="0"/>
      <w:outlineLvl w:val="1"/>
    </w:pPr>
  </w:style>
  <w:style w:type="paragraph" w:styleId="Ttulo3">
    <w:uiPriority w:val="9"/>
    <w:name w:val="heading 3"/>
    <w:basedOn w:val="Normal"/>
    <w:next w:val="Normal"/>
    <w:unhideWhenUsed/>
    <w:link w:val="Ttulo3Car"/>
    <w:qFormat/>
    <w:rsid w:val="70E0CBC0"/>
    <w:rPr>
      <w:rFonts w:eastAsia="ＭＳ ゴシック" w:cs="" w:asciiTheme="majorAscii" w:hAnsiTheme="majorAscii" w:eastAsiaTheme="majorEastAsia" w:cstheme="majorBidi"/>
      <w:b w:val="1"/>
      <w:bCs w:val="1"/>
      <w:color w:val="4F81BD" w:themeColor="accent1" w:themeTint="FF" w:themeShade="FF"/>
    </w:rPr>
    <w:pPr>
      <w:keepNext w:val="1"/>
      <w:keepLines w:val="1"/>
      <w:spacing w:before="200" w:after="0"/>
      <w:outlineLvl w:val="2"/>
    </w:pPr>
  </w:style>
  <w:style w:type="paragraph" w:styleId="Ttulo4">
    <w:uiPriority w:val="9"/>
    <w:name w:val="heading 4"/>
    <w:basedOn w:val="Normal"/>
    <w:next w:val="Normal"/>
    <w:semiHidden/>
    <w:unhideWhenUsed/>
    <w:link w:val="Ttulo4Car"/>
    <w:qFormat/>
    <w:rsid w:val="70E0CBC0"/>
    <w:rPr>
      <w:rFonts w:eastAsia="ＭＳ ゴシック" w:cs="" w:asciiTheme="majorAscii" w:hAnsiTheme="majorAscii" w:eastAsiaTheme="majorEastAsia" w:cstheme="majorBidi"/>
      <w:b w:val="1"/>
      <w:bCs w:val="1"/>
      <w:i w:val="1"/>
      <w:iCs w:val="1"/>
      <w:color w:val="4F81BD" w:themeColor="accent1" w:themeTint="FF" w:themeShade="FF"/>
    </w:rPr>
    <w:pPr>
      <w:keepNext w:val="1"/>
      <w:keepLines w:val="1"/>
      <w:spacing w:before="200" w:after="0"/>
      <w:outlineLvl w:val="3"/>
    </w:pPr>
  </w:style>
  <w:style w:type="paragraph" w:styleId="Ttulo5">
    <w:uiPriority w:val="9"/>
    <w:name w:val="heading 5"/>
    <w:basedOn w:val="Normal"/>
    <w:next w:val="Normal"/>
    <w:semiHidden/>
    <w:unhideWhenUsed/>
    <w:link w:val="Ttulo5Car"/>
    <w:qFormat/>
    <w:rsid w:val="70E0CBC0"/>
    <w:rPr>
      <w:rFonts w:eastAsia="ＭＳ ゴシック" w:cs="" w:asciiTheme="majorAscii" w:hAnsiTheme="majorAscii" w:eastAsiaTheme="majorEastAsia" w:cstheme="majorBidi"/>
      <w:color w:val="243F60"/>
    </w:rPr>
    <w:pPr>
      <w:keepNext w:val="1"/>
      <w:keepLines w:val="1"/>
      <w:spacing w:before="200" w:after="0"/>
      <w:outlineLvl w:val="4"/>
    </w:pPr>
  </w:style>
  <w:style w:type="paragraph" w:styleId="Ttulo6">
    <w:uiPriority w:val="9"/>
    <w:name w:val="heading 6"/>
    <w:basedOn w:val="Normal"/>
    <w:next w:val="Normal"/>
    <w:semiHidden/>
    <w:unhideWhenUsed/>
    <w:link w:val="Ttulo6Car"/>
    <w:qFormat/>
    <w:rsid w:val="70E0CBC0"/>
    <w:rPr>
      <w:rFonts w:eastAsia="ＭＳ ゴシック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200" w:after="0"/>
      <w:outlineLvl w:val="5"/>
    </w:pPr>
  </w:style>
  <w:style w:type="paragraph" w:styleId="Ttulo7">
    <w:uiPriority w:val="9"/>
    <w:name w:val="heading 7"/>
    <w:basedOn w:val="Normal"/>
    <w:next w:val="Normal"/>
    <w:semiHidden/>
    <w:unhideWhenUsed/>
    <w:link w:val="Ttulo7Car"/>
    <w:qFormat/>
    <w:rsid w:val="70E0CBC0"/>
    <w:rPr>
      <w:rFonts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</w:rPr>
    <w:pPr>
      <w:keepNext w:val="1"/>
      <w:keepLines w:val="1"/>
      <w:spacing w:before="200" w:after="0"/>
      <w:outlineLvl w:val="6"/>
    </w:pPr>
  </w:style>
  <w:style w:type="paragraph" w:styleId="Ttulo8">
    <w:uiPriority w:val="9"/>
    <w:name w:val="heading 8"/>
    <w:basedOn w:val="Normal"/>
    <w:next w:val="Normal"/>
    <w:semiHidden/>
    <w:unhideWhenUsed/>
    <w:link w:val="Ttulo8Car"/>
    <w:qFormat/>
    <w:rsid w:val="70E0CBC0"/>
    <w:rPr>
      <w:rFonts w:eastAsia="ＭＳ ゴシック" w:cs="" w:asciiTheme="majorAscii" w:hAnsiTheme="majorAscii" w:eastAsiaTheme="majorEastAsia" w:cstheme="majorBidi"/>
      <w:color w:val="4F81BD" w:themeColor="accent1" w:themeTint="FF" w:themeShade="FF"/>
      <w:sz w:val="20"/>
      <w:szCs w:val="20"/>
    </w:rPr>
    <w:pPr>
      <w:keepNext w:val="1"/>
      <w:keepLines w:val="1"/>
      <w:spacing w:before="200" w:after="0"/>
      <w:outlineLvl w:val="7"/>
    </w:pPr>
  </w:style>
  <w:style w:type="paragraph" w:styleId="Ttulo9">
    <w:uiPriority w:val="9"/>
    <w:name w:val="heading 9"/>
    <w:basedOn w:val="Normal"/>
    <w:next w:val="Normal"/>
    <w:semiHidden/>
    <w:unhideWhenUsed/>
    <w:link w:val="Ttulo9Car"/>
    <w:qFormat/>
    <w:rsid w:val="70E0CBC0"/>
    <w:rPr>
      <w:rFonts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  <w:sz w:val="20"/>
      <w:szCs w:val="20"/>
    </w:rPr>
    <w:pPr>
      <w:keepNext w:val="1"/>
      <w:keepLines w:val="1"/>
      <w:spacing w:before="200" w:after="0"/>
      <w:outlineLvl w:val="8"/>
    </w:p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uiPriority w:val="99"/>
    <w:name w:val="header"/>
    <w:basedOn w:val="Normal"/>
    <w:unhideWhenUsed/>
    <w:link w:val="EncabezadoCar"/>
    <w:rsid w:val="70E0CBC0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uiPriority w:val="99"/>
    <w:name w:val="footer"/>
    <w:basedOn w:val="Normal"/>
    <w:unhideWhenUsed/>
    <w:link w:val="PiedepginaCar"/>
    <w:rsid w:val="70E0CBC0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uiPriority w:val="10"/>
    <w:name w:val="Title"/>
    <w:basedOn w:val="Normal"/>
    <w:next w:val="Normal"/>
    <w:link w:val="TtuloCar"/>
    <w:qFormat/>
    <w:rsid w:val="70E0CBC0"/>
    <w:rPr>
      <w:rFonts w:eastAsia="ＭＳ ゴシック" w:cs="" w:asciiTheme="majorAscii" w:hAnsiTheme="majorAscii" w:eastAsiaTheme="majorEastAsia" w:cstheme="majorBidi"/>
      <w:color w:val="17365D" w:themeColor="text2" w:themeTint="FF" w:themeShade="BF"/>
      <w:sz w:val="52"/>
      <w:szCs w:val="52"/>
    </w:rPr>
    <w:pPr>
      <w:pBdr>
        <w:bottom w:val="single" w:color="4F81BD" w:themeColor="accent1" w:sz="8" w:space="4"/>
      </w:pBdr>
      <w:spacing w:after="300" w:line="240" w:lineRule="auto"/>
      <w:contextualSpacing/>
    </w:p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uiPriority w:val="11"/>
    <w:name w:val="Subtitle"/>
    <w:basedOn w:val="Normal"/>
    <w:next w:val="Normal"/>
    <w:link w:val="SubttuloCar"/>
    <w:qFormat/>
    <w:rsid w:val="70E0CBC0"/>
    <w:rPr>
      <w:rFonts w:eastAsia="ＭＳ ゴシック" w:cs="" w:asciiTheme="majorAscii" w:hAnsiTheme="majorAscii" w:eastAsiaTheme="majorEastAsia" w:cstheme="majorBidi"/>
      <w:i w:val="1"/>
      <w:iCs w:val="1"/>
      <w:color w:val="4F81BD" w:themeColor="accent1" w:themeTint="FF" w:themeShade="FF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uiPriority w:val="34"/>
    <w:name w:val="List Paragraph"/>
    <w:basedOn w:val="Normal"/>
    <w:qFormat/>
    <w:rsid w:val="70E0CBC0"/>
    <w:pPr>
      <w:spacing/>
      <w:ind w:left="720"/>
      <w:contextualSpacing/>
    </w:pPr>
  </w:style>
  <w:style w:type="paragraph" w:styleId="Textoindependiente">
    <w:uiPriority w:val="99"/>
    <w:name w:val="Body Text"/>
    <w:basedOn w:val="Normal"/>
    <w:unhideWhenUsed/>
    <w:link w:val="TextoindependienteCar"/>
    <w:rsid w:val="70E0CBC0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uiPriority w:val="99"/>
    <w:name w:val="Body Text 2"/>
    <w:basedOn w:val="Normal"/>
    <w:unhideWhenUsed/>
    <w:link w:val="Textoindependiente2Car"/>
    <w:rsid w:val="70E0CBC0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uiPriority w:val="99"/>
    <w:name w:val="Body Text 3"/>
    <w:basedOn w:val="Normal"/>
    <w:unhideWhenUsed/>
    <w:link w:val="Textoindependiente3Car"/>
    <w:rsid w:val="70E0CBC0"/>
    <w:rPr>
      <w:sz w:val="16"/>
      <w:szCs w:val="16"/>
    </w:rPr>
    <w:pPr>
      <w:spacing w:after="120"/>
    </w:p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uiPriority w:val="99"/>
    <w:name w:val="List"/>
    <w:basedOn w:val="Normal"/>
    <w:unhideWhenUsed/>
    <w:rsid w:val="70E0CBC0"/>
    <w:pPr>
      <w:spacing/>
      <w:ind w:left="360" w:hanging="360"/>
      <w:contextualSpacing/>
    </w:pPr>
  </w:style>
  <w:style w:type="paragraph" w:styleId="Lista2">
    <w:uiPriority w:val="99"/>
    <w:name w:val="List 2"/>
    <w:basedOn w:val="Normal"/>
    <w:unhideWhenUsed/>
    <w:rsid w:val="70E0CBC0"/>
    <w:pPr>
      <w:spacing/>
      <w:ind w:left="720" w:hanging="360"/>
      <w:contextualSpacing/>
    </w:pPr>
  </w:style>
  <w:style w:type="paragraph" w:styleId="Lista3">
    <w:uiPriority w:val="99"/>
    <w:name w:val="List 3"/>
    <w:basedOn w:val="Normal"/>
    <w:unhideWhenUsed/>
    <w:rsid w:val="70E0CBC0"/>
    <w:pPr>
      <w:spacing/>
      <w:ind w:left="1080" w:hanging="360"/>
      <w:contextualSpacing/>
    </w:pPr>
  </w:style>
  <w:style w:type="paragraph" w:styleId="Listaconvietas">
    <w:uiPriority w:val="99"/>
    <w:name w:val="List Bullet"/>
    <w:basedOn w:val="Normal"/>
    <w:unhideWhenUsed/>
    <w:rsid w:val="70E0CBC0"/>
    <w:pPr>
      <w:numPr>
        <w:numId w:val="1"/>
      </w:numPr>
      <w:spacing/>
      <w:contextualSpacing/>
    </w:pPr>
  </w:style>
  <w:style w:type="paragraph" w:styleId="Listaconvietas2">
    <w:uiPriority w:val="99"/>
    <w:name w:val="List Bullet 2"/>
    <w:basedOn w:val="Normal"/>
    <w:unhideWhenUsed/>
    <w:rsid w:val="70E0CBC0"/>
    <w:pPr>
      <w:numPr>
        <w:numId w:val="2"/>
      </w:numPr>
      <w:spacing/>
      <w:contextualSpacing/>
    </w:pPr>
  </w:style>
  <w:style w:type="paragraph" w:styleId="Listaconvietas3">
    <w:uiPriority w:val="99"/>
    <w:name w:val="List Bullet 3"/>
    <w:basedOn w:val="Normal"/>
    <w:unhideWhenUsed/>
    <w:rsid w:val="70E0CBC0"/>
    <w:pPr>
      <w:numPr>
        <w:numId w:val="3"/>
      </w:numPr>
      <w:spacing/>
      <w:contextualSpacing/>
    </w:pPr>
  </w:style>
  <w:style w:type="paragraph" w:styleId="Listaconnmeros">
    <w:uiPriority w:val="99"/>
    <w:name w:val="List Number"/>
    <w:basedOn w:val="Normal"/>
    <w:unhideWhenUsed/>
    <w:rsid w:val="70E0CBC0"/>
    <w:pPr>
      <w:numPr>
        <w:numId w:val="5"/>
      </w:numPr>
      <w:spacing/>
      <w:contextualSpacing/>
    </w:pPr>
  </w:style>
  <w:style w:type="paragraph" w:styleId="Listaconnmeros2">
    <w:uiPriority w:val="99"/>
    <w:name w:val="List Number 2"/>
    <w:basedOn w:val="Normal"/>
    <w:unhideWhenUsed/>
    <w:rsid w:val="70E0CBC0"/>
    <w:pPr>
      <w:numPr>
        <w:numId w:val="6"/>
      </w:numPr>
      <w:spacing/>
      <w:contextualSpacing/>
    </w:pPr>
  </w:style>
  <w:style w:type="paragraph" w:styleId="Listaconnmeros3">
    <w:uiPriority w:val="99"/>
    <w:name w:val="List Number 3"/>
    <w:basedOn w:val="Normal"/>
    <w:unhideWhenUsed/>
    <w:rsid w:val="70E0CBC0"/>
    <w:pPr>
      <w:numPr>
        <w:numId w:val="7"/>
      </w:numPr>
      <w:spacing/>
      <w:contextualSpacing/>
    </w:pPr>
  </w:style>
  <w:style w:type="paragraph" w:styleId="Continuarlista">
    <w:uiPriority w:val="99"/>
    <w:name w:val="List Continue"/>
    <w:basedOn w:val="Normal"/>
    <w:unhideWhenUsed/>
    <w:rsid w:val="70E0CBC0"/>
    <w:pPr>
      <w:spacing w:after="120"/>
      <w:ind w:left="360"/>
      <w:contextualSpacing/>
    </w:pPr>
  </w:style>
  <w:style w:type="paragraph" w:styleId="Continuarlista2">
    <w:uiPriority w:val="99"/>
    <w:name w:val="List Continue 2"/>
    <w:basedOn w:val="Normal"/>
    <w:unhideWhenUsed/>
    <w:rsid w:val="70E0CBC0"/>
    <w:pPr>
      <w:spacing w:after="120"/>
      <w:ind w:left="720"/>
      <w:contextualSpacing/>
    </w:pPr>
  </w:style>
  <w:style w:type="paragraph" w:styleId="Continuarlista3">
    <w:uiPriority w:val="99"/>
    <w:name w:val="List Continue 3"/>
    <w:basedOn w:val="Normal"/>
    <w:unhideWhenUsed/>
    <w:rsid w:val="70E0CBC0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uiPriority w:val="29"/>
    <w:name w:val="Quote"/>
    <w:basedOn w:val="Normal"/>
    <w:next w:val="Normal"/>
    <w:link w:val="CitaCar"/>
    <w:qFormat/>
    <w:rsid w:val="70E0CBC0"/>
    <w:rPr>
      <w:i w:val="1"/>
      <w:iCs w:val="1"/>
      <w:color w:val="000000" w:themeColor="text1" w:themeTint="FF" w:themeShade="FF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uiPriority w:val="35"/>
    <w:name w:val="caption"/>
    <w:basedOn w:val="Normal"/>
    <w:next w:val="Normal"/>
    <w:semiHidden/>
    <w:unhideWhenUsed/>
    <w:qFormat/>
    <w:rsid w:val="70E0CBC0"/>
    <w:rPr>
      <w:b w:val="1"/>
      <w:bCs w:val="1"/>
      <w:color w:val="4F81BD" w:themeColor="accent1" w:themeTint="FF" w:themeShade="FF"/>
      <w:sz w:val="18"/>
      <w:szCs w:val="18"/>
    </w:rPr>
    <w:pPr>
      <w:spacing w:line="240" w:lineRule="auto"/>
    </w:p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uiPriority w:val="30"/>
    <w:name w:val="Intense Quote"/>
    <w:basedOn w:val="Normal"/>
    <w:next w:val="Normal"/>
    <w:link w:val="CitadestacadaCar"/>
    <w:qFormat/>
    <w:rsid w:val="70E0CBC0"/>
    <w:rPr>
      <w:b w:val="1"/>
      <w:bCs w:val="1"/>
      <w:i w:val="1"/>
      <w:iCs w:val="1"/>
      <w:color w:val="4F81BD" w:themeColor="accent1" w:themeTint="FF" w:themeShade="FF"/>
    </w:rPr>
    <w:pPr>
      <w:pBdr>
        <w:bottom w:val="single" w:color="4F81BD" w:themeColor="accent1" w:sz="4" w:space="4"/>
      </w:pBdr>
      <w:spacing w:before="200" w:after="280"/>
      <w:ind w:left="936" w:right="936"/>
    </w:p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Erick</dc:creator>
  <keywords/>
  <dc:description>generated by python-docx</dc:description>
  <lastModifiedBy>Francisca Ignacia Reyes</lastModifiedBy>
  <revision>4</revision>
  <dcterms:created xsi:type="dcterms:W3CDTF">2026-05-28T23:01:00.0000000Z</dcterms:created>
  <dcterms:modified xsi:type="dcterms:W3CDTF">2026-07-22T20:19:46.1894635Z</dcterms:modified>
  <category/>
</coreProperties>
</file>