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6DFBF165" w:rsidP="5FE61A1B" w:rsidRDefault="6DFBF165" w14:paraId="2C57A37A" w14:textId="5F91ECA0">
      <w:pPr>
        <w:jc w:val="center"/>
        <w:rPr>
          <w:rFonts w:ascii="Calibri" w:hAnsi="Calibri" w:eastAsia="Calibri" w:cs="Calibri"/>
          <w:noProof w:val="0"/>
          <w:sz w:val="22"/>
          <w:szCs w:val="22"/>
          <w:lang w:val="es-CL"/>
        </w:rPr>
      </w:pPr>
      <w:r w:rsidRPr="5FE61A1B" w:rsidR="6DFBF16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s-CL"/>
        </w:rPr>
        <w:t>*ELIMINAR TEXTO DESTACADO</w:t>
      </w:r>
    </w:p>
    <w:p w:rsidR="004C5FD6" w:rsidP="00375C4D" w:rsidRDefault="004C5FD6" w14:paraId="62E365D8" w14:textId="77777777">
      <w:pPr>
        <w:jc w:val="center"/>
        <w:rPr>
          <w:rFonts w:asciiTheme="majorHAnsi" w:hAnsiTheme="majorHAnsi" w:cstheme="majorHAnsi"/>
          <w:b/>
          <w:bCs/>
          <w:lang w:val="es-CL"/>
        </w:rPr>
      </w:pPr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>MODELO 1 — UDD (cuando el equipo investigador solicita ejecutar investigación con/desde Universidad del Desarrollo)</w:t>
      </w:r>
    </w:p>
    <w:p w:rsidRPr="004C5FD6" w:rsidR="004C5FD6" w:rsidP="004C5FD6" w:rsidRDefault="004C5FD6" w14:paraId="526AA6D3" w14:textId="77777777">
      <w:pPr>
        <w:rPr>
          <w:rFonts w:asciiTheme="majorHAnsi" w:hAnsiTheme="majorHAnsi" w:cstheme="majorHAnsi"/>
          <w:b/>
          <w:bCs/>
          <w:lang w:val="es-CL"/>
        </w:rPr>
      </w:pPr>
    </w:p>
    <w:p w:rsidRPr="004C5FD6" w:rsidR="004C5FD6" w:rsidP="00375C4D" w:rsidRDefault="004C5FD6" w14:paraId="48C70182" w14:textId="77777777">
      <w:pPr>
        <w:jc w:val="center"/>
        <w:rPr>
          <w:rFonts w:asciiTheme="majorHAnsi" w:hAnsiTheme="majorHAnsi" w:cstheme="majorHAnsi"/>
          <w:b/>
          <w:bCs/>
          <w:lang w:val="es-CL"/>
        </w:rPr>
      </w:pPr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>PARTE A —</w:t>
      </w:r>
      <w:r w:rsidRPr="004C5FD6">
        <w:rPr>
          <w:rFonts w:asciiTheme="majorHAnsi" w:hAnsiTheme="majorHAnsi" w:cstheme="majorHAnsi"/>
          <w:b/>
          <w:bCs/>
          <w:lang w:val="es-CL"/>
        </w:rPr>
        <w:t xml:space="preserve"> SOLICITUD DEL EQUIPO INVESTIGADOR </w:t>
      </w:r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 xml:space="preserve">(a </w:t>
      </w:r>
      <w:proofErr w:type="gramStart"/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>Director</w:t>
      </w:r>
      <w:proofErr w:type="gramEnd"/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>/a, Decano/a o autoridad UDD competente)</w:t>
      </w:r>
    </w:p>
    <w:p w:rsidRPr="004C5FD6" w:rsidR="004C5FD6" w:rsidP="004C5FD6" w:rsidRDefault="004C5FD6" w14:paraId="1591C39A" w14:textId="77777777">
      <w:pPr>
        <w:jc w:val="right"/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[Ciudad], [día] de [mes] de [año]</w:t>
      </w:r>
    </w:p>
    <w:p w:rsidRPr="004C5FD6" w:rsidR="004C5FD6" w:rsidP="004C5FD6" w:rsidRDefault="004C5FD6" w14:paraId="1409A997" w14:textId="77777777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lang w:val="es-CL"/>
        </w:rPr>
        <w:t xml:space="preserve">Sr./Sra. </w:t>
      </w:r>
      <w:r w:rsidRPr="004C5FD6">
        <w:rPr>
          <w:rFonts w:asciiTheme="majorHAnsi" w:hAnsiTheme="majorHAnsi" w:cstheme="majorHAnsi"/>
          <w:b/>
          <w:bCs/>
          <w:lang w:val="es-CL"/>
        </w:rPr>
        <w:t>[Nombre y Apellido]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Theme="majorHAnsi" w:hAnsiTheme="majorHAnsi" w:cstheme="majorHAnsi"/>
          <w:b/>
          <w:bCs/>
          <w:lang w:val="es-CL"/>
        </w:rPr>
        <w:t>[Cargo de la autoridad UDD]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Theme="majorHAnsi" w:hAnsiTheme="majorHAnsi" w:cstheme="majorHAnsi"/>
          <w:b/>
          <w:bCs/>
          <w:lang w:val="es-CL"/>
        </w:rPr>
        <w:t>Universidad del Desarrollo (UDD)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Theme="majorHAnsi" w:hAnsiTheme="majorHAnsi" w:cstheme="majorHAnsi"/>
          <w:b/>
          <w:lang w:val="es-CL"/>
        </w:rPr>
        <w:t>Presente</w:t>
      </w:r>
    </w:p>
    <w:p w:rsidRPr="004C5FD6" w:rsidR="004C5FD6" w:rsidP="004C5FD6" w:rsidRDefault="004C5FD6" w14:paraId="51BBB3A3" w14:textId="77777777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De mi consideración:</w:t>
      </w:r>
    </w:p>
    <w:p w:rsidRPr="00375C4D" w:rsidR="004C5FD6" w:rsidP="004C5FD6" w:rsidRDefault="004C5FD6" w14:paraId="28E74D62" w14:textId="77777777">
      <w:p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>Junto con saludar, por medio de la presente solicito autorización institucional para ejecutar el estudio que se indica, en coordinación con [Facultad/Unidad/Centro UDD], y con las dependencias y/o comunidades que se describen.</w:t>
      </w:r>
    </w:p>
    <w:p w:rsidRPr="004C5FD6" w:rsidR="004C5FD6" w:rsidP="004C5FD6" w:rsidRDefault="004C5FD6" w14:paraId="4C9061EC" w14:textId="77777777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1. Identificación del estudio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89"/>
        <w:gridCol w:w="5441"/>
      </w:tblGrid>
      <w:tr w:rsidRPr="004C5FD6" w:rsidR="004C5FD6" w:rsidTr="004C5FD6" w14:paraId="05885EB8" w14:textId="499611E8">
        <w:tc>
          <w:tcPr>
            <w:tcW w:w="3227" w:type="dxa"/>
          </w:tcPr>
          <w:p w:rsidRPr="004C5FD6" w:rsidR="004C5FD6" w:rsidP="0016357F" w:rsidRDefault="004C5FD6" w14:paraId="77229A5A" w14:textId="7441FBF0">
            <w:pPr>
              <w:rPr>
                <w:rFonts w:asciiTheme="majorHAnsi" w:hAnsiTheme="majorHAnsi" w:cstheme="majorHAnsi"/>
                <w:b/>
                <w:lang w:val="es-CL"/>
              </w:rPr>
            </w:pPr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>Título del estudio:</w:t>
            </w:r>
            <w:r w:rsidRPr="004C5FD6">
              <w:rPr>
                <w:rFonts w:asciiTheme="majorHAnsi" w:hAnsiTheme="majorHAnsi" w:cstheme="majorHAnsi"/>
                <w:b/>
                <w:lang w:val="es-CL"/>
              </w:rPr>
              <w:t xml:space="preserve"> </w:t>
            </w:r>
          </w:p>
        </w:tc>
        <w:tc>
          <w:tcPr>
            <w:tcW w:w="5629" w:type="dxa"/>
          </w:tcPr>
          <w:p w:rsidRPr="004C5FD6" w:rsidR="004C5FD6" w:rsidP="0016357F" w:rsidRDefault="004C5FD6" w14:paraId="1D39C8A6" w14:textId="77777777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  <w:tr w:rsidRPr="004C5FD6" w:rsidR="004C5FD6" w:rsidTr="004C5FD6" w14:paraId="1806F4F3" w14:textId="4CD35A33">
        <w:tc>
          <w:tcPr>
            <w:tcW w:w="3227" w:type="dxa"/>
          </w:tcPr>
          <w:p w:rsidRPr="004C5FD6" w:rsidR="004C5FD6" w:rsidP="0016357F" w:rsidRDefault="004C5FD6" w14:paraId="5BA65B3C" w14:textId="226B1A1B">
            <w:pPr>
              <w:rPr>
                <w:rFonts w:asciiTheme="majorHAnsi" w:hAnsiTheme="majorHAnsi" w:cstheme="majorHAnsi"/>
                <w:b/>
                <w:lang w:val="es-CL"/>
              </w:rPr>
            </w:pPr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 xml:space="preserve">Investigador/a </w:t>
            </w:r>
            <w:proofErr w:type="gramStart"/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>Responsable</w:t>
            </w:r>
            <w:proofErr w:type="gramEnd"/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 xml:space="preserve"> (IR):</w:t>
            </w:r>
            <w:r w:rsidRPr="004C5FD6">
              <w:rPr>
                <w:rFonts w:asciiTheme="majorHAnsi" w:hAnsiTheme="majorHAnsi" w:cstheme="majorHAnsi"/>
                <w:b/>
                <w:lang w:val="es-CL"/>
              </w:rPr>
              <w:t xml:space="preserve"> </w:t>
            </w:r>
          </w:p>
        </w:tc>
        <w:tc>
          <w:tcPr>
            <w:tcW w:w="5629" w:type="dxa"/>
          </w:tcPr>
          <w:p w:rsidRPr="004C5FD6" w:rsidR="004C5FD6" w:rsidP="0016357F" w:rsidRDefault="004C5FD6" w14:paraId="633844D2" w14:textId="77777777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  <w:tr w:rsidRPr="004C5FD6" w:rsidR="004C5FD6" w:rsidTr="004C5FD6" w14:paraId="54ABFAF8" w14:textId="00B51485">
        <w:tc>
          <w:tcPr>
            <w:tcW w:w="3227" w:type="dxa"/>
          </w:tcPr>
          <w:p w:rsidRPr="004C5FD6" w:rsidR="004C5FD6" w:rsidP="0016357F" w:rsidRDefault="004C5FD6" w14:paraId="5DEFD42F" w14:textId="2E4C6894">
            <w:pPr>
              <w:rPr>
                <w:rFonts w:asciiTheme="majorHAnsi" w:hAnsiTheme="majorHAnsi" w:cstheme="majorHAnsi"/>
                <w:b/>
                <w:lang w:val="es-CL"/>
              </w:rPr>
            </w:pPr>
            <w:r>
              <w:rPr>
                <w:rFonts w:asciiTheme="majorHAnsi" w:hAnsiTheme="majorHAnsi" w:cstheme="majorHAnsi"/>
                <w:b/>
                <w:lang w:val="es-CL"/>
              </w:rPr>
              <w:t>Unidad académica</w:t>
            </w:r>
            <w:r w:rsidR="00375C4D">
              <w:rPr>
                <w:rFonts w:asciiTheme="majorHAnsi" w:hAnsiTheme="majorHAnsi" w:cstheme="majorHAnsi"/>
                <w:b/>
                <w:lang w:val="es-CL"/>
              </w:rPr>
              <w:t>/Facultad</w:t>
            </w:r>
            <w:r>
              <w:rPr>
                <w:rFonts w:asciiTheme="majorHAnsi" w:hAnsiTheme="majorHAnsi" w:cstheme="majorHAnsi"/>
                <w:b/>
                <w:lang w:val="es-CL"/>
              </w:rPr>
              <w:t>:</w:t>
            </w:r>
          </w:p>
        </w:tc>
        <w:tc>
          <w:tcPr>
            <w:tcW w:w="5629" w:type="dxa"/>
          </w:tcPr>
          <w:p w:rsidRPr="004C5FD6" w:rsidR="004C5FD6" w:rsidP="0016357F" w:rsidRDefault="004C5FD6" w14:paraId="3DE0D8D4" w14:textId="77777777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  <w:tr w:rsidRPr="004C5FD6" w:rsidR="004C5FD6" w:rsidTr="004C5FD6" w14:paraId="4B8A1134" w14:textId="77777777">
        <w:tc>
          <w:tcPr>
            <w:tcW w:w="3227" w:type="dxa"/>
          </w:tcPr>
          <w:p w:rsidRPr="004C5FD6" w:rsidR="004C5FD6" w:rsidP="004C5FD6" w:rsidRDefault="004C5FD6" w14:paraId="4496F05E" w14:textId="1813945F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>Equipo de investigación:</w:t>
            </w:r>
            <w:r w:rsidRPr="004C5FD6">
              <w:rPr>
                <w:rFonts w:asciiTheme="majorHAnsi" w:hAnsiTheme="majorHAnsi" w:cstheme="majorHAnsi"/>
                <w:b/>
                <w:lang w:val="es-CL"/>
              </w:rPr>
              <w:t xml:space="preserve"> </w:t>
            </w:r>
          </w:p>
        </w:tc>
        <w:tc>
          <w:tcPr>
            <w:tcW w:w="5629" w:type="dxa"/>
          </w:tcPr>
          <w:p w:rsidRPr="004C5FD6" w:rsidR="004C5FD6" w:rsidP="004C5FD6" w:rsidRDefault="004C5FD6" w14:paraId="6D901532" w14:textId="77777777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  <w:tr w:rsidRPr="004C5FD6" w:rsidR="004C5FD6" w:rsidTr="004C5FD6" w14:paraId="64A2DE40" w14:textId="75EB24CA">
        <w:tc>
          <w:tcPr>
            <w:tcW w:w="3227" w:type="dxa"/>
          </w:tcPr>
          <w:p w:rsidRPr="004C5FD6" w:rsidR="004C5FD6" w:rsidP="004C5FD6" w:rsidRDefault="004C5FD6" w14:paraId="64C7EB83" w14:textId="193D4383">
            <w:pPr>
              <w:rPr>
                <w:rFonts w:asciiTheme="majorHAnsi" w:hAnsiTheme="majorHAnsi" w:cstheme="majorHAnsi"/>
                <w:b/>
                <w:lang w:val="es-CL"/>
              </w:rPr>
            </w:pPr>
            <w:r>
              <w:rPr>
                <w:rFonts w:asciiTheme="majorHAnsi" w:hAnsiTheme="majorHAnsi" w:cstheme="majorHAnsi"/>
                <w:b/>
                <w:lang w:val="es-CL"/>
              </w:rPr>
              <w:t xml:space="preserve">Financiamiento: </w:t>
            </w:r>
          </w:p>
        </w:tc>
        <w:tc>
          <w:tcPr>
            <w:tcW w:w="5629" w:type="dxa"/>
          </w:tcPr>
          <w:p w:rsidRPr="004C5FD6" w:rsidR="004C5FD6" w:rsidP="004C5FD6" w:rsidRDefault="004C5FD6" w14:paraId="58EF54A3" w14:textId="77777777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  <w:tr w:rsidRPr="004C5FD6" w:rsidR="004C5FD6" w:rsidTr="004C5FD6" w14:paraId="2B0E5BAB" w14:textId="708EE9C6">
        <w:tc>
          <w:tcPr>
            <w:tcW w:w="3227" w:type="dxa"/>
          </w:tcPr>
          <w:p w:rsidRPr="004C5FD6" w:rsidR="004C5FD6" w:rsidP="004C5FD6" w:rsidRDefault="004C5FD6" w14:paraId="57351909" w14:textId="4DF6EA46">
            <w:pPr>
              <w:rPr>
                <w:rFonts w:asciiTheme="majorHAnsi" w:hAnsiTheme="majorHAnsi" w:cstheme="majorHAnsi"/>
                <w:b/>
                <w:lang w:val="es-CL"/>
              </w:rPr>
            </w:pPr>
            <w:r w:rsidRPr="004C5FD6">
              <w:rPr>
                <w:rFonts w:asciiTheme="majorHAnsi" w:hAnsiTheme="majorHAnsi" w:cstheme="majorHAnsi"/>
                <w:b/>
                <w:bCs/>
                <w:lang w:val="es-CL"/>
              </w:rPr>
              <w:t>Comité ético que evaluará/aprobó el estudio:</w:t>
            </w:r>
            <w:r w:rsidRPr="004C5FD6">
              <w:rPr>
                <w:rFonts w:asciiTheme="majorHAnsi" w:hAnsiTheme="majorHAnsi" w:cstheme="majorHAnsi"/>
                <w:b/>
                <w:lang w:val="es-CL"/>
              </w:rPr>
              <w:t xml:space="preserve"> </w:t>
            </w:r>
          </w:p>
        </w:tc>
        <w:tc>
          <w:tcPr>
            <w:tcW w:w="5629" w:type="dxa"/>
          </w:tcPr>
          <w:p w:rsidRPr="004C5FD6" w:rsidR="004C5FD6" w:rsidP="004C5FD6" w:rsidRDefault="004C5FD6" w14:paraId="35AB34BC" w14:textId="77777777">
            <w:pPr>
              <w:rPr>
                <w:rFonts w:asciiTheme="majorHAnsi" w:hAnsiTheme="majorHAnsi" w:cstheme="majorHAnsi"/>
                <w:b/>
                <w:bCs/>
                <w:lang w:val="es-CL"/>
              </w:rPr>
            </w:pPr>
          </w:p>
        </w:tc>
      </w:tr>
    </w:tbl>
    <w:p w:rsidR="004C5FD6" w:rsidP="004C5FD6" w:rsidRDefault="004C5FD6" w14:paraId="7041F85B" w14:textId="77777777">
      <w:pPr>
        <w:rPr>
          <w:rFonts w:asciiTheme="majorHAnsi" w:hAnsiTheme="majorHAnsi" w:cstheme="majorHAnsi"/>
          <w:b/>
          <w:bCs/>
          <w:lang w:val="es-CL"/>
        </w:rPr>
      </w:pPr>
    </w:p>
    <w:p w:rsidRPr="004C5FD6" w:rsidR="004C5FD6" w:rsidP="004C5FD6" w:rsidRDefault="004C5FD6" w14:paraId="4113E170" w14:textId="6C9A231D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2. Lugar y población/ámbito de ejecución en UDD</w:t>
      </w:r>
    </w:p>
    <w:p w:rsidRPr="00375C4D" w:rsidR="004C5FD6" w:rsidP="004C5FD6" w:rsidRDefault="004C5FD6" w14:paraId="32BC4EE5" w14:textId="77777777">
      <w:pPr>
        <w:numPr>
          <w:ilvl w:val="0"/>
          <w:numId w:val="11"/>
        </w:numPr>
        <w:rPr>
          <w:rFonts w:asciiTheme="majorHAnsi" w:hAnsiTheme="majorHAnsi" w:cstheme="majorHAnsi"/>
          <w:lang w:val="es-CL"/>
        </w:rPr>
      </w:pPr>
      <w:r w:rsidRPr="00375C4D">
        <w:rPr>
          <w:rFonts w:asciiTheme="majorHAnsi" w:hAnsiTheme="majorHAnsi" w:cstheme="majorHAnsi"/>
          <w:lang w:val="es-CL"/>
        </w:rPr>
        <w:t xml:space="preserve">Unidad(es) UDD involucrada(s): [Facultad, Carrera, Centro, Escuela, Dirección] </w:t>
      </w:r>
    </w:p>
    <w:p w:rsidRPr="00375C4D" w:rsidR="004C5FD6" w:rsidP="004C5FD6" w:rsidRDefault="004C5FD6" w14:paraId="7D2B6C6C" w14:textId="77777777">
      <w:pPr>
        <w:numPr>
          <w:ilvl w:val="0"/>
          <w:numId w:val="11"/>
        </w:numPr>
        <w:rPr>
          <w:rFonts w:asciiTheme="majorHAnsi" w:hAnsiTheme="majorHAnsi" w:cstheme="majorHAnsi"/>
          <w:lang w:val="es-CL"/>
        </w:rPr>
      </w:pPr>
      <w:r w:rsidRPr="00375C4D">
        <w:rPr>
          <w:rFonts w:asciiTheme="majorHAnsi" w:hAnsiTheme="majorHAnsi" w:cstheme="majorHAnsi"/>
          <w:lang w:val="es-CL"/>
        </w:rPr>
        <w:t xml:space="preserve">Dependencias/espacios requeridos: [Salas, laboratorios, plataformas, etc.] </w:t>
      </w:r>
    </w:p>
    <w:p w:rsidRPr="00375C4D" w:rsidR="004C5FD6" w:rsidP="004C5FD6" w:rsidRDefault="004C5FD6" w14:paraId="05EB6526" w14:textId="77777777">
      <w:pPr>
        <w:numPr>
          <w:ilvl w:val="0"/>
          <w:numId w:val="11"/>
        </w:numPr>
        <w:rPr>
          <w:rFonts w:asciiTheme="majorHAnsi" w:hAnsiTheme="majorHAnsi" w:cstheme="majorHAnsi"/>
          <w:lang w:val="es-CL"/>
        </w:rPr>
      </w:pPr>
      <w:r w:rsidRPr="00375C4D">
        <w:rPr>
          <w:rFonts w:asciiTheme="majorHAnsi" w:hAnsiTheme="majorHAnsi" w:cstheme="majorHAnsi"/>
          <w:lang w:val="es-CL"/>
        </w:rPr>
        <w:t xml:space="preserve">Participantes potenciales: [Estudiantes, funcionarios, académicos, comunidad externa, etc.] </w:t>
      </w:r>
    </w:p>
    <w:p w:rsidRPr="00375C4D" w:rsidR="004C5FD6" w:rsidP="004C5FD6" w:rsidRDefault="004C5FD6" w14:paraId="3294044C" w14:textId="77777777">
      <w:pPr>
        <w:rPr>
          <w:rFonts w:asciiTheme="majorHAnsi" w:hAnsiTheme="majorHAnsi" w:cstheme="majorHAnsi"/>
          <w:bCs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3. Descripción breve de actividades a realizar en UDD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375C4D">
        <w:rPr>
          <w:rFonts w:asciiTheme="majorHAnsi" w:hAnsiTheme="majorHAnsi" w:cstheme="majorHAnsi"/>
          <w:bCs/>
          <w:lang w:val="es-CL"/>
        </w:rPr>
        <w:t>[Resumen de metodología: reclutamiento, instrumentos (encuesta/entrevista/</w:t>
      </w:r>
      <w:proofErr w:type="spellStart"/>
      <w:r w:rsidRPr="00375C4D">
        <w:rPr>
          <w:rFonts w:asciiTheme="majorHAnsi" w:hAnsiTheme="majorHAnsi" w:cstheme="majorHAnsi"/>
          <w:bCs/>
          <w:lang w:val="es-CL"/>
        </w:rPr>
        <w:t>focus</w:t>
      </w:r>
      <w:proofErr w:type="spellEnd"/>
      <w:r w:rsidRPr="00375C4D">
        <w:rPr>
          <w:rFonts w:asciiTheme="majorHAnsi" w:hAnsiTheme="majorHAnsi" w:cstheme="majorHAnsi"/>
          <w:bCs/>
          <w:lang w:val="es-CL"/>
        </w:rPr>
        <w:t>/observación), duración, número aproximado de participantes, fechas tentativas, modalidad (presencial/online).]</w:t>
      </w:r>
    </w:p>
    <w:p w:rsidRPr="004C5FD6" w:rsidR="004C5FD6" w:rsidP="004C5FD6" w:rsidRDefault="004C5FD6" w14:paraId="7375B8DD" w14:textId="77777777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4. Alcance de lo solicitado a la UDD (marcar y detallar lo que corresponda)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Facilitar difusión para reclutamiento (correo/listas/carteles)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Autorizar aplicación de encuestas/entrevistas/grupos focales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Autorizar observación en dependencias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Facilitar acceso a espacios físicos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Facilitar coordinación con jefaturas/unidades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="Segoe UI Symbol" w:hAnsi="Segoe UI Symbol" w:cs="Segoe UI Symbol"/>
          <w:bCs/>
          <w:lang w:val="es-CL"/>
        </w:rPr>
        <w:t>☐</w:t>
      </w:r>
      <w:r w:rsidRPr="00375C4D">
        <w:rPr>
          <w:rFonts w:asciiTheme="majorHAnsi" w:hAnsiTheme="majorHAnsi" w:cstheme="majorHAnsi"/>
          <w:bCs/>
          <w:lang w:val="es-CL"/>
        </w:rPr>
        <w:t xml:space="preserve"> Otros — Detalle: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</w:p>
    <w:p w:rsidRPr="004C5FD6" w:rsidR="004C5FD6" w:rsidP="004C5FD6" w:rsidRDefault="004C5FD6" w14:paraId="0641EDA6" w14:textId="77777777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5. Compromisos éticos y de protección de datos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375C4D">
        <w:rPr>
          <w:rFonts w:asciiTheme="majorHAnsi" w:hAnsiTheme="majorHAnsi" w:cstheme="majorHAnsi"/>
          <w:bCs/>
          <w:lang w:val="es-CL"/>
        </w:rPr>
        <w:t xml:space="preserve">Se resguardará la participación voluntaria, y se solicitará consentimiento informado cuando corresponda. El equipo asegura medidas de confidencialidad, minimización de riesgos y protección de datos personales (p. ej., acceso restringido, </w:t>
      </w:r>
      <w:proofErr w:type="spellStart"/>
      <w:r w:rsidRPr="00375C4D">
        <w:rPr>
          <w:rFonts w:asciiTheme="majorHAnsi" w:hAnsiTheme="majorHAnsi" w:cstheme="majorHAnsi"/>
          <w:bCs/>
          <w:lang w:val="es-CL"/>
        </w:rPr>
        <w:t>seudonimización</w:t>
      </w:r>
      <w:proofErr w:type="spellEnd"/>
      <w:r w:rsidRPr="00375C4D">
        <w:rPr>
          <w:rFonts w:asciiTheme="majorHAnsi" w:hAnsiTheme="majorHAnsi" w:cstheme="majorHAnsi"/>
          <w:bCs/>
          <w:lang w:val="es-CL"/>
        </w:rPr>
        <w:t>/codificación, almacenamiento seguro, plazos de conservación y eliminación).</w:t>
      </w:r>
    </w:p>
    <w:p w:rsidRPr="004C5FD6" w:rsidR="004C5FD6" w:rsidP="004C5FD6" w:rsidRDefault="004C5FD6" w14:paraId="2A46BA6B" w14:textId="77777777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6. Documentos adjuntos (sugerido)</w:t>
      </w:r>
    </w:p>
    <w:p w:rsidRPr="00375C4D" w:rsidR="004C5FD6" w:rsidP="6FB6349E" w:rsidRDefault="004C5FD6" w14:paraId="766A6ECA" w14:textId="77777777">
      <w:pPr>
        <w:numPr>
          <w:ilvl w:val="0"/>
          <w:numId w:val="12"/>
        </w:numPr>
        <w:rPr>
          <w:rFonts w:ascii="Calibri" w:hAnsi="Calibri" w:cs="Calibri" w:asciiTheme="majorAscii" w:hAnsiTheme="majorAscii" w:cstheme="majorAscii"/>
          <w:lang w:val="en-US"/>
        </w:rPr>
      </w:pPr>
      <w:r w:rsidRPr="6FB6349E" w:rsidR="004C5FD6">
        <w:rPr>
          <w:rFonts w:ascii="Calibri" w:hAnsi="Calibri" w:cs="Calibri" w:asciiTheme="majorAscii" w:hAnsiTheme="majorAscii" w:cstheme="majorAscii"/>
          <w:lang w:val="en-US"/>
        </w:rPr>
        <w:t xml:space="preserve">Protocolo del estudio (versión </w:t>
      </w:r>
      <w:r w:rsidRPr="6FB6349E" w:rsidR="004C5FD6">
        <w:rPr>
          <w:rFonts w:ascii="Calibri" w:hAnsi="Calibri" w:cs="Calibri" w:asciiTheme="majorAscii" w:hAnsiTheme="majorAscii" w:cstheme="majorAscii"/>
          <w:lang w:val="en-US"/>
        </w:rPr>
        <w:t>[ ]</w:t>
      </w:r>
      <w:r w:rsidRPr="6FB6349E" w:rsidR="004C5FD6">
        <w:rPr>
          <w:rFonts w:ascii="Calibri" w:hAnsi="Calibri" w:cs="Calibri" w:asciiTheme="majorAscii" w:hAnsiTheme="majorAscii" w:cstheme="majorAscii"/>
          <w:lang w:val="en-US"/>
        </w:rPr>
        <w:t xml:space="preserve">). </w:t>
      </w:r>
    </w:p>
    <w:p w:rsidRPr="00375C4D" w:rsidR="004C5FD6" w:rsidP="6FB6349E" w:rsidRDefault="004C5FD6" w14:paraId="6C292601" w14:textId="77777777">
      <w:pPr>
        <w:numPr>
          <w:ilvl w:val="0"/>
          <w:numId w:val="12"/>
        </w:numPr>
        <w:rPr>
          <w:rFonts w:ascii="Calibri" w:hAnsi="Calibri" w:cs="Calibri" w:asciiTheme="majorAscii" w:hAnsiTheme="majorAscii" w:cstheme="majorAscii"/>
          <w:lang w:val="en-US"/>
        </w:rPr>
      </w:pPr>
      <w:r w:rsidRPr="6FB6349E" w:rsidR="004C5FD6">
        <w:rPr>
          <w:rFonts w:ascii="Calibri" w:hAnsi="Calibri" w:cs="Calibri" w:asciiTheme="majorAscii" w:hAnsiTheme="majorAscii" w:cstheme="majorAscii"/>
          <w:lang w:val="en-US"/>
        </w:rPr>
        <w:t xml:space="preserve">Instrumentos (encuestas/guiones/piezas de invitación) (versión </w:t>
      </w:r>
      <w:r w:rsidRPr="6FB6349E" w:rsidR="004C5FD6">
        <w:rPr>
          <w:rFonts w:ascii="Calibri" w:hAnsi="Calibri" w:cs="Calibri" w:asciiTheme="majorAscii" w:hAnsiTheme="majorAscii" w:cstheme="majorAscii"/>
          <w:lang w:val="en-US"/>
        </w:rPr>
        <w:t>[ ]</w:t>
      </w:r>
      <w:r w:rsidRPr="6FB6349E" w:rsidR="004C5FD6">
        <w:rPr>
          <w:rFonts w:ascii="Calibri" w:hAnsi="Calibri" w:cs="Calibri" w:asciiTheme="majorAscii" w:hAnsiTheme="majorAscii" w:cstheme="majorAscii"/>
          <w:lang w:val="en-US"/>
        </w:rPr>
        <w:t xml:space="preserve">). </w:t>
      </w:r>
    </w:p>
    <w:p w:rsidRPr="00375C4D" w:rsidR="004C5FD6" w:rsidP="6FB6349E" w:rsidRDefault="004C5FD6" w14:paraId="01A3E07D" w14:textId="77777777">
      <w:pPr>
        <w:numPr>
          <w:ilvl w:val="0"/>
          <w:numId w:val="12"/>
        </w:numPr>
        <w:rPr>
          <w:rFonts w:ascii="Calibri" w:hAnsi="Calibri" w:cs="Calibri" w:asciiTheme="majorAscii" w:hAnsiTheme="majorAscii" w:cstheme="majorAscii"/>
          <w:lang w:val="en-US"/>
        </w:rPr>
      </w:pPr>
      <w:r w:rsidRPr="6FB6349E" w:rsidR="004C5FD6">
        <w:rPr>
          <w:rFonts w:ascii="Calibri" w:hAnsi="Calibri" w:cs="Calibri" w:asciiTheme="majorAscii" w:hAnsiTheme="majorAscii" w:cstheme="majorAscii"/>
          <w:lang w:val="en-US"/>
        </w:rPr>
        <w:t xml:space="preserve">Consentimiento/asentimiento (si aplica) (versión </w:t>
      </w:r>
      <w:r w:rsidRPr="6FB6349E" w:rsidR="004C5FD6">
        <w:rPr>
          <w:rFonts w:ascii="Calibri" w:hAnsi="Calibri" w:cs="Calibri" w:asciiTheme="majorAscii" w:hAnsiTheme="majorAscii" w:cstheme="majorAscii"/>
          <w:lang w:val="en-US"/>
        </w:rPr>
        <w:t>[ ]</w:t>
      </w:r>
      <w:r w:rsidRPr="6FB6349E" w:rsidR="004C5FD6">
        <w:rPr>
          <w:rFonts w:ascii="Calibri" w:hAnsi="Calibri" w:cs="Calibri" w:asciiTheme="majorAscii" w:hAnsiTheme="majorAscii" w:cstheme="majorAscii"/>
          <w:lang w:val="en-US"/>
        </w:rPr>
        <w:t xml:space="preserve">). </w:t>
      </w:r>
    </w:p>
    <w:p w:rsidRPr="00375C4D" w:rsidR="004C5FD6" w:rsidP="004C5FD6" w:rsidRDefault="004C5FD6" w14:paraId="06E7D316" w14:textId="77777777">
      <w:pPr>
        <w:numPr>
          <w:ilvl w:val="0"/>
          <w:numId w:val="12"/>
        </w:num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 xml:space="preserve">Aprobación ética o comprobante de sometimiento (según corresponda). </w:t>
      </w:r>
    </w:p>
    <w:p w:rsidRPr="00375C4D" w:rsidR="004C5FD6" w:rsidP="004C5FD6" w:rsidRDefault="004C5FD6" w14:paraId="0699A4E6" w14:textId="77777777">
      <w:pPr>
        <w:numPr>
          <w:ilvl w:val="0"/>
          <w:numId w:val="12"/>
        </w:num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 xml:space="preserve">Cronograma resumido. </w:t>
      </w:r>
    </w:p>
    <w:p w:rsidRPr="00375C4D" w:rsidR="004C5FD6" w:rsidP="004C5FD6" w:rsidRDefault="004C5FD6" w14:paraId="4F57C97B" w14:textId="77777777">
      <w:p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 xml:space="preserve">Sin otro particular, agradezco su evaluación y quedo atento/a </w:t>
      </w:r>
      <w:proofErr w:type="spellStart"/>
      <w:r w:rsidRPr="00375C4D">
        <w:rPr>
          <w:rFonts w:asciiTheme="majorHAnsi" w:hAnsiTheme="majorHAnsi" w:cstheme="majorHAnsi"/>
          <w:bCs/>
          <w:lang w:val="es-CL"/>
        </w:rPr>
        <w:t>a</w:t>
      </w:r>
      <w:proofErr w:type="spellEnd"/>
      <w:r w:rsidRPr="00375C4D">
        <w:rPr>
          <w:rFonts w:asciiTheme="majorHAnsi" w:hAnsiTheme="majorHAnsi" w:cstheme="majorHAnsi"/>
          <w:bCs/>
          <w:lang w:val="es-CL"/>
        </w:rPr>
        <w:t xml:space="preserve"> su respuesta.</w:t>
      </w:r>
    </w:p>
    <w:p w:rsidRPr="00375C4D" w:rsidR="004C5FD6" w:rsidP="004C5FD6" w:rsidRDefault="004C5FD6" w14:paraId="75D96589" w14:textId="77777777">
      <w:p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>Atentamente,</w:t>
      </w:r>
    </w:p>
    <w:p w:rsidRPr="00375C4D" w:rsidR="004C5FD6" w:rsidP="6FB6349E" w:rsidRDefault="004C5FD6" w14:paraId="301925DE" w14:textId="77777777">
      <w:pPr>
        <w:jc w:val="center"/>
        <w:rPr>
          <w:rFonts w:ascii="Calibri" w:hAnsi="Calibri" w:cs="Calibri" w:asciiTheme="majorAscii" w:hAnsiTheme="majorAscii" w:cstheme="majorAscii"/>
          <w:lang w:val="es-CL"/>
        </w:rPr>
      </w:pPr>
      <w:r w:rsidRPr="6FB6349E" w:rsidR="004C5FD6">
        <w:rPr>
          <w:rFonts w:ascii="Calibri" w:hAnsi="Calibri" w:cs="Calibri" w:asciiTheme="majorAscii" w:hAnsiTheme="majorAscii" w:cstheme="majorAscii"/>
          <w:lang w:val="es-CL"/>
        </w:rPr>
        <w:t>[Nombre y firma IR]</w:t>
      </w:r>
      <w:r>
        <w:br/>
      </w:r>
      <w:r w:rsidRPr="6FB6349E" w:rsidR="004C5FD6">
        <w:rPr>
          <w:rFonts w:ascii="Calibri" w:hAnsi="Calibri" w:cs="Calibri" w:asciiTheme="majorAscii" w:hAnsiTheme="majorAscii" w:cstheme="majorAscii"/>
          <w:lang w:val="es-CL"/>
        </w:rPr>
        <w:t>[RUT/Pasaporte]</w:t>
      </w:r>
      <w:r>
        <w:br/>
      </w:r>
      <w:r w:rsidRPr="6FB6349E" w:rsidR="004C5FD6">
        <w:rPr>
          <w:rFonts w:ascii="Calibri" w:hAnsi="Calibri" w:cs="Calibri" w:asciiTheme="majorAscii" w:hAnsiTheme="majorAscii" w:cstheme="majorAscii"/>
          <w:lang w:val="es-CL"/>
        </w:rPr>
        <w:t>[Institución]</w:t>
      </w:r>
      <w:r>
        <w:br/>
      </w:r>
      <w:r w:rsidRPr="6FB6349E" w:rsidR="004C5FD6">
        <w:rPr>
          <w:rFonts w:ascii="Calibri" w:hAnsi="Calibri" w:cs="Calibri" w:asciiTheme="majorAscii" w:hAnsiTheme="majorAscii" w:cstheme="majorAscii"/>
          <w:lang w:val="es-CL"/>
        </w:rPr>
        <w:t>[Email] – [Teléfono]</w:t>
      </w:r>
    </w:p>
    <w:p w:rsidRPr="004C5FD6" w:rsidR="004C5FD6" w:rsidP="004C5FD6" w:rsidRDefault="00000000" w14:paraId="4FCE7B1B" w14:textId="77777777">
      <w:pPr>
        <w:rPr>
          <w:rFonts w:asciiTheme="majorHAnsi" w:hAnsiTheme="majorHAnsi" w:cstheme="majorHAnsi"/>
          <w:b/>
          <w:lang w:val="es-CL"/>
        </w:rPr>
      </w:pPr>
      <w:r>
        <w:rPr>
          <w:rFonts w:asciiTheme="majorHAnsi" w:hAnsiTheme="majorHAnsi" w:cstheme="majorHAnsi"/>
          <w:b/>
          <w:lang w:val="es-CL"/>
        </w:rPr>
        <w:pict w14:anchorId="2DD86D3C">
          <v:rect id="_x0000_i1025" style="width:0;height:1.5pt" o:hr="t" o:hrstd="t" o:hralign="center" fillcolor="#a0a0a0" stroked="f"/>
        </w:pict>
      </w:r>
    </w:p>
    <w:p w:rsidR="00375C4D" w:rsidRDefault="00375C4D" w14:paraId="01BF00BD" w14:textId="77777777">
      <w:pPr>
        <w:rPr>
          <w:rFonts w:asciiTheme="majorHAnsi" w:hAnsiTheme="majorHAnsi" w:cstheme="majorHAnsi"/>
          <w:b/>
          <w:bCs/>
          <w:lang w:val="es-CL"/>
        </w:rPr>
      </w:pPr>
      <w:r>
        <w:rPr>
          <w:rFonts w:asciiTheme="majorHAnsi" w:hAnsiTheme="majorHAnsi" w:cstheme="majorHAnsi"/>
          <w:b/>
          <w:bCs/>
          <w:lang w:val="es-CL"/>
        </w:rPr>
        <w:br w:type="page"/>
      </w:r>
    </w:p>
    <w:p w:rsidRPr="004C5FD6" w:rsidR="004C5FD6" w:rsidP="00375C4D" w:rsidRDefault="004C5FD6" w14:paraId="3F55A342" w14:textId="4454BC0C">
      <w:pPr>
        <w:jc w:val="center"/>
        <w:rPr>
          <w:rFonts w:asciiTheme="majorHAnsi" w:hAnsiTheme="majorHAnsi" w:cstheme="majorHAnsi"/>
          <w:b/>
          <w:bCs/>
          <w:lang w:val="es-CL"/>
        </w:rPr>
      </w:pPr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>PARTE B —</w:t>
      </w:r>
      <w:r w:rsidRPr="004C5FD6">
        <w:rPr>
          <w:rFonts w:asciiTheme="majorHAnsi" w:hAnsiTheme="majorHAnsi" w:cstheme="majorHAnsi"/>
          <w:b/>
          <w:bCs/>
          <w:lang w:val="es-CL"/>
        </w:rPr>
        <w:t xml:space="preserve"> AUTORIZACIÓN INSTITUCIONAL </w:t>
      </w:r>
      <w:r w:rsidRPr="00375C4D">
        <w:rPr>
          <w:rFonts w:asciiTheme="majorHAnsi" w:hAnsiTheme="majorHAnsi" w:cstheme="majorHAnsi"/>
          <w:b/>
          <w:bCs/>
          <w:highlight w:val="yellow"/>
          <w:lang w:val="es-CL"/>
        </w:rPr>
        <w:t>(a ser completada por la autoridad UDD, en primera persona)</w:t>
      </w:r>
    </w:p>
    <w:p w:rsidRPr="004C5FD6" w:rsidR="004C5FD6" w:rsidP="00375C4D" w:rsidRDefault="004C5FD6" w14:paraId="5364FCC2" w14:textId="77777777">
      <w:pPr>
        <w:jc w:val="right"/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[Ciudad], [día] de [mes] de [año]</w:t>
      </w:r>
    </w:p>
    <w:p w:rsidRPr="004C5FD6" w:rsidR="004C5FD6" w:rsidP="004C5FD6" w:rsidRDefault="004C5FD6" w14:paraId="644179E3" w14:textId="77777777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lang w:val="es-CL"/>
        </w:rPr>
        <w:t xml:space="preserve">Sr./Sra. </w:t>
      </w:r>
      <w:r w:rsidRPr="004C5FD6">
        <w:rPr>
          <w:rFonts w:asciiTheme="majorHAnsi" w:hAnsiTheme="majorHAnsi" w:cstheme="majorHAnsi"/>
          <w:b/>
          <w:bCs/>
          <w:lang w:val="es-CL"/>
        </w:rPr>
        <w:t>[Nombre IR]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Theme="majorHAnsi" w:hAnsiTheme="majorHAnsi" w:cstheme="majorHAnsi"/>
          <w:b/>
          <w:bCs/>
          <w:lang w:val="es-CL"/>
        </w:rPr>
        <w:t>[Institución del equipo investigador]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Theme="majorHAnsi" w:hAnsiTheme="majorHAnsi" w:cstheme="majorHAnsi"/>
          <w:b/>
          <w:lang w:val="es-CL"/>
        </w:rPr>
        <w:t>Presente</w:t>
      </w:r>
    </w:p>
    <w:p w:rsidRPr="004C5FD6" w:rsidR="004C5FD6" w:rsidP="004C5FD6" w:rsidRDefault="004C5FD6" w14:paraId="3EEDEA62" w14:textId="77777777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De mi consideración:</w:t>
      </w:r>
    </w:p>
    <w:p w:rsidRPr="00375C4D" w:rsidR="004C5FD6" w:rsidP="004C5FD6" w:rsidRDefault="004C5FD6" w14:paraId="4845812D" w14:textId="77777777">
      <w:p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>Por medio de la presente, declaro haber sido informado/a del estudio descrito a continuación y autorizo su realización en la Universidad del Desarrollo (UDD), en los términos indicados, y sujeto a la aprobación ética que corresponda y al cumplimiento de los resguardos institucionales aplicables.</w:t>
      </w:r>
    </w:p>
    <w:p w:rsidRPr="004C5FD6" w:rsidR="004C5FD6" w:rsidP="004C5FD6" w:rsidRDefault="004C5FD6" w14:paraId="2D797171" w14:textId="77777777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1. Identificación del estudio</w:t>
      </w:r>
    </w:p>
    <w:p w:rsidRPr="00375C4D" w:rsidR="004C5FD6" w:rsidP="004C5FD6" w:rsidRDefault="004C5FD6" w14:paraId="2701CA94" w14:textId="77777777">
      <w:pPr>
        <w:numPr>
          <w:ilvl w:val="0"/>
          <w:numId w:val="13"/>
        </w:numPr>
        <w:rPr>
          <w:rFonts w:asciiTheme="majorHAnsi" w:hAnsiTheme="majorHAnsi" w:cstheme="majorHAnsi"/>
          <w:lang w:val="es-CL"/>
        </w:rPr>
      </w:pPr>
      <w:r w:rsidRPr="00375C4D">
        <w:rPr>
          <w:rFonts w:asciiTheme="majorHAnsi" w:hAnsiTheme="majorHAnsi" w:cstheme="majorHAnsi"/>
          <w:lang w:val="es-CL"/>
        </w:rPr>
        <w:t xml:space="preserve">Título del estudio: [Título] </w:t>
      </w:r>
    </w:p>
    <w:p w:rsidRPr="00375C4D" w:rsidR="004C5FD6" w:rsidP="004C5FD6" w:rsidRDefault="004C5FD6" w14:paraId="0AC55108" w14:textId="77777777">
      <w:pPr>
        <w:numPr>
          <w:ilvl w:val="0"/>
          <w:numId w:val="13"/>
        </w:numPr>
        <w:rPr>
          <w:rFonts w:asciiTheme="majorHAnsi" w:hAnsiTheme="majorHAnsi" w:cstheme="majorHAnsi"/>
          <w:lang w:val="es-CL"/>
        </w:rPr>
      </w:pPr>
      <w:r w:rsidRPr="00375C4D">
        <w:rPr>
          <w:rFonts w:asciiTheme="majorHAnsi" w:hAnsiTheme="majorHAnsi" w:cstheme="majorHAnsi"/>
          <w:lang w:val="es-CL"/>
        </w:rPr>
        <w:t xml:space="preserve">Investigador/a </w:t>
      </w:r>
      <w:proofErr w:type="gramStart"/>
      <w:r w:rsidRPr="00375C4D">
        <w:rPr>
          <w:rFonts w:asciiTheme="majorHAnsi" w:hAnsiTheme="majorHAnsi" w:cstheme="majorHAnsi"/>
          <w:lang w:val="es-CL"/>
        </w:rPr>
        <w:t>Responsable</w:t>
      </w:r>
      <w:proofErr w:type="gramEnd"/>
      <w:r w:rsidRPr="00375C4D">
        <w:rPr>
          <w:rFonts w:asciiTheme="majorHAnsi" w:hAnsiTheme="majorHAnsi" w:cstheme="majorHAnsi"/>
          <w:lang w:val="es-CL"/>
        </w:rPr>
        <w:t xml:space="preserve">: [Nombre] </w:t>
      </w:r>
    </w:p>
    <w:p w:rsidRPr="00375C4D" w:rsidR="004C5FD6" w:rsidP="6FB6349E" w:rsidRDefault="004C5FD6" w14:paraId="4EC25B66" w14:textId="77777777">
      <w:pPr>
        <w:numPr>
          <w:ilvl w:val="0"/>
          <w:numId w:val="13"/>
        </w:numPr>
        <w:rPr>
          <w:rFonts w:ascii="Calibri" w:hAnsi="Calibri" w:cs="Calibri" w:asciiTheme="majorAscii" w:hAnsiTheme="majorAscii" w:cstheme="majorAscii"/>
          <w:lang w:val="en-US"/>
        </w:rPr>
      </w:pPr>
      <w:r w:rsidRPr="6FB6349E" w:rsidR="004C5FD6">
        <w:rPr>
          <w:rFonts w:ascii="Calibri" w:hAnsi="Calibri" w:cs="Calibri" w:asciiTheme="majorAscii" w:hAnsiTheme="majorAscii" w:cstheme="majorAscii"/>
          <w:lang w:val="en-US"/>
        </w:rPr>
        <w:t xml:space="preserve">Institución de afiliación del equipo investigador: </w:t>
      </w:r>
      <w:r w:rsidRPr="6FB6349E" w:rsidR="004C5FD6">
        <w:rPr>
          <w:rFonts w:ascii="Calibri" w:hAnsi="Calibri" w:cs="Calibri" w:asciiTheme="majorAscii" w:hAnsiTheme="majorAscii" w:cstheme="majorAscii"/>
          <w:lang w:val="en-US"/>
        </w:rPr>
        <w:t>[ ]</w:t>
      </w:r>
      <w:r w:rsidRPr="6FB6349E" w:rsidR="004C5FD6">
        <w:rPr>
          <w:rFonts w:ascii="Calibri" w:hAnsi="Calibri" w:cs="Calibri" w:asciiTheme="majorAscii" w:hAnsiTheme="majorAscii" w:cstheme="majorAscii"/>
          <w:lang w:val="en-US"/>
        </w:rPr>
        <w:t xml:space="preserve"> </w:t>
      </w:r>
    </w:p>
    <w:p w:rsidRPr="00375C4D" w:rsidR="004C5FD6" w:rsidP="5FE61A1B" w:rsidRDefault="004C5FD6" w14:paraId="11393A70" w14:textId="77777777">
      <w:pPr>
        <w:numPr>
          <w:ilvl w:val="0"/>
          <w:numId w:val="13"/>
        </w:numPr>
        <w:rPr>
          <w:rFonts w:ascii="Calibri" w:hAnsi="Calibri" w:cs="Calibri" w:asciiTheme="majorAscii" w:hAnsiTheme="majorAscii" w:cstheme="majorAscii"/>
          <w:lang w:val="en-US"/>
        </w:rPr>
      </w:pPr>
      <w:r w:rsidRPr="5FE61A1B" w:rsidR="004C5FD6">
        <w:rPr>
          <w:rFonts w:ascii="Calibri" w:hAnsi="Calibri" w:cs="Calibri" w:asciiTheme="majorAscii" w:hAnsiTheme="majorAscii" w:cstheme="majorAscii"/>
          <w:lang w:val="en-US"/>
        </w:rPr>
        <w:t xml:space="preserve">Financiamiento/Patrocinante (si aplica): </w:t>
      </w:r>
      <w:r w:rsidRPr="5FE61A1B" w:rsidR="004C5FD6">
        <w:rPr>
          <w:rFonts w:ascii="Calibri" w:hAnsi="Calibri" w:cs="Calibri" w:asciiTheme="majorAscii" w:hAnsiTheme="majorAscii" w:cstheme="majorAscii"/>
          <w:lang w:val="en-US"/>
        </w:rPr>
        <w:t>[ ]</w:t>
      </w:r>
      <w:r w:rsidRPr="5FE61A1B" w:rsidR="004C5FD6">
        <w:rPr>
          <w:rFonts w:ascii="Calibri" w:hAnsi="Calibri" w:cs="Calibri" w:asciiTheme="majorAscii" w:hAnsiTheme="majorAscii" w:cstheme="majorAscii"/>
          <w:lang w:val="en-US"/>
        </w:rPr>
        <w:t xml:space="preserve"> </w:t>
      </w:r>
    </w:p>
    <w:p w:rsidRPr="004C5FD6" w:rsidR="004C5FD6" w:rsidP="004C5FD6" w:rsidRDefault="004C5FD6" w14:paraId="5B83A11E" w14:textId="77777777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2. Descripción breve del estudio y actividades en UDD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375C4D">
        <w:rPr>
          <w:rFonts w:asciiTheme="majorHAnsi" w:hAnsiTheme="majorHAnsi" w:cstheme="majorHAnsi"/>
          <w:bCs/>
          <w:lang w:val="es-CL"/>
        </w:rPr>
        <w:t>[Descripción breve.]</w:t>
      </w:r>
    </w:p>
    <w:p w:rsidRPr="004C5FD6" w:rsidR="004C5FD6" w:rsidP="004C5FD6" w:rsidRDefault="004C5FD6" w14:paraId="63C8F235" w14:textId="77777777">
      <w:pPr>
        <w:rPr>
          <w:rFonts w:asciiTheme="majorHAnsi" w:hAnsiTheme="majorHAnsi" w:cstheme="majorHAnsi"/>
          <w:b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3. Alcance de la autorización (marcar lo que corresponda)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Facilitar difusión para reclutamiento (difusión de invitación)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Permitir aplicación de encuestas/entrevistas/grupos focales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Permitir observaciones en dependencias (detalle): </w:t>
      </w:r>
      <w:proofErr w:type="gramStart"/>
      <w:r w:rsidRPr="004C5FD6">
        <w:rPr>
          <w:rFonts w:asciiTheme="majorHAnsi" w:hAnsiTheme="majorHAnsi" w:cstheme="majorHAnsi"/>
          <w:b/>
          <w:lang w:val="es-CL"/>
        </w:rPr>
        <w:t>[ ]</w:t>
      </w:r>
      <w:proofErr w:type="gramEnd"/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Facilitar acceso a espacios físicos (detalle): </w:t>
      </w:r>
      <w:proofErr w:type="gramStart"/>
      <w:r w:rsidRPr="004C5FD6">
        <w:rPr>
          <w:rFonts w:asciiTheme="majorHAnsi" w:hAnsiTheme="majorHAnsi" w:cstheme="majorHAnsi"/>
          <w:b/>
          <w:lang w:val="es-CL"/>
        </w:rPr>
        <w:t>[ ]</w:t>
      </w:r>
      <w:proofErr w:type="gramEnd"/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Autorizar coordinación con unidades/jefaturas (detalle): </w:t>
      </w:r>
      <w:proofErr w:type="gramStart"/>
      <w:r w:rsidRPr="004C5FD6">
        <w:rPr>
          <w:rFonts w:asciiTheme="majorHAnsi" w:hAnsiTheme="majorHAnsi" w:cstheme="majorHAnsi"/>
          <w:b/>
          <w:lang w:val="es-CL"/>
        </w:rPr>
        <w:t>[ ]</w:t>
      </w:r>
      <w:proofErr w:type="gramEnd"/>
      <w:r w:rsidRPr="004C5FD6">
        <w:rPr>
          <w:rFonts w:asciiTheme="majorHAnsi" w:hAnsiTheme="majorHAnsi" w:cstheme="majorHAnsi"/>
          <w:b/>
          <w:lang w:val="es-CL"/>
        </w:rPr>
        <w:br/>
      </w:r>
      <w:r w:rsidRPr="004C5FD6">
        <w:rPr>
          <w:rFonts w:ascii="Segoe UI Symbol" w:hAnsi="Segoe UI Symbol" w:cs="Segoe UI Symbol"/>
          <w:b/>
          <w:lang w:val="es-CL"/>
        </w:rPr>
        <w:t>☐</w:t>
      </w:r>
      <w:r w:rsidRPr="004C5FD6">
        <w:rPr>
          <w:rFonts w:asciiTheme="majorHAnsi" w:hAnsiTheme="majorHAnsi" w:cstheme="majorHAnsi"/>
          <w:b/>
          <w:lang w:val="es-CL"/>
        </w:rPr>
        <w:t xml:space="preserve"> Otros (especificar): </w:t>
      </w:r>
      <w:proofErr w:type="gramStart"/>
      <w:r w:rsidRPr="004C5FD6">
        <w:rPr>
          <w:rFonts w:asciiTheme="majorHAnsi" w:hAnsiTheme="majorHAnsi" w:cstheme="majorHAnsi"/>
          <w:b/>
          <w:lang w:val="es-CL"/>
        </w:rPr>
        <w:t>[ ]</w:t>
      </w:r>
      <w:proofErr w:type="gramEnd"/>
    </w:p>
    <w:p w:rsidRPr="00375C4D" w:rsidR="004C5FD6" w:rsidP="004C5FD6" w:rsidRDefault="004C5FD6" w14:paraId="2F00D431" w14:textId="77777777">
      <w:pPr>
        <w:rPr>
          <w:rFonts w:asciiTheme="majorHAnsi" w:hAnsiTheme="majorHAnsi" w:cstheme="majorHAnsi"/>
          <w:bCs/>
          <w:lang w:val="es-CL"/>
        </w:rPr>
      </w:pPr>
      <w:r w:rsidRPr="004C5FD6">
        <w:rPr>
          <w:rFonts w:asciiTheme="majorHAnsi" w:hAnsiTheme="majorHAnsi" w:cstheme="majorHAnsi"/>
          <w:b/>
          <w:bCs/>
          <w:lang w:val="es-CL"/>
        </w:rPr>
        <w:t>4. Condiciones y resguardos</w:t>
      </w:r>
      <w:r w:rsidRPr="004C5FD6">
        <w:rPr>
          <w:rFonts w:asciiTheme="majorHAnsi" w:hAnsiTheme="majorHAnsi" w:cstheme="majorHAnsi"/>
          <w:b/>
          <w:lang w:val="es-CL"/>
        </w:rPr>
        <w:br/>
      </w:r>
      <w:r w:rsidRPr="00375C4D">
        <w:rPr>
          <w:rFonts w:asciiTheme="majorHAnsi" w:hAnsiTheme="majorHAnsi" w:cstheme="majorHAnsi"/>
          <w:bCs/>
          <w:lang w:val="es-CL"/>
        </w:rPr>
        <w:t>Declaro que se me informó que la participación de personas vinculadas a la UDD será voluntaria y requerirá consentimiento informado cuando corresponda. Asimismo, el equipo investigador resguardará la confidencialidad y protección de datos. La presente autorización no implica cesión de datos personales sin base y resguardos pertinentes, ni compromete a la UDD fuera de lo aquí indicado.</w:t>
      </w:r>
    </w:p>
    <w:p w:rsidRPr="00375C4D" w:rsidR="004C5FD6" w:rsidP="004C5FD6" w:rsidRDefault="004C5FD6" w14:paraId="4DD915B8" w14:textId="77777777">
      <w:p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 xml:space="preserve">Para consultas, me podrán contactar en: [correo/teléfono autoridad] y/o al/a la Investigador/a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Responsable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t>: [correo/teléfono].</w:t>
      </w:r>
    </w:p>
    <w:p w:rsidRPr="00375C4D" w:rsidR="00375C4D" w:rsidP="004C5FD6" w:rsidRDefault="00375C4D" w14:paraId="71F99CB4" w14:textId="77777777">
      <w:pPr>
        <w:rPr>
          <w:rFonts w:asciiTheme="majorHAnsi" w:hAnsiTheme="majorHAnsi" w:cstheme="majorHAnsi"/>
          <w:bCs/>
          <w:lang w:val="es-CL"/>
        </w:rPr>
      </w:pPr>
    </w:p>
    <w:p w:rsidR="00375C4D" w:rsidP="004C5FD6" w:rsidRDefault="00375C4D" w14:paraId="11E03D4B" w14:textId="77777777">
      <w:pPr>
        <w:rPr>
          <w:rFonts w:asciiTheme="majorHAnsi" w:hAnsiTheme="majorHAnsi" w:cstheme="majorHAnsi"/>
          <w:b/>
          <w:lang w:val="es-CL"/>
        </w:rPr>
      </w:pPr>
    </w:p>
    <w:p w:rsidR="00375C4D" w:rsidP="004C5FD6" w:rsidRDefault="00375C4D" w14:paraId="1D455555" w14:textId="77777777">
      <w:pPr>
        <w:rPr>
          <w:rFonts w:asciiTheme="majorHAnsi" w:hAnsiTheme="majorHAnsi" w:cstheme="majorHAnsi"/>
          <w:b/>
          <w:lang w:val="es-CL"/>
        </w:rPr>
      </w:pPr>
    </w:p>
    <w:p w:rsidRPr="00375C4D" w:rsidR="00375C4D" w:rsidP="004C5FD6" w:rsidRDefault="00375C4D" w14:paraId="53E056EC" w14:textId="77777777">
      <w:pPr>
        <w:rPr>
          <w:rFonts w:asciiTheme="majorHAnsi" w:hAnsiTheme="majorHAnsi" w:cstheme="majorHAnsi"/>
          <w:bCs/>
          <w:lang w:val="es-CL"/>
        </w:rPr>
      </w:pPr>
    </w:p>
    <w:p w:rsidRPr="00375C4D" w:rsidR="004C5FD6" w:rsidP="004C5FD6" w:rsidRDefault="004C5FD6" w14:paraId="1C231D58" w14:textId="07E76A29">
      <w:pPr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>Atentamente,</w:t>
      </w:r>
    </w:p>
    <w:p w:rsidRPr="00375C4D" w:rsidR="004C5FD6" w:rsidP="00375C4D" w:rsidRDefault="004C5FD6" w14:paraId="0A298938" w14:textId="77777777">
      <w:pPr>
        <w:jc w:val="center"/>
        <w:rPr>
          <w:rFonts w:asciiTheme="majorHAnsi" w:hAnsiTheme="majorHAnsi" w:cstheme="majorHAnsi"/>
          <w:bCs/>
          <w:lang w:val="es-CL"/>
        </w:rPr>
      </w:pPr>
      <w:r w:rsidRPr="00375C4D">
        <w:rPr>
          <w:rFonts w:asciiTheme="majorHAnsi" w:hAnsiTheme="majorHAnsi" w:cstheme="majorHAnsi"/>
          <w:bCs/>
          <w:lang w:val="es-CL"/>
        </w:rPr>
        <w:t>________________________________________</w:t>
      </w:r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Theme="majorHAnsi" w:hAnsiTheme="majorHAnsi" w:cstheme="majorHAnsi"/>
          <w:bCs/>
          <w:lang w:val="es-CL"/>
        </w:rPr>
        <w:t>[Nombre autoridad UDD]</w:t>
      </w:r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Theme="majorHAnsi" w:hAnsiTheme="majorHAnsi" w:cstheme="majorHAnsi"/>
          <w:bCs/>
          <w:lang w:val="es-CL"/>
        </w:rPr>
        <w:t>[Cargo] – Universidad del Desarrollo</w:t>
      </w:r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Theme="majorHAnsi" w:hAnsiTheme="majorHAnsi" w:cstheme="majorHAnsi"/>
          <w:bCs/>
          <w:lang w:val="es-CL"/>
        </w:rPr>
        <w:t xml:space="preserve">RUT: </w:t>
      </w:r>
      <w:proofErr w:type="gramStart"/>
      <w:r w:rsidRPr="00375C4D">
        <w:rPr>
          <w:rFonts w:asciiTheme="majorHAnsi" w:hAnsiTheme="majorHAnsi" w:cstheme="majorHAnsi"/>
          <w:bCs/>
          <w:lang w:val="es-CL"/>
        </w:rPr>
        <w:t>[ ]</w:t>
      </w:r>
      <w:proofErr w:type="gramEnd"/>
      <w:r w:rsidRPr="00375C4D">
        <w:rPr>
          <w:rFonts w:asciiTheme="majorHAnsi" w:hAnsiTheme="majorHAnsi" w:cstheme="majorHAnsi"/>
          <w:bCs/>
          <w:lang w:val="es-CL"/>
        </w:rPr>
        <w:br/>
      </w:r>
      <w:r w:rsidRPr="00375C4D">
        <w:rPr>
          <w:rFonts w:asciiTheme="majorHAnsi" w:hAnsiTheme="majorHAnsi" w:cstheme="majorHAnsi"/>
          <w:bCs/>
          <w:lang w:val="es-CL"/>
        </w:rPr>
        <w:t>Firma y timbre institucional</w:t>
      </w:r>
    </w:p>
    <w:p w:rsidRPr="00375C4D" w:rsidR="00C84847" w:rsidP="00375C4D" w:rsidRDefault="00C84847" w14:paraId="1484C0DC" w14:textId="70C76E1E">
      <w:pPr>
        <w:jc w:val="center"/>
        <w:rPr>
          <w:rFonts w:asciiTheme="majorHAnsi" w:hAnsiTheme="majorHAnsi" w:cstheme="majorHAnsi"/>
          <w:bCs/>
        </w:rPr>
      </w:pPr>
    </w:p>
    <w:sectPr w:rsidRPr="00375C4D" w:rsidR="00C84847" w:rsidSect="00034616">
      <w:headerReference w:type="default" r:id="rId8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D0C8F" w:rsidP="001D4241" w:rsidRDefault="000D0C8F" w14:paraId="3A36F166" w14:textId="77777777">
      <w:pPr>
        <w:spacing w:after="0" w:line="240" w:lineRule="auto"/>
      </w:pPr>
      <w:r>
        <w:separator/>
      </w:r>
    </w:p>
  </w:endnote>
  <w:endnote w:type="continuationSeparator" w:id="0">
    <w:p w:rsidR="000D0C8F" w:rsidP="001D4241" w:rsidRDefault="000D0C8F" w14:paraId="3724831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D0C8F" w:rsidP="001D4241" w:rsidRDefault="000D0C8F" w14:paraId="7F71F9A7" w14:textId="77777777">
      <w:pPr>
        <w:spacing w:after="0" w:line="240" w:lineRule="auto"/>
      </w:pPr>
      <w:r>
        <w:separator/>
      </w:r>
    </w:p>
  </w:footnote>
  <w:footnote w:type="continuationSeparator" w:id="0">
    <w:p w:rsidR="000D0C8F" w:rsidP="001D4241" w:rsidRDefault="000D0C8F" w14:paraId="1B72D1E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D4241" w:rsidRDefault="001D4241" w14:paraId="5FF9FDF2" w14:textId="33D610AE">
    <w:pPr>
      <w:pStyle w:val="Encabezado"/>
    </w:pPr>
    <w:r>
      <w:rPr>
        <w:noProof/>
      </w:rPr>
      <w:drawing>
        <wp:inline distT="0" distB="0" distL="0" distR="0" wp14:anchorId="364AB4E2" wp14:editId="6B0A1B7D">
          <wp:extent cx="2152650" cy="577850"/>
          <wp:effectExtent l="0" t="0" r="0" b="0"/>
          <wp:docPr id="1490696056" name="Imagen 1" descr="Logos - Imagen UD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 - Imagen UD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8" t="14961" r="3914" b="13319"/>
                  <a:stretch>
                    <a:fillRect/>
                  </a:stretch>
                </pic:blipFill>
                <pic:spPr bwMode="auto">
                  <a:xfrm>
                    <a:off x="0" y="0"/>
                    <a:ext cx="2156024" cy="5787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1D4241" w:rsidRDefault="001D4241" w14:paraId="54CDED79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11232EC9"/>
    <w:multiLevelType w:val="multilevel"/>
    <w:tmpl w:val="330CD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85F0D64"/>
    <w:multiLevelType w:val="multilevel"/>
    <w:tmpl w:val="B1CEA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290900A4"/>
    <w:multiLevelType w:val="multilevel"/>
    <w:tmpl w:val="8850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2B5B707A"/>
    <w:multiLevelType w:val="multilevel"/>
    <w:tmpl w:val="8DEE4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470563567">
    <w:abstractNumId w:val="8"/>
  </w:num>
  <w:num w:numId="2" w16cid:durableId="474108242">
    <w:abstractNumId w:val="6"/>
  </w:num>
  <w:num w:numId="3" w16cid:durableId="1858079535">
    <w:abstractNumId w:val="5"/>
  </w:num>
  <w:num w:numId="4" w16cid:durableId="77136041">
    <w:abstractNumId w:val="4"/>
  </w:num>
  <w:num w:numId="5" w16cid:durableId="1287152997">
    <w:abstractNumId w:val="7"/>
  </w:num>
  <w:num w:numId="6" w16cid:durableId="1515458489">
    <w:abstractNumId w:val="3"/>
  </w:num>
  <w:num w:numId="7" w16cid:durableId="780035811">
    <w:abstractNumId w:val="2"/>
  </w:num>
  <w:num w:numId="8" w16cid:durableId="1165045926">
    <w:abstractNumId w:val="1"/>
  </w:num>
  <w:num w:numId="9" w16cid:durableId="1598293491">
    <w:abstractNumId w:val="0"/>
  </w:num>
  <w:num w:numId="10" w16cid:durableId="1286540428">
    <w:abstractNumId w:val="12"/>
  </w:num>
  <w:num w:numId="11" w16cid:durableId="1007750552">
    <w:abstractNumId w:val="9"/>
  </w:num>
  <w:num w:numId="12" w16cid:durableId="1830977118">
    <w:abstractNumId w:val="11"/>
  </w:num>
  <w:num w:numId="13" w16cid:durableId="1949387864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000"/>
    <w:rsid w:val="00034616"/>
    <w:rsid w:val="0006063C"/>
    <w:rsid w:val="000D0C8F"/>
    <w:rsid w:val="0015074B"/>
    <w:rsid w:val="001D4241"/>
    <w:rsid w:val="0023343A"/>
    <w:rsid w:val="002900CE"/>
    <w:rsid w:val="0029639D"/>
    <w:rsid w:val="0029727F"/>
    <w:rsid w:val="00326F90"/>
    <w:rsid w:val="00375C4D"/>
    <w:rsid w:val="00381692"/>
    <w:rsid w:val="004C5FD6"/>
    <w:rsid w:val="004C626A"/>
    <w:rsid w:val="004C6C0D"/>
    <w:rsid w:val="00921119"/>
    <w:rsid w:val="00AA1D8D"/>
    <w:rsid w:val="00B47730"/>
    <w:rsid w:val="00C84847"/>
    <w:rsid w:val="00CB0664"/>
    <w:rsid w:val="00EF4300"/>
    <w:rsid w:val="00FA383C"/>
    <w:rsid w:val="00FC693F"/>
    <w:rsid w:val="5FE61A1B"/>
    <w:rsid w:val="6DFBF165"/>
    <w:rsid w:val="6FB6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80CBEE"/>
  <w14:defaultImageDpi w14:val="300"/>
  <w15:docId w15:val="{3175A257-7BFA-4328-8B2A-11038F5E71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Calibri" w:hAnsi="Calibri" w:eastAsia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styleId="Ttulo1Car" w:customStyle="1">
    <w:name w:val="Título 1 Car"/>
    <w:basedOn w:val="Fuentedeprrafopredeter"/>
    <w:link w:val="Ttulo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Fuentedeprrafopredeter"/>
    <w:link w:val="Ttulo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ítulo Car"/>
    <w:basedOn w:val="Fuentedeprrafopredeter"/>
    <w:link w:val="Ttulo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tuloCar" w:customStyle="1">
    <w:name w:val="Subtítulo Car"/>
    <w:basedOn w:val="Fuentedeprrafopredeter"/>
    <w:link w:val="Subttulo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styleId="TextoindependienteCar" w:customStyle="1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extoindependiente3Car" w:customStyle="1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macroCar" w:customStyle="1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styleId="CitaCar" w:customStyle="1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Erick</dc:creator>
  <keywords/>
  <dc:description>generated by python-docx</dc:description>
  <lastModifiedBy>Erick Sebhastians Atenas</lastModifiedBy>
  <revision>4</revision>
  <dcterms:created xsi:type="dcterms:W3CDTF">2026-05-28T22:59:00.0000000Z</dcterms:created>
  <dcterms:modified xsi:type="dcterms:W3CDTF">2026-08-05T16:32:52.7880205Z</dcterms:modified>
  <category/>
</coreProperties>
</file>