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1660BD2" w:rsidP="31660BD2" w:rsidRDefault="31660BD2" w14:paraId="5BA89894" w14:textId="46F6072D">
      <w:pPr>
        <w:jc w:val="center"/>
        <w:rPr>
          <w:b w:val="1"/>
          <w:bCs w:val="1"/>
          <w:sz w:val="28"/>
          <w:szCs w:val="28"/>
        </w:rPr>
      </w:pPr>
    </w:p>
    <w:p w:rsidRPr="00F97A58" w:rsidR="004B758E" w:rsidP="00570DF1" w:rsidRDefault="00000000" w14:paraId="1F573EBE" w14:textId="77777777">
      <w:pPr>
        <w:jc w:val="center"/>
        <w:rPr>
          <w:sz w:val="20"/>
          <w:szCs w:val="20"/>
        </w:rPr>
      </w:pPr>
      <w:r w:rsidRPr="00F97A58">
        <w:rPr>
          <w:b/>
          <w:sz w:val="28"/>
          <w:szCs w:val="20"/>
        </w:rPr>
        <w:t>FORMULARIO DE CONSENTIMIENTO INFORMADO (CEII-UDD)</w:t>
      </w:r>
    </w:p>
    <w:p w:rsidRPr="00F97A58" w:rsidR="004B758E" w:rsidP="00281E25" w:rsidRDefault="004B758E" w14:paraId="710EBAD0" w14:textId="77777777">
      <w:pPr>
        <w:jc w:val="both"/>
        <w:rPr>
          <w:sz w:val="20"/>
          <w:szCs w:val="20"/>
        </w:rPr>
      </w:pPr>
    </w:p>
    <w:p w:rsidRPr="00F97A58" w:rsidR="004B758E" w:rsidP="00281E25" w:rsidRDefault="00000000" w14:paraId="5D21BBD1" w14:textId="77777777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Título del Proyecto: </w:t>
      </w:r>
      <w:r w:rsidRPr="00F97A58">
        <w:rPr>
          <w:sz w:val="20"/>
          <w:szCs w:val="20"/>
        </w:rPr>
        <w:t>____________________________________________</w:t>
      </w:r>
    </w:p>
    <w:p w:rsidRPr="00F97A58" w:rsidR="004B758E" w:rsidP="00281E25" w:rsidRDefault="00000000" w14:paraId="722F1D4F" w14:textId="77777777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Investigador/a </w:t>
      </w:r>
      <w:proofErr w:type="gramStart"/>
      <w:r w:rsidRPr="00F97A58">
        <w:rPr>
          <w:b/>
          <w:sz w:val="20"/>
          <w:szCs w:val="20"/>
        </w:rPr>
        <w:t>Responsable</w:t>
      </w:r>
      <w:proofErr w:type="gramEnd"/>
      <w:r w:rsidRPr="00F97A58">
        <w:rPr>
          <w:b/>
          <w:sz w:val="20"/>
          <w:szCs w:val="20"/>
        </w:rPr>
        <w:t xml:space="preserve"> (IR): </w:t>
      </w:r>
      <w:r w:rsidRPr="00F97A58">
        <w:rPr>
          <w:sz w:val="20"/>
          <w:szCs w:val="20"/>
        </w:rPr>
        <w:t>____________________________________________</w:t>
      </w:r>
    </w:p>
    <w:p w:rsidRPr="00F97A58" w:rsidR="004B758E" w:rsidP="00281E25" w:rsidRDefault="00000000" w14:paraId="14845E7B" w14:textId="77777777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Institución/Unidad de afiliación: </w:t>
      </w:r>
      <w:r w:rsidRPr="00F97A58">
        <w:rPr>
          <w:sz w:val="20"/>
          <w:szCs w:val="20"/>
        </w:rPr>
        <w:t>____________________________________________</w:t>
      </w:r>
    </w:p>
    <w:p w:rsidRPr="00F97A58" w:rsidR="004B758E" w:rsidP="00281E25" w:rsidRDefault="00000000" w14:paraId="3529550C" w14:textId="11387E38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Financiamiento (si aplica): </w:t>
      </w:r>
      <w:r w:rsidRPr="00F97A58">
        <w:rPr>
          <w:sz w:val="20"/>
          <w:szCs w:val="20"/>
        </w:rPr>
        <w:t>____________________________________________</w:t>
      </w:r>
    </w:p>
    <w:p w:rsidRPr="00F97A58" w:rsidR="004B758E" w:rsidP="00281E25" w:rsidRDefault="00000000" w14:paraId="486A9F42" w14:textId="77777777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Versión del documento: </w:t>
      </w:r>
      <w:r w:rsidRPr="00F97A58">
        <w:rPr>
          <w:sz w:val="20"/>
          <w:szCs w:val="20"/>
        </w:rPr>
        <w:t>[</w:t>
      </w:r>
      <w:proofErr w:type="spellStart"/>
      <w:r w:rsidRPr="00F97A58">
        <w:rPr>
          <w:sz w:val="20"/>
          <w:szCs w:val="20"/>
        </w:rPr>
        <w:t>dd</w:t>
      </w:r>
      <w:proofErr w:type="spellEnd"/>
      <w:r w:rsidRPr="00F97A58">
        <w:rPr>
          <w:sz w:val="20"/>
          <w:szCs w:val="20"/>
        </w:rPr>
        <w:t>/mm/</w:t>
      </w:r>
      <w:proofErr w:type="spellStart"/>
      <w:r w:rsidRPr="00F97A58">
        <w:rPr>
          <w:sz w:val="20"/>
          <w:szCs w:val="20"/>
        </w:rPr>
        <w:t>aaaa</w:t>
      </w:r>
      <w:proofErr w:type="spellEnd"/>
      <w:r w:rsidRPr="00F97A58">
        <w:rPr>
          <w:sz w:val="20"/>
          <w:szCs w:val="20"/>
        </w:rPr>
        <w:t>]</w:t>
      </w:r>
    </w:p>
    <w:p w:rsidRPr="00F97A58" w:rsidR="004B758E" w:rsidP="00281E25" w:rsidRDefault="004B758E" w14:paraId="3D6C8F47" w14:textId="77777777">
      <w:pPr>
        <w:jc w:val="both"/>
        <w:rPr>
          <w:sz w:val="20"/>
          <w:szCs w:val="20"/>
        </w:rPr>
      </w:pPr>
    </w:p>
    <w:p w:rsidRPr="00F97A58" w:rsidR="004B758E" w:rsidP="00281E25" w:rsidRDefault="00000000" w14:paraId="08C16AA4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 xml:space="preserve">Usted ha sido invitado/a </w:t>
      </w:r>
      <w:proofErr w:type="spellStart"/>
      <w:r w:rsidRPr="00F97A58">
        <w:rPr>
          <w:sz w:val="20"/>
          <w:szCs w:val="20"/>
        </w:rPr>
        <w:t>a</w:t>
      </w:r>
      <w:proofErr w:type="spellEnd"/>
      <w:r w:rsidRPr="00F97A58">
        <w:rPr>
          <w:sz w:val="20"/>
          <w:szCs w:val="20"/>
        </w:rPr>
        <w:t xml:space="preserve"> participar en el estudio indicado arriba. El objetivo de este documento es entregarle información clara y suficiente para que decida libremente si desea participar. Le recomendamos leerlo con calma y hacer todas las preguntas que estime necesarias.</w:t>
      </w:r>
    </w:p>
    <w:p w:rsidRPr="00F97A58" w:rsidR="005D6ECF" w:rsidP="005D6ECF" w:rsidRDefault="005D6ECF" w14:paraId="4F77A480" w14:textId="77777777">
      <w:r w:rsidRPr="00F97A58">
        <w:rPr>
          <w:b/>
          <w:highlight w:val="yellow"/>
        </w:rPr>
        <w:t>INFORMACIÓN CLAVE (resumen):</w:t>
      </w:r>
    </w:p>
    <w:p w:rsidRPr="00F97A58" w:rsidR="005D6ECF" w:rsidP="005D6ECF" w:rsidRDefault="005D6ECF" w14:paraId="3BEEA28F" w14:textId="77777777">
      <w:r w:rsidRPr="00F97A58">
        <w:rPr>
          <w:highlight w:val="yellow"/>
        </w:rPr>
        <w:t>Tema/propósito: [____]. Qué haré yo: [____]. Duración: [____]. Riesgos principales: [____]. Beneficios: [____] (si no hay, indicar ‘no se esperan beneficios directos’). Confidencialidad y límites: [____]. Voluntariedad y retiro: puedo retirarme sin consecuencias. Contactos: [____].</w:t>
      </w:r>
    </w:p>
    <w:p w:rsidRPr="00F97A58" w:rsidR="005D6ECF" w:rsidP="005D6ECF" w:rsidRDefault="005D6ECF" w14:paraId="4CDF1C8B" w14:textId="77777777">
      <w:r w:rsidRPr="00F97A58">
        <w:rPr>
          <w:i/>
          <w:highlight w:val="yellow"/>
        </w:rPr>
        <w:t>Nota para el equipo investigador (parte del proceso): este consentimiento debe aplicarse como conversación, permitiendo preguntas y dando tiempo suficiente para decidir.</w:t>
      </w:r>
    </w:p>
    <w:p w:rsidRPr="00F97A58" w:rsidR="005D6ECF" w:rsidP="00281E25" w:rsidRDefault="005D6ECF" w14:paraId="566A1808" w14:textId="77777777">
      <w:pPr>
        <w:jc w:val="both"/>
        <w:rPr>
          <w:sz w:val="20"/>
          <w:szCs w:val="20"/>
        </w:rPr>
      </w:pPr>
    </w:p>
    <w:p w:rsidRPr="00F97A58" w:rsidR="004B758E" w:rsidP="00281E25" w:rsidRDefault="00000000" w14:paraId="7F24D2DE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1. ¿De qué se trata la investigación y cuál es su objetivo?</w:t>
      </w:r>
    </w:p>
    <w:p w:rsidRPr="00F97A58" w:rsidR="004B758E" w:rsidP="00281E25" w:rsidRDefault="00000000" w14:paraId="42BA7ED1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[Describa el objetivo principal del estudio en lenguaje simple, evitando tecnicismos.]</w:t>
      </w:r>
    </w:p>
    <w:p w:rsidRPr="00F97A58" w:rsidR="004B758E" w:rsidP="00281E25" w:rsidRDefault="00000000" w14:paraId="079FEE9F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 xml:space="preserve">2. ¿Por qué fue invitado/a </w:t>
      </w:r>
      <w:proofErr w:type="spellStart"/>
      <w:r w:rsidRPr="00F97A58">
        <w:rPr>
          <w:b/>
          <w:szCs w:val="20"/>
        </w:rPr>
        <w:t>a</w:t>
      </w:r>
      <w:proofErr w:type="spellEnd"/>
      <w:r w:rsidRPr="00F97A58">
        <w:rPr>
          <w:b/>
          <w:szCs w:val="20"/>
        </w:rPr>
        <w:t xml:space="preserve"> participar?</w:t>
      </w:r>
    </w:p>
    <w:p w:rsidRPr="00F97A58" w:rsidR="004B758E" w:rsidP="00281E25" w:rsidRDefault="00000000" w14:paraId="1D92034F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[Explique criterios de inclusión/reclutamiento en lenguaje simple.]</w:t>
      </w:r>
    </w:p>
    <w:p w:rsidRPr="00F97A58" w:rsidR="004B758E" w:rsidP="00281E25" w:rsidRDefault="00000000" w14:paraId="0595B45C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3. ¿En qué consiste su participación?</w:t>
      </w:r>
    </w:p>
    <w:p w:rsidRPr="00F97A58" w:rsidR="004B758E" w:rsidP="00281E25" w:rsidRDefault="00000000" w14:paraId="5B34EBE9" w14:textId="05376A73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[Detalle procedimientos: encuesta/entrevista/grupo focal/observación/u otros; número de sesiones; duración por sesión; modalidad (presencial/online); lugar; si habrá grabación de audio/video/fotografía</w:t>
      </w:r>
      <w:r w:rsidRPr="00F97A58" w:rsidR="00281E25">
        <w:rPr>
          <w:sz w:val="20"/>
          <w:szCs w:val="20"/>
        </w:rPr>
        <w:t>; posibles intervenciones y su descripción</w:t>
      </w:r>
      <w:r w:rsidRPr="00F97A58">
        <w:rPr>
          <w:sz w:val="20"/>
          <w:szCs w:val="20"/>
        </w:rPr>
        <w:t>]</w:t>
      </w:r>
    </w:p>
    <w:p w:rsidRPr="00F97A58" w:rsidR="004B758E" w:rsidP="00281E25" w:rsidRDefault="00000000" w14:paraId="184B3638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4. Duración y calendario</w:t>
      </w:r>
    </w:p>
    <w:p w:rsidRPr="00F97A58" w:rsidR="004B758E" w:rsidP="00281E25" w:rsidRDefault="00000000" w14:paraId="186BBD64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[Indique duración estimada total de su participación, y si habrá contactos posteriores.]</w:t>
      </w:r>
    </w:p>
    <w:p w:rsidRPr="00F97A58" w:rsidR="004B758E" w:rsidP="00281E25" w:rsidRDefault="00000000" w14:paraId="784D5DE5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5. Riesgos, molestias y medidas de resguardo</w:t>
      </w:r>
    </w:p>
    <w:p w:rsidRPr="00F97A58" w:rsidR="004B758E" w:rsidP="00281E25" w:rsidRDefault="00000000" w14:paraId="4B181FB7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lastRenderedPageBreak/>
        <w:t>[Describa riesgos previsibles (p. ej., incomodidad emocional, fatiga, exposición de información) y medidas de mitigación (pausas, derivación, suspensión, etc.). Si no hay riesgos mayores que los de la vida cotidiana, indíquelo.]</w:t>
      </w:r>
    </w:p>
    <w:p w:rsidRPr="00F97A58" w:rsidR="004B758E" w:rsidP="00281E25" w:rsidRDefault="00000000" w14:paraId="77857D54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6. Beneficios</w:t>
      </w:r>
    </w:p>
    <w:p w:rsidRPr="00F97A58" w:rsidR="004B758E" w:rsidP="00281E25" w:rsidRDefault="00000000" w14:paraId="5725F527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[Indique beneficios directos si los hay; si no existen, señale que no se esperan beneficios directos. Puede mencionar beneficios indirectos (aporte al conocimiento/mejoras).]</w:t>
      </w:r>
    </w:p>
    <w:p w:rsidRPr="00F97A58" w:rsidR="004B758E" w:rsidP="00281E25" w:rsidRDefault="00000000" w14:paraId="663AB9E6" w14:textId="0CA3D41A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 xml:space="preserve">7. Compensación o </w:t>
      </w:r>
      <w:r w:rsidRPr="00F97A58" w:rsidR="00281E25">
        <w:rPr>
          <w:b/>
          <w:szCs w:val="20"/>
        </w:rPr>
        <w:t>incentivo</w:t>
      </w:r>
      <w:r w:rsidRPr="00F97A58">
        <w:rPr>
          <w:b/>
          <w:szCs w:val="20"/>
        </w:rPr>
        <w:t xml:space="preserve"> (si aplica)</w:t>
      </w:r>
    </w:p>
    <w:p w:rsidRPr="00F97A58" w:rsidR="005D6ECF" w:rsidP="005D6ECF" w:rsidRDefault="005D6ECF" w14:paraId="5DE4533C" w14:textId="77777777">
      <w:r w:rsidRPr="00F97A58">
        <w:rPr>
          <w:i/>
          <w:highlight w:val="yellow"/>
        </w:rPr>
        <w:t>Agregar (si aplica): (i) pago parcial en caso de retiro; (</w:t>
      </w:r>
      <w:proofErr w:type="spellStart"/>
      <w:r w:rsidRPr="00F97A58">
        <w:rPr>
          <w:i/>
          <w:highlight w:val="yellow"/>
        </w:rPr>
        <w:t>ii</w:t>
      </w:r>
      <w:proofErr w:type="spellEnd"/>
      <w:r w:rsidRPr="00F97A58">
        <w:rPr>
          <w:i/>
          <w:highlight w:val="yellow"/>
        </w:rPr>
        <w:t>) reembolsos (transporte/datos móviles); (</w:t>
      </w:r>
      <w:proofErr w:type="spellStart"/>
      <w:r w:rsidRPr="00F97A58">
        <w:rPr>
          <w:i/>
          <w:highlight w:val="yellow"/>
        </w:rPr>
        <w:t>iii</w:t>
      </w:r>
      <w:proofErr w:type="spellEnd"/>
      <w:r w:rsidRPr="00F97A58">
        <w:rPr>
          <w:i/>
          <w:highlight w:val="yellow"/>
        </w:rPr>
        <w:t>) costos para el/la participante; y (</w:t>
      </w:r>
      <w:proofErr w:type="spellStart"/>
      <w:r w:rsidRPr="00F97A58">
        <w:rPr>
          <w:i/>
          <w:highlight w:val="yellow"/>
        </w:rPr>
        <w:t>iv</w:t>
      </w:r>
      <w:proofErr w:type="spellEnd"/>
      <w:r w:rsidRPr="00F97A58">
        <w:rPr>
          <w:i/>
          <w:highlight w:val="yellow"/>
        </w:rPr>
        <w:t>) condiciones de entrega (sin depender de completar todas las actividades).</w:t>
      </w:r>
    </w:p>
    <w:p w:rsidRPr="00F97A58" w:rsidR="004B758E" w:rsidP="00281E25" w:rsidRDefault="00000000" w14:paraId="75FA997F" w14:textId="78E1EDB1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[Detalle incentivos, reembolsos, y condiciones. Aclare que no dependen de completar el estudio.]</w:t>
      </w:r>
    </w:p>
    <w:p w:rsidRPr="00F97A58" w:rsidR="004B758E" w:rsidP="00281E25" w:rsidRDefault="00000000" w14:paraId="29DFA163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8. Voluntariedad y derecho a retirarse</w:t>
      </w:r>
    </w:p>
    <w:p w:rsidRPr="00F97A58" w:rsidR="005D6ECF" w:rsidP="005D6ECF" w:rsidRDefault="005D6ECF" w14:paraId="3972EC26" w14:textId="77777777">
      <w:r w:rsidRPr="00F97A58">
        <w:rPr>
          <w:i/>
          <w:highlight w:val="yellow"/>
        </w:rPr>
        <w:t>Cláusulas opcionales según contexto (incluir si aplica): a) Estudios en escuelas: ‘Su decisión no afectará calificaciones, evaluaciones ni acceso a beneficios escolares.’ b) Estudios en lugares de trabajo: ‘Su decisión no afectará su empleo, evaluaciones, turnos, beneficios ni oportunidades.’ c) Estudios en servicios de salud: ‘Su decisión no afectará su atención, prestaciones ni su relación con el equipo tratante.’</w:t>
      </w:r>
    </w:p>
    <w:p w:rsidRPr="00F97A58" w:rsidR="004B758E" w:rsidP="00281E25" w:rsidRDefault="00000000" w14:paraId="033F1D5F" w14:textId="0E04908A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Su participación es completamente voluntaria. Usted puede negarse a participar o retirarse en cualquier momento, sin necesidad de entregar explicaciones y sin consecuencias negativas para usted.</w:t>
      </w:r>
    </w:p>
    <w:p w:rsidRPr="00F97A58" w:rsidR="004B758E" w:rsidP="00281E25" w:rsidRDefault="00000000" w14:paraId="27568727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9. Confidencialidad y protección de datos</w:t>
      </w:r>
    </w:p>
    <w:p w:rsidRPr="00F97A58" w:rsidR="005D6ECF" w:rsidP="005D6ECF" w:rsidRDefault="005D6ECF" w14:paraId="4F0C64B8" w14:textId="77777777">
      <w:r w:rsidRPr="00F97A58">
        <w:rPr>
          <w:i/>
          <w:highlight w:val="yellow"/>
        </w:rPr>
        <w:t>Límites de confidencialidad (si aplica): existen situaciones excepcionales en que el equipo podría estar obligado a informar a autoridades competentes (por ejemplo, ante riesgo grave e inminente o según deberes legales de reporte). Si este estudio contempla tales límites, descríbalos aquí: [____].</w:t>
      </w:r>
    </w:p>
    <w:p w:rsidRPr="00F97A58" w:rsidR="005D6ECF" w:rsidP="005D6ECF" w:rsidRDefault="005D6ECF" w14:paraId="4A55F7CA" w14:textId="77777777">
      <w:r w:rsidRPr="00F97A58">
        <w:rPr>
          <w:i/>
          <w:highlight w:val="yellow"/>
        </w:rPr>
        <w:t>Importante (si el estudio incluye grupo focal u otra instancia grupal): el equipo solicitará mantener reserva, pero no puede garantizar que otros/as participantes no compartan información fuera de la sesión.</w:t>
      </w:r>
    </w:p>
    <w:p w:rsidRPr="00F97A58" w:rsidR="004B758E" w:rsidP="00281E25" w:rsidRDefault="00000000" w14:paraId="3D8B9B24" w14:textId="20DE31E2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El equipo investigador adoptará medidas para resguardar la confidencialidad y la seguridad de la información. Explique a continuación los aspectos específicos de su estudio:</w:t>
      </w:r>
    </w:p>
    <w:p w:rsidRPr="00F97A58" w:rsidR="004B758E" w:rsidP="00281E25" w:rsidRDefault="00000000" w14:paraId="2FCB98DC" w14:textId="77777777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Qué datos se recopilarán (p. ej., edad, género, respuestas, registros de audio/video).</w:t>
      </w:r>
    </w:p>
    <w:p w:rsidRPr="00F97A58" w:rsidR="004B758E" w:rsidP="00281E25" w:rsidRDefault="00000000" w14:paraId="30B3EF2A" w14:textId="77777777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Si se recopilarán datos personales y/o sensibles; y con qué finalidad.</w:t>
      </w:r>
    </w:p>
    <w:p w:rsidRPr="00F97A58" w:rsidR="004B758E" w:rsidP="00281E25" w:rsidRDefault="00000000" w14:paraId="01EADD6D" w14:textId="77777777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Cómo se codificarán/</w:t>
      </w:r>
      <w:proofErr w:type="spellStart"/>
      <w:r w:rsidRPr="00F97A58">
        <w:rPr>
          <w:sz w:val="20"/>
          <w:szCs w:val="20"/>
        </w:rPr>
        <w:t>seudonimizarán</w:t>
      </w:r>
      <w:proofErr w:type="spellEnd"/>
      <w:r w:rsidRPr="00F97A58">
        <w:rPr>
          <w:sz w:val="20"/>
          <w:szCs w:val="20"/>
        </w:rPr>
        <w:t xml:space="preserve"> los datos (p. ej., ID numérico) y dónde se guardará la tabla de correspondencia.</w:t>
      </w:r>
    </w:p>
    <w:p w:rsidRPr="00F97A58" w:rsidR="004B758E" w:rsidP="00281E25" w:rsidRDefault="00000000" w14:paraId="2A3D56CC" w14:textId="77777777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lastRenderedPageBreak/>
        <w:t>Quiénes tendrán acceso (p. ej., solo equipo investigador; personal de transcripción bajo acuerdo de confidencialidad).</w:t>
      </w:r>
    </w:p>
    <w:p w:rsidRPr="00F97A58" w:rsidR="004B758E" w:rsidP="00281E25" w:rsidRDefault="00000000" w14:paraId="0E378C6F" w14:textId="77777777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Dónde se almacenarán (p. ej., disco cifrado/servidor institucional con acceso restringido) y por cuánto tiempo.</w:t>
      </w:r>
    </w:p>
    <w:p w:rsidRPr="00F97A58" w:rsidR="004B758E" w:rsidP="00281E25" w:rsidRDefault="00000000" w14:paraId="04132AE9" w14:textId="77777777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Qué ocurrirá al finalizar el periodo de conservación (destrucción segura o anonimización irreversible).</w:t>
      </w:r>
    </w:p>
    <w:p w:rsidRPr="00F97A58" w:rsidR="004B758E" w:rsidP="00281E25" w:rsidRDefault="00000000" w14:paraId="6E61E30A" w14:textId="77777777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 xml:space="preserve">Si se compartirán datos con terceros y </w:t>
      </w:r>
      <w:proofErr w:type="gramStart"/>
      <w:r w:rsidRPr="00F97A58">
        <w:rPr>
          <w:sz w:val="20"/>
          <w:szCs w:val="20"/>
        </w:rPr>
        <w:t>bajo qué condiciones</w:t>
      </w:r>
      <w:proofErr w:type="gramEnd"/>
      <w:r w:rsidRPr="00F97A58">
        <w:rPr>
          <w:sz w:val="20"/>
          <w:szCs w:val="20"/>
        </w:rPr>
        <w:t xml:space="preserve"> (idealmente, solo datos anonimizados o con autorización expresa).</w:t>
      </w:r>
    </w:p>
    <w:p w:rsidRPr="00F97A58" w:rsidR="004B758E" w:rsidP="00281E25" w:rsidRDefault="00000000" w14:paraId="3C4FF1E4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[Complete/ajuste los puntos anteriores según su proyecto.]</w:t>
      </w:r>
    </w:p>
    <w:p w:rsidRPr="00F97A58" w:rsidR="004B758E" w:rsidP="00281E25" w:rsidRDefault="00000000" w14:paraId="61FF8A06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10. Uso de resultados</w:t>
      </w:r>
    </w:p>
    <w:p w:rsidRPr="00F97A58" w:rsidR="004B758E" w:rsidP="00281E25" w:rsidRDefault="00281E25" w14:paraId="235EEBFC" w14:textId="746FE34D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[Describa cómo podrán difundirse los resultados: en informes, presentaciones académicas y/o publicaciones, siempre de forma agregada o con datos anonimizados, evitando identificar a las personas participantes, salvo que usted autorice expresamente.]</w:t>
      </w:r>
    </w:p>
    <w:p w:rsidRPr="00F97A58" w:rsidR="004B758E" w:rsidP="00281E25" w:rsidRDefault="00000000" w14:paraId="0B8FFA4B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11. Reutilización de datos (si aplica)</w:t>
      </w:r>
    </w:p>
    <w:p w:rsidRPr="00F97A58" w:rsidR="005D6ECF" w:rsidP="005D6ECF" w:rsidRDefault="005D6ECF" w14:paraId="1F84C5A9" w14:textId="77777777">
      <w:r w:rsidRPr="00F97A58">
        <w:rPr>
          <w:i/>
          <w:highlight w:val="yellow"/>
        </w:rPr>
        <w:t>Retiro y datos ya recopilados (si aplica): indique qué ocurrirá con los datos ya obtenidos si usted decide retirarse a mitad del estudio (por ejemplo, si se conservarán anonimizados o si se eliminarán cuando sea posible): [____].</w:t>
      </w:r>
    </w:p>
    <w:p w:rsidRPr="00F97A58" w:rsidR="004B758E" w:rsidP="00281E25" w:rsidRDefault="00000000" w14:paraId="2D81B742" w14:textId="14E395FE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 xml:space="preserve">[Indique si los datos </w:t>
      </w:r>
      <w:proofErr w:type="gramStart"/>
      <w:r w:rsidRPr="00F97A58">
        <w:rPr>
          <w:sz w:val="20"/>
          <w:szCs w:val="20"/>
        </w:rPr>
        <w:t>podrían</w:t>
      </w:r>
      <w:proofErr w:type="gramEnd"/>
      <w:r w:rsidRPr="00F97A58">
        <w:rPr>
          <w:sz w:val="20"/>
          <w:szCs w:val="20"/>
        </w:rPr>
        <w:t xml:space="preserve"> usarse en investigaciones futuras; condiciones; anonimización; o declare que se destruirán después de X tiempo y no se reutilizarán.]</w:t>
      </w:r>
    </w:p>
    <w:p w:rsidRPr="00F97A58" w:rsidR="004B758E" w:rsidP="00281E25" w:rsidRDefault="00000000" w14:paraId="646038AA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12. Contacto para preguntas o reclamos</w:t>
      </w:r>
    </w:p>
    <w:p w:rsidRPr="00F97A58" w:rsidR="004B758E" w:rsidP="00281E25" w:rsidRDefault="00000000" w14:paraId="5A6ABBDB" w14:textId="1238E39F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Si tiene preguntas sobre este estudio, puede contactar a:</w:t>
      </w:r>
      <w:r w:rsidRPr="00F97A58" w:rsidR="00CA65D1">
        <w:rPr>
          <w:sz w:val="20"/>
          <w:szCs w:val="20"/>
        </w:rPr>
        <w:t xml:space="preserve"> </w:t>
      </w:r>
      <w:r w:rsidRPr="00F97A58">
        <w:rPr>
          <w:sz w:val="20"/>
          <w:szCs w:val="20"/>
        </w:rPr>
        <w:t xml:space="preserve">- Investigador/a </w:t>
      </w:r>
      <w:proofErr w:type="gramStart"/>
      <w:r w:rsidRPr="00F97A58">
        <w:rPr>
          <w:sz w:val="20"/>
          <w:szCs w:val="20"/>
        </w:rPr>
        <w:t>Responsable</w:t>
      </w:r>
      <w:proofErr w:type="gramEnd"/>
      <w:r w:rsidRPr="00F97A58">
        <w:rPr>
          <w:sz w:val="20"/>
          <w:szCs w:val="20"/>
        </w:rPr>
        <w:t>: [Nombre], [Unidad/Institución], [correo], [teléfono].</w:t>
      </w:r>
      <w:r w:rsidRPr="00F97A58" w:rsidR="00CA65D1">
        <w:rPr>
          <w:sz w:val="20"/>
          <w:szCs w:val="20"/>
        </w:rPr>
        <w:t xml:space="preserve"> </w:t>
      </w:r>
      <w:r w:rsidRPr="00F97A58">
        <w:rPr>
          <w:sz w:val="20"/>
          <w:szCs w:val="20"/>
        </w:rPr>
        <w:t>- (Si aplica) Académico/a guía o responsable institucional: [Nombre], [correo], [teléfono].</w:t>
      </w:r>
    </w:p>
    <w:p w:rsidRPr="00F97A58" w:rsidR="3844A28B" w:rsidP="6E1A3C07" w:rsidRDefault="3844A28B" w14:paraId="444FCD0B" w14:textId="223357EA">
      <w:pPr>
        <w:jc w:val="both"/>
      </w:pPr>
      <w:r w:rsidRPr="14DB00C8" w:rsidR="38ABC917">
        <w:rPr>
          <w:sz w:val="20"/>
          <w:szCs w:val="20"/>
        </w:rPr>
        <w:t xml:space="preserve">Si usted tiene consultas o preocupaciones respecto a sus derechos como participante, puede contactar al </w:t>
      </w:r>
      <w:r w:rsidRPr="14DB00C8" w:rsidR="38ABC917">
        <w:rPr>
          <w:sz w:val="20"/>
          <w:szCs w:val="20"/>
        </w:rPr>
        <w:t>Comité</w:t>
      </w:r>
      <w:r w:rsidRPr="14DB00C8" w:rsidR="38ABC917">
        <w:rPr>
          <w:sz w:val="20"/>
          <w:szCs w:val="20"/>
        </w:rPr>
        <w:t xml:space="preserve"> Ético Institucional </w:t>
      </w:r>
      <w:r w:rsidRPr="14DB00C8" w:rsidR="467095CF">
        <w:rPr>
          <w:sz w:val="20"/>
          <w:szCs w:val="20"/>
        </w:rPr>
        <w:t xml:space="preserve">en Investigación </w:t>
      </w:r>
      <w:r w:rsidRPr="14DB00C8" w:rsidR="38ABC917">
        <w:rPr>
          <w:sz w:val="20"/>
          <w:szCs w:val="20"/>
        </w:rPr>
        <w:t xml:space="preserve">(CEII) de la Universidad del Desarrollo (UDD), a través de su </w:t>
      </w:r>
      <w:r w:rsidRPr="14DB00C8" w:rsidR="38ABC917">
        <w:rPr>
          <w:sz w:val="20"/>
          <w:szCs w:val="20"/>
        </w:rPr>
        <w:t>Presidente</w:t>
      </w:r>
      <w:r w:rsidRPr="14DB00C8" w:rsidR="38ABC917">
        <w:rPr>
          <w:sz w:val="20"/>
          <w:szCs w:val="20"/>
        </w:rPr>
        <w:t xml:space="preserve"> Francisco Ceric Garrido (fceric@udd.cl) o de su </w:t>
      </w:r>
      <w:r w:rsidRPr="14DB00C8" w:rsidR="38ABC917">
        <w:rPr>
          <w:sz w:val="20"/>
          <w:szCs w:val="20"/>
        </w:rPr>
        <w:t>Secretario Ejecutivo</w:t>
      </w:r>
      <w:r w:rsidRPr="14DB00C8" w:rsidR="38ABC917">
        <w:rPr>
          <w:sz w:val="20"/>
          <w:szCs w:val="20"/>
        </w:rPr>
        <w:t xml:space="preserve"> Erick Atenas Núñez (erickatenas@udd.cl).</w:t>
      </w:r>
    </w:p>
    <w:p w:rsidRPr="00F97A58" w:rsidR="004B758E" w:rsidP="00281E25" w:rsidRDefault="004B758E" w14:paraId="121BFF48" w14:textId="77777777">
      <w:pPr>
        <w:jc w:val="both"/>
        <w:rPr>
          <w:sz w:val="20"/>
          <w:szCs w:val="20"/>
        </w:rPr>
      </w:pPr>
    </w:p>
    <w:p w:rsidRPr="00F97A58" w:rsidR="004B758E" w:rsidP="00281E25" w:rsidRDefault="00000000" w14:paraId="571D1996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DECLARACIÓN DE CONSENTIMIENTO</w:t>
      </w:r>
    </w:p>
    <w:p w:rsidRPr="00F97A58" w:rsidR="005D6ECF" w:rsidP="005D6ECF" w:rsidRDefault="005D6ECF" w14:paraId="40021501" w14:textId="77777777">
      <w:r w:rsidRPr="00F97A58">
        <w:rPr>
          <w:i/>
          <w:highlight w:val="yellow"/>
        </w:rPr>
        <w:t>Declaración institucional: este consentimiento no le solicita renunciar a derechos legales ni libera de responsabilidad por negligencia al investigador, patrocinador o institución.</w:t>
      </w:r>
    </w:p>
    <w:p w:rsidRPr="00F97A58" w:rsidR="004B758E" w:rsidP="00281E25" w:rsidRDefault="00000000" w14:paraId="126B84AF" w14:textId="715E72E3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He leído (o se me ha leído) este documento. He podido hacer preguntas y se han respondido satisfactoriamente.</w:t>
      </w:r>
    </w:p>
    <w:p w:rsidRPr="00F97A58" w:rsidR="004B758E" w:rsidP="00281E25" w:rsidRDefault="00000000" w14:paraId="41CDE459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Entiendo que mi participación es voluntaria y que puedo retirarme en cualquier momento sin consecuencias negativas.</w:t>
      </w:r>
    </w:p>
    <w:p w:rsidRPr="00F97A58" w:rsidR="004B758E" w:rsidP="00281E25" w:rsidRDefault="00000000" w14:paraId="12BDFBB5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lastRenderedPageBreak/>
        <w:t>Al firmar, acepto participar en este estudio en los términos descritos.</w:t>
      </w:r>
    </w:p>
    <w:p w:rsidRPr="00F97A58" w:rsidR="004B758E" w:rsidP="00281E25" w:rsidRDefault="004B758E" w14:paraId="1D6E0C46" w14:textId="77777777">
      <w:pPr>
        <w:jc w:val="both"/>
        <w:rPr>
          <w:sz w:val="20"/>
          <w:szCs w:val="20"/>
        </w:rPr>
      </w:pPr>
    </w:p>
    <w:p w:rsidRPr="00F97A58" w:rsidR="004B758E" w:rsidP="00281E25" w:rsidRDefault="00000000" w14:paraId="21D991C7" w14:textId="77777777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Opciones de autorización (marque lo que corresponda)</w:t>
      </w:r>
    </w:p>
    <w:p w:rsidRPr="00F97A58" w:rsidR="004B758E" w:rsidP="00281E25" w:rsidRDefault="00000000" w14:paraId="32BA498C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☐ Acepto participar en la investigación.</w:t>
      </w:r>
    </w:p>
    <w:p w:rsidRPr="00F97A58" w:rsidR="004B758E" w:rsidP="00281E25" w:rsidRDefault="00000000" w14:paraId="2FA459ED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☐ Acepto que mi participación sea grabada en audio (si corresponde).</w:t>
      </w:r>
    </w:p>
    <w:p w:rsidRPr="00F97A58" w:rsidR="004B758E" w:rsidP="00281E25" w:rsidRDefault="00000000" w14:paraId="4F1A9950" w14:textId="77777777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☐ Acepto que mi participación sea grabada en video y/o fotografiada (si corresponde).</w:t>
      </w:r>
    </w:p>
    <w:p w:rsidRPr="00F97A58" w:rsidR="004B758E" w:rsidP="00281E25" w:rsidRDefault="00000000" w14:paraId="4A785F17" w14:textId="7743B732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 xml:space="preserve">☐ Acepto ser </w:t>
      </w:r>
      <w:proofErr w:type="spellStart"/>
      <w:r w:rsidRPr="00F97A58">
        <w:rPr>
          <w:sz w:val="20"/>
          <w:szCs w:val="20"/>
        </w:rPr>
        <w:t>re-contactado</w:t>
      </w:r>
      <w:proofErr w:type="spellEnd"/>
      <w:r w:rsidRPr="00F97A58">
        <w:rPr>
          <w:sz w:val="20"/>
          <w:szCs w:val="20"/>
        </w:rPr>
        <w:t xml:space="preserve">/a para seguimiento o actividades posteriores (si corresponde). </w:t>
      </w:r>
      <w:r w:rsidRPr="00F97A58" w:rsidR="00281E25">
        <w:rPr>
          <w:sz w:val="20"/>
          <w:szCs w:val="20"/>
        </w:rPr>
        <w:t>[</w:t>
      </w:r>
      <w:r w:rsidRPr="00F97A58">
        <w:rPr>
          <w:sz w:val="20"/>
          <w:szCs w:val="20"/>
        </w:rPr>
        <w:t>Indique medio:</w:t>
      </w:r>
      <w:proofErr w:type="gramStart"/>
      <w:r w:rsidRPr="00F97A58">
        <w:rPr>
          <w:sz w:val="20"/>
          <w:szCs w:val="20"/>
        </w:rPr>
        <w:t xml:space="preserve">  ]</w:t>
      </w:r>
      <w:proofErr w:type="gramEnd"/>
    </w:p>
    <w:p w:rsidRPr="00F97A58" w:rsidR="004B758E" w:rsidP="00281E25" w:rsidRDefault="00281E25" w14:paraId="06E4C4B5" w14:textId="089A52F6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☐ [Puede agregar más alternativas según la naturaleza de la investigación]</w:t>
      </w:r>
    </w:p>
    <w:p w:rsidRPr="00F97A58" w:rsidR="00281E25" w:rsidP="00281E25" w:rsidRDefault="00281E25" w14:paraId="1671DDBF" w14:textId="77777777">
      <w:pPr>
        <w:jc w:val="both"/>
        <w:rPr>
          <w:sz w:val="20"/>
          <w:szCs w:val="20"/>
        </w:rPr>
      </w:pPr>
    </w:p>
    <w:p w:rsidRPr="00F97A58" w:rsidR="00CA65D1" w:rsidP="00281E25" w:rsidRDefault="00CA65D1" w14:paraId="07806EF5" w14:textId="77777777">
      <w:pPr>
        <w:jc w:val="both"/>
        <w:rPr>
          <w:sz w:val="20"/>
          <w:szCs w:val="20"/>
        </w:rPr>
      </w:pPr>
    </w:p>
    <w:tbl>
      <w:tblPr>
        <w:tblStyle w:val="Tablanormal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070"/>
        <w:gridCol w:w="3364"/>
      </w:tblGrid>
      <w:tr w:rsidRPr="00F97A58" w:rsidR="00CA65D1" w:rsidTr="00CA65D1" w14:paraId="185EE62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:rsidRPr="00F97A58" w:rsidR="00CA65D1" w:rsidP="00CA65D1" w:rsidRDefault="00CA65D1" w14:paraId="2B0EDDC5" w14:textId="0943053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_________________________________________</w:t>
            </w:r>
          </w:p>
          <w:p w:rsidRPr="00F97A58" w:rsidR="00CA65D1" w:rsidP="00CA65D1" w:rsidRDefault="00CA65D1" w14:paraId="745EAA33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Nombre y firma del/de la participante</w:t>
            </w:r>
          </w:p>
          <w:p w:rsidRPr="00F97A58" w:rsidR="00CA65D1" w:rsidP="00CA65D1" w:rsidRDefault="00CA65D1" w14:paraId="247F031A" w14:textId="77777777">
            <w:pPr>
              <w:jc w:val="center"/>
              <w:rPr>
                <w:sz w:val="20"/>
                <w:szCs w:val="20"/>
              </w:rPr>
            </w:pPr>
          </w:p>
          <w:p w:rsidRPr="00F97A58" w:rsidR="00CA65D1" w:rsidP="00CA65D1" w:rsidRDefault="00CA65D1" w14:paraId="7B1DA8C3" w14:textId="77777777">
            <w:pPr>
              <w:jc w:val="center"/>
              <w:rPr>
                <w:sz w:val="20"/>
                <w:szCs w:val="20"/>
              </w:rPr>
            </w:pPr>
          </w:p>
          <w:p w:rsidRPr="00F97A58" w:rsidR="00CA65D1" w:rsidP="00CA65D1" w:rsidRDefault="00CA65D1" w14:paraId="611E88C1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:rsidRPr="00F97A58" w:rsidR="00CA65D1" w:rsidP="00CA65D1" w:rsidRDefault="00CA65D1" w14:paraId="4EC8308A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________________</w:t>
            </w:r>
          </w:p>
          <w:p w:rsidRPr="00F97A58" w:rsidR="00CA65D1" w:rsidP="00CA65D1" w:rsidRDefault="00CA65D1" w14:paraId="6B71330C" w14:textId="45B2B4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Fecha</w:t>
            </w:r>
          </w:p>
        </w:tc>
      </w:tr>
      <w:tr w:rsidRPr="00F97A58" w:rsidR="00CA65D1" w:rsidTr="00CA65D1" w14:paraId="310BCE8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:rsidRPr="00F97A58" w:rsidR="00CA65D1" w:rsidP="00CA65D1" w:rsidRDefault="00CA65D1" w14:paraId="2F04E542" w14:textId="6134EF36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________________________________________</w:t>
            </w:r>
          </w:p>
          <w:p w:rsidRPr="00F97A58" w:rsidR="00CA65D1" w:rsidP="00CA65D1" w:rsidRDefault="00CA65D1" w14:paraId="69DBD856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Nombre y firma de quien aplica el consentimiento informado</w:t>
            </w:r>
          </w:p>
          <w:p w:rsidRPr="00F97A58" w:rsidR="00CA65D1" w:rsidP="00CA65D1" w:rsidRDefault="00CA65D1" w14:paraId="7242CDA2" w14:textId="77777777">
            <w:pPr>
              <w:jc w:val="center"/>
              <w:rPr>
                <w:sz w:val="20"/>
                <w:szCs w:val="20"/>
              </w:rPr>
            </w:pPr>
          </w:p>
          <w:p w:rsidRPr="00F97A58" w:rsidR="00CA65D1" w:rsidP="00CA65D1" w:rsidRDefault="00CA65D1" w14:paraId="0BB0CEF9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:rsidRPr="00F97A58" w:rsidR="00CA65D1" w:rsidP="00CA65D1" w:rsidRDefault="00CA65D1" w14:paraId="51B6668E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7A58">
              <w:rPr>
                <w:sz w:val="20"/>
                <w:szCs w:val="20"/>
              </w:rPr>
              <w:t>________________</w:t>
            </w:r>
          </w:p>
          <w:p w:rsidRPr="00F97A58" w:rsidR="00CA65D1" w:rsidP="00CA65D1" w:rsidRDefault="00CA65D1" w14:paraId="1900E7A6" w14:textId="5D892A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7A58">
              <w:rPr>
                <w:sz w:val="20"/>
                <w:szCs w:val="20"/>
              </w:rPr>
              <w:t>Fecha</w:t>
            </w:r>
          </w:p>
        </w:tc>
      </w:tr>
      <w:tr w:rsidRPr="00F97A58" w:rsidR="00CA65D1" w:rsidTr="00CA65D1" w14:paraId="76FADCD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:rsidRPr="00F97A58" w:rsidR="00CA65D1" w:rsidP="00CA65D1" w:rsidRDefault="00CA65D1" w14:paraId="04AB5F0F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_______________________________</w:t>
            </w:r>
          </w:p>
          <w:p w:rsidRPr="00F97A58" w:rsidR="00CA65D1" w:rsidP="00CA65D1" w:rsidRDefault="00CA65D1" w14:paraId="3D6A69C9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 xml:space="preserve">Nombre y firma del/de la Investigador/a </w:t>
            </w:r>
            <w:proofErr w:type="gramStart"/>
            <w:r w:rsidRPr="00F97A58">
              <w:rPr>
                <w:b w:val="0"/>
                <w:bCs w:val="0"/>
                <w:sz w:val="20"/>
                <w:szCs w:val="20"/>
              </w:rPr>
              <w:t>Responsable</w:t>
            </w:r>
            <w:proofErr w:type="gramEnd"/>
          </w:p>
          <w:p w:rsidRPr="00F97A58" w:rsidR="00CA65D1" w:rsidP="00CA65D1" w:rsidRDefault="00CA65D1" w14:paraId="2CFE8A60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:rsidRPr="00F97A58" w:rsidR="00CA65D1" w:rsidP="00CA65D1" w:rsidRDefault="00CA65D1" w14:paraId="2964769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7A58">
              <w:rPr>
                <w:sz w:val="20"/>
                <w:szCs w:val="20"/>
              </w:rPr>
              <w:t>________________</w:t>
            </w:r>
          </w:p>
          <w:p w:rsidRPr="00F97A58" w:rsidR="00CA65D1" w:rsidP="00CA65D1" w:rsidRDefault="00CA65D1" w14:paraId="3C0F5858" w14:textId="0E268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7A58">
              <w:rPr>
                <w:sz w:val="20"/>
                <w:szCs w:val="20"/>
              </w:rPr>
              <w:t>Fecha</w:t>
            </w:r>
          </w:p>
        </w:tc>
      </w:tr>
    </w:tbl>
    <w:p w:rsidRPr="00F97A58" w:rsidR="00281E25" w:rsidP="00CA65D1" w:rsidRDefault="00281E25" w14:paraId="1C45176F" w14:textId="77777777">
      <w:pPr>
        <w:jc w:val="center"/>
        <w:rPr>
          <w:sz w:val="20"/>
          <w:szCs w:val="20"/>
        </w:rPr>
      </w:pPr>
    </w:p>
    <w:p w:rsidRPr="00F97A58" w:rsidR="00CA65D1" w:rsidP="00CA65D1" w:rsidRDefault="00CA65D1" w14:paraId="5AE40531" w14:textId="77777777">
      <w:pPr>
        <w:jc w:val="center"/>
        <w:rPr>
          <w:sz w:val="20"/>
          <w:szCs w:val="20"/>
        </w:rPr>
      </w:pPr>
    </w:p>
    <w:p w:rsidRPr="00F97A58" w:rsidR="00281E25" w:rsidP="00281E25" w:rsidRDefault="00281E25" w14:paraId="416606DE" w14:textId="77777777">
      <w:pPr>
        <w:jc w:val="both"/>
        <w:rPr>
          <w:sz w:val="20"/>
          <w:szCs w:val="20"/>
        </w:rPr>
      </w:pPr>
    </w:p>
    <w:p w:rsidRPr="00F97A58" w:rsidR="00281E25" w:rsidP="00281E25" w:rsidRDefault="00281E25" w14:paraId="77A0F74E" w14:textId="77777777">
      <w:pPr>
        <w:jc w:val="both"/>
        <w:rPr>
          <w:sz w:val="20"/>
          <w:szCs w:val="20"/>
        </w:rPr>
      </w:pPr>
    </w:p>
    <w:p w:rsidRPr="00281E25" w:rsidR="004B758E" w:rsidP="00281E25" w:rsidRDefault="00000000" w14:paraId="03AF50A2" w14:textId="72C575CC">
      <w:pPr>
        <w:jc w:val="center"/>
        <w:rPr>
          <w:sz w:val="20"/>
          <w:szCs w:val="20"/>
        </w:rPr>
      </w:pPr>
      <w:r w:rsidRPr="00F97A58">
        <w:rPr>
          <w:sz w:val="20"/>
          <w:szCs w:val="20"/>
        </w:rPr>
        <w:t>Firmas en duplicado: una copia para el/la participante y otra para el equipo de investigación.</w:t>
      </w:r>
    </w:p>
    <w:sectPr w:rsidRPr="00281E25" w:rsidR="004B758E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F97A58" w:rsidR="000C2437" w:rsidP="00281E25" w:rsidRDefault="000C2437" w14:paraId="474AAFBE" w14:textId="77777777">
      <w:pPr>
        <w:spacing w:after="0" w:line="240" w:lineRule="auto"/>
      </w:pPr>
      <w:r w:rsidRPr="00F97A58">
        <w:separator/>
      </w:r>
    </w:p>
  </w:endnote>
  <w:endnote w:type="continuationSeparator" w:id="0">
    <w:p w:rsidRPr="00F97A58" w:rsidR="000C2437" w:rsidP="00281E25" w:rsidRDefault="000C2437" w14:paraId="46B4FDAB" w14:textId="77777777">
      <w:pPr>
        <w:spacing w:after="0" w:line="240" w:lineRule="auto"/>
      </w:pPr>
      <w:r w:rsidRPr="00F97A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F97A58" w:rsidR="000C2437" w:rsidP="00281E25" w:rsidRDefault="000C2437" w14:paraId="7CEACF13" w14:textId="77777777">
      <w:pPr>
        <w:spacing w:after="0" w:line="240" w:lineRule="auto"/>
      </w:pPr>
      <w:r w:rsidRPr="00F97A58">
        <w:separator/>
      </w:r>
    </w:p>
  </w:footnote>
  <w:footnote w:type="continuationSeparator" w:id="0">
    <w:p w:rsidRPr="00F97A58" w:rsidR="000C2437" w:rsidP="00281E25" w:rsidRDefault="000C2437" w14:paraId="2B158F86" w14:textId="77777777">
      <w:pPr>
        <w:spacing w:after="0" w:line="240" w:lineRule="auto"/>
      </w:pPr>
      <w:r w:rsidRPr="00F97A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97A58" w:rsidR="00281E25" w:rsidP="00281E25" w:rsidRDefault="00281E25" w14:paraId="70AC7189" w14:textId="28073497">
    <w:pPr>
      <w:pStyle w:val="Encabezado"/>
    </w:pPr>
    <w:r w:rsidRPr="00F97A58">
      <w:drawing>
        <wp:inline distT="0" distB="0" distL="0" distR="0" wp14:anchorId="37795002" wp14:editId="43FF3DAF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369909918">
    <w:abstractNumId w:val="8"/>
  </w:num>
  <w:num w:numId="2" w16cid:durableId="1499812207">
    <w:abstractNumId w:val="6"/>
  </w:num>
  <w:num w:numId="3" w16cid:durableId="1519200763">
    <w:abstractNumId w:val="5"/>
  </w:num>
  <w:num w:numId="4" w16cid:durableId="1925652141">
    <w:abstractNumId w:val="4"/>
  </w:num>
  <w:num w:numId="5" w16cid:durableId="394671247">
    <w:abstractNumId w:val="7"/>
  </w:num>
  <w:num w:numId="6" w16cid:durableId="1027828948">
    <w:abstractNumId w:val="3"/>
  </w:num>
  <w:num w:numId="7" w16cid:durableId="1081028532">
    <w:abstractNumId w:val="2"/>
  </w:num>
  <w:num w:numId="8" w16cid:durableId="513346617">
    <w:abstractNumId w:val="1"/>
  </w:num>
  <w:num w:numId="9" w16cid:durableId="403918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437"/>
    <w:rsid w:val="0015074B"/>
    <w:rsid w:val="00274496"/>
    <w:rsid w:val="00281E25"/>
    <w:rsid w:val="0029639D"/>
    <w:rsid w:val="00326F90"/>
    <w:rsid w:val="00472226"/>
    <w:rsid w:val="004B758E"/>
    <w:rsid w:val="004E5C6F"/>
    <w:rsid w:val="00570DF1"/>
    <w:rsid w:val="005D6ECF"/>
    <w:rsid w:val="00921119"/>
    <w:rsid w:val="00A16804"/>
    <w:rsid w:val="00AA1D8D"/>
    <w:rsid w:val="00B47730"/>
    <w:rsid w:val="00CA65D1"/>
    <w:rsid w:val="00CB0664"/>
    <w:rsid w:val="00F97A58"/>
    <w:rsid w:val="00FA383C"/>
    <w:rsid w:val="00FC693F"/>
    <w:rsid w:val="00FE7D61"/>
    <w:rsid w:val="03DBAD99"/>
    <w:rsid w:val="14DB00C8"/>
    <w:rsid w:val="31660BD2"/>
    <w:rsid w:val="3844A28B"/>
    <w:rsid w:val="38ABC917"/>
    <w:rsid w:val="467095CF"/>
    <w:rsid w:val="6E1A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0CC67"/>
  <w14:defaultImageDpi w14:val="300"/>
  <w15:docId w15:val="{5FB91FEC-4145-4EFF-8302-D74FA95D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A65D1"/>
    <w:rPr>
      <w:rFonts w:ascii="Calibri" w:hAnsi="Calibri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normal4">
    <w:name w:val="Plain Table 4"/>
    <w:basedOn w:val="Tablanormal"/>
    <w:uiPriority w:val="99"/>
    <w:rsid w:val="00CA65D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</dc:creator>
  <keywords/>
  <dc:description>generated by python-docx</dc:description>
  <lastModifiedBy>Erick Sebhastians Atenas</lastModifiedBy>
  <revision>7</revision>
  <dcterms:created xsi:type="dcterms:W3CDTF">2026-05-28T22:57:00.0000000Z</dcterms:created>
  <dcterms:modified xsi:type="dcterms:W3CDTF">2026-07-23T21:37:52.6982912Z</dcterms:modified>
  <category/>
</coreProperties>
</file>