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04F57" w14:textId="76DCA192" w:rsidR="00450B3E" w:rsidRPr="00CC1730" w:rsidRDefault="00CC1730">
      <w:pPr>
        <w:jc w:val="center"/>
      </w:pPr>
      <w:r w:rsidRPr="00CC1730">
        <w:rPr>
          <w:b/>
          <w:sz w:val="36"/>
        </w:rPr>
        <w:t>Protocolo de eventos adversos</w:t>
      </w:r>
    </w:p>
    <w:p w14:paraId="4B608450" w14:textId="165DCEA9" w:rsidR="00450B3E" w:rsidRPr="00CC1730" w:rsidRDefault="00000000">
      <w:pPr>
        <w:jc w:val="center"/>
      </w:pPr>
      <w:r w:rsidRPr="00CC1730">
        <w:rPr>
          <w:i/>
        </w:rPr>
        <w:t xml:space="preserve">Protocolo de gestión y reporte de eventos adversos (CEII </w:t>
      </w:r>
      <w:r w:rsidR="00504B68">
        <w:rPr>
          <w:i/>
        </w:rPr>
        <w:t>-</w:t>
      </w:r>
      <w:r w:rsidRPr="00CC1730">
        <w:rPr>
          <w:i/>
        </w:rPr>
        <w:t xml:space="preserve"> investigación no médica)</w:t>
      </w:r>
    </w:p>
    <w:p w14:paraId="50C0C462" w14:textId="77777777" w:rsidR="00450B3E" w:rsidRPr="00CC1730" w:rsidRDefault="00000000">
      <w:r w:rsidRPr="00CC1730">
        <w:t>Complete los campos entre [corchetes]. El protocolo debe ser consistente con el diseño del estudio, población y contexto de implementación.</w:t>
      </w:r>
    </w:p>
    <w:p w14:paraId="0E3ABCD8" w14:textId="3410E111" w:rsidR="00450B3E" w:rsidRPr="00CC1730" w:rsidRDefault="00504B68">
      <w:pPr>
        <w:pStyle w:val="Ttulo1"/>
        <w:rPr>
          <w:color w:val="auto"/>
        </w:rPr>
      </w:pPr>
      <w:r w:rsidRPr="00CC1730">
        <w:rPr>
          <w:color w:val="auto"/>
        </w:rPr>
        <w:t>1. Identificación del estudio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41"/>
        <w:gridCol w:w="5589"/>
      </w:tblGrid>
      <w:tr w:rsidR="00450B3E" w:rsidRPr="00CC1730" w14:paraId="5713B542" w14:textId="77777777" w:rsidTr="00CC1730">
        <w:tc>
          <w:tcPr>
            <w:tcW w:w="3074" w:type="dxa"/>
          </w:tcPr>
          <w:p w14:paraId="7E6B6AC1" w14:textId="77777777" w:rsidR="00450B3E" w:rsidRPr="00CC1730" w:rsidRDefault="00000000">
            <w:r w:rsidRPr="00CC1730">
              <w:t>Campo</w:t>
            </w:r>
          </w:p>
        </w:tc>
        <w:tc>
          <w:tcPr>
            <w:tcW w:w="5782" w:type="dxa"/>
          </w:tcPr>
          <w:p w14:paraId="79EB6878" w14:textId="77777777" w:rsidR="00450B3E" w:rsidRPr="00CC1730" w:rsidRDefault="00000000">
            <w:r w:rsidRPr="00CC1730">
              <w:t>Completar</w:t>
            </w:r>
          </w:p>
        </w:tc>
      </w:tr>
      <w:tr w:rsidR="00450B3E" w:rsidRPr="00CC1730" w14:paraId="5A1D1123" w14:textId="77777777" w:rsidTr="00CC1730">
        <w:tc>
          <w:tcPr>
            <w:tcW w:w="3074" w:type="dxa"/>
          </w:tcPr>
          <w:p w14:paraId="2A1D93F2" w14:textId="77777777" w:rsidR="00450B3E" w:rsidRPr="00CC1730" w:rsidRDefault="00000000">
            <w:r w:rsidRPr="00CC1730">
              <w:t>Título del estudio</w:t>
            </w:r>
          </w:p>
        </w:tc>
        <w:tc>
          <w:tcPr>
            <w:tcW w:w="5782" w:type="dxa"/>
          </w:tcPr>
          <w:p w14:paraId="4BC18521" w14:textId="77777777" w:rsidR="00450B3E" w:rsidRPr="00CC1730" w:rsidRDefault="00000000">
            <w:r w:rsidRPr="00CC1730">
              <w:t>[ ]</w:t>
            </w:r>
          </w:p>
        </w:tc>
      </w:tr>
      <w:tr w:rsidR="00450B3E" w:rsidRPr="00CC1730" w14:paraId="099600DB" w14:textId="77777777" w:rsidTr="00CC1730">
        <w:tc>
          <w:tcPr>
            <w:tcW w:w="3074" w:type="dxa"/>
          </w:tcPr>
          <w:p w14:paraId="432EE636" w14:textId="77777777" w:rsidR="00450B3E" w:rsidRPr="00CC1730" w:rsidRDefault="00000000">
            <w:r w:rsidRPr="00CC1730">
              <w:t xml:space="preserve">Investigador/a </w:t>
            </w:r>
            <w:proofErr w:type="gramStart"/>
            <w:r w:rsidRPr="00CC1730">
              <w:t>Responsable</w:t>
            </w:r>
            <w:proofErr w:type="gramEnd"/>
            <w:r w:rsidRPr="00CC1730">
              <w:t xml:space="preserve"> (IR)</w:t>
            </w:r>
          </w:p>
        </w:tc>
        <w:tc>
          <w:tcPr>
            <w:tcW w:w="5782" w:type="dxa"/>
          </w:tcPr>
          <w:p w14:paraId="79428FDD" w14:textId="77777777" w:rsidR="00450B3E" w:rsidRPr="00CC1730" w:rsidRDefault="00000000">
            <w:r w:rsidRPr="00CC1730">
              <w:t>[Nombre, cargo, institución, email, teléfono]</w:t>
            </w:r>
          </w:p>
        </w:tc>
      </w:tr>
      <w:tr w:rsidR="00450B3E" w:rsidRPr="00CC1730" w14:paraId="1BE517EC" w14:textId="77777777" w:rsidTr="00CC1730">
        <w:tc>
          <w:tcPr>
            <w:tcW w:w="3074" w:type="dxa"/>
          </w:tcPr>
          <w:p w14:paraId="5AAB96DE" w14:textId="77777777" w:rsidR="00450B3E" w:rsidRPr="00CC1730" w:rsidRDefault="00000000">
            <w:r w:rsidRPr="00CC1730">
              <w:t>Equipo y roles clave</w:t>
            </w:r>
          </w:p>
        </w:tc>
        <w:tc>
          <w:tcPr>
            <w:tcW w:w="5782" w:type="dxa"/>
          </w:tcPr>
          <w:p w14:paraId="03C79D2A" w14:textId="77777777" w:rsidR="00450B3E" w:rsidRPr="00CC1730" w:rsidRDefault="00000000">
            <w:r w:rsidRPr="00CC1730">
              <w:t>[p. ej., coordinador/a de terreno, encargado/a de datos, profesional de apoyo]</w:t>
            </w:r>
          </w:p>
        </w:tc>
      </w:tr>
      <w:tr w:rsidR="00450B3E" w:rsidRPr="00CC1730" w14:paraId="4808EE12" w14:textId="77777777" w:rsidTr="00CC1730">
        <w:tc>
          <w:tcPr>
            <w:tcW w:w="3074" w:type="dxa"/>
          </w:tcPr>
          <w:p w14:paraId="3ED36D09" w14:textId="77777777" w:rsidR="00450B3E" w:rsidRPr="00CC1730" w:rsidRDefault="00000000">
            <w:r w:rsidRPr="00CC1730">
              <w:t>Sitios de ejecución</w:t>
            </w:r>
          </w:p>
        </w:tc>
        <w:tc>
          <w:tcPr>
            <w:tcW w:w="5782" w:type="dxa"/>
          </w:tcPr>
          <w:p w14:paraId="500AC3DE" w14:textId="77777777" w:rsidR="00450B3E" w:rsidRPr="00CC1730" w:rsidRDefault="00000000">
            <w:r w:rsidRPr="00CC1730">
              <w:t>[ ]</w:t>
            </w:r>
          </w:p>
        </w:tc>
      </w:tr>
      <w:tr w:rsidR="00450B3E" w:rsidRPr="00CC1730" w14:paraId="29A7AAF8" w14:textId="77777777" w:rsidTr="00CC1730">
        <w:tc>
          <w:tcPr>
            <w:tcW w:w="3074" w:type="dxa"/>
          </w:tcPr>
          <w:p w14:paraId="19A1FAE3" w14:textId="77777777" w:rsidR="00450B3E" w:rsidRPr="00CC1730" w:rsidRDefault="00000000">
            <w:r w:rsidRPr="00CC1730">
              <w:t>Población/participantes</w:t>
            </w:r>
          </w:p>
        </w:tc>
        <w:tc>
          <w:tcPr>
            <w:tcW w:w="5782" w:type="dxa"/>
          </w:tcPr>
          <w:p w14:paraId="7622A1D7" w14:textId="77777777" w:rsidR="00450B3E" w:rsidRPr="00CC1730" w:rsidRDefault="00000000">
            <w:r w:rsidRPr="00CC1730">
              <w:t>[ ]</w:t>
            </w:r>
          </w:p>
        </w:tc>
      </w:tr>
      <w:tr w:rsidR="00450B3E" w:rsidRPr="00CC1730" w14:paraId="7759AC0D" w14:textId="77777777" w:rsidTr="00CC1730">
        <w:tc>
          <w:tcPr>
            <w:tcW w:w="3074" w:type="dxa"/>
          </w:tcPr>
          <w:p w14:paraId="2056BB4C" w14:textId="77777777" w:rsidR="00450B3E" w:rsidRPr="00CC1730" w:rsidRDefault="00000000">
            <w:r w:rsidRPr="00CC1730">
              <w:t>Fecha versión del protocolo EA</w:t>
            </w:r>
          </w:p>
        </w:tc>
        <w:tc>
          <w:tcPr>
            <w:tcW w:w="5782" w:type="dxa"/>
          </w:tcPr>
          <w:p w14:paraId="3A5C05DC" w14:textId="77777777" w:rsidR="00450B3E" w:rsidRPr="00CC1730" w:rsidRDefault="00000000">
            <w:r w:rsidRPr="00CC1730">
              <w:t>[</w:t>
            </w:r>
            <w:proofErr w:type="spellStart"/>
            <w:r w:rsidRPr="00CC1730">
              <w:t>dd</w:t>
            </w:r>
            <w:proofErr w:type="spellEnd"/>
            <w:r w:rsidRPr="00CC1730">
              <w:t>/mm/</w:t>
            </w:r>
            <w:proofErr w:type="spellStart"/>
            <w:r w:rsidRPr="00CC1730">
              <w:t>aaaa</w:t>
            </w:r>
            <w:proofErr w:type="spellEnd"/>
            <w:r w:rsidRPr="00CC1730">
              <w:t>]</w:t>
            </w:r>
          </w:p>
        </w:tc>
      </w:tr>
    </w:tbl>
    <w:p w14:paraId="1C470E2D" w14:textId="6944A974" w:rsidR="00450B3E" w:rsidRPr="00CC1730" w:rsidRDefault="00CC1730">
      <w:pPr>
        <w:pStyle w:val="Ttulo1"/>
        <w:rPr>
          <w:color w:val="auto"/>
        </w:rPr>
      </w:pPr>
      <w:r w:rsidRPr="00CC1730">
        <w:rPr>
          <w:color w:val="auto"/>
        </w:rPr>
        <w:t>2. Riesgos principales del estudio y escenarios plausibles</w:t>
      </w:r>
    </w:p>
    <w:p w14:paraId="6CF79ED3" w14:textId="56E02607" w:rsidR="00450B3E" w:rsidRPr="00CC1730" w:rsidRDefault="00000000">
      <w:r w:rsidRPr="00CC1730">
        <w:t>Describa</w:t>
      </w:r>
      <w:r w:rsidR="00C857F0">
        <w:t xml:space="preserve"> los </w:t>
      </w:r>
      <w:r w:rsidRPr="00CC1730">
        <w:t>escenarios plausibles, vinculados a su metodología y población.</w:t>
      </w:r>
    </w:p>
    <w:p w14:paraId="7294F39E" w14:textId="77777777" w:rsidR="00450B3E" w:rsidRPr="00CC1730" w:rsidRDefault="00000000">
      <w:r w:rsidRPr="00CC1730">
        <w:t>Escenarios y mitigación primaria (antes del evento):</w:t>
      </w:r>
    </w:p>
    <w:p w14:paraId="5752F50D" w14:textId="23877BAE" w:rsidR="00450B3E" w:rsidRPr="00CC1730" w:rsidRDefault="00000000">
      <w:r w:rsidRPr="00CC1730">
        <w:t xml:space="preserve">1) [Escenario] </w:t>
      </w:r>
      <w:r w:rsidR="00504B68">
        <w:t>-</w:t>
      </w:r>
      <w:r w:rsidRPr="00CC1730">
        <w:t xml:space="preserve"> [Prevención/mitigación]</w:t>
      </w:r>
    </w:p>
    <w:p w14:paraId="248FC8EB" w14:textId="6D4ACA84" w:rsidR="00450B3E" w:rsidRPr="00CC1730" w:rsidRDefault="00000000">
      <w:r w:rsidRPr="00CC1730">
        <w:t xml:space="preserve">2) [Escenario] </w:t>
      </w:r>
      <w:r w:rsidR="00504B68">
        <w:t>-</w:t>
      </w:r>
      <w:r w:rsidRPr="00CC1730">
        <w:t xml:space="preserve"> [Prevención/mitigación]</w:t>
      </w:r>
    </w:p>
    <w:p w14:paraId="3B1BA701" w14:textId="77777777" w:rsidR="00450B3E" w:rsidRPr="00CC1730" w:rsidRDefault="00000000">
      <w:r w:rsidRPr="00CC1730">
        <w:t>…</w:t>
      </w:r>
    </w:p>
    <w:p w14:paraId="2EE29DB7" w14:textId="13D4ECDE" w:rsidR="00450B3E" w:rsidRPr="00CC1730" w:rsidRDefault="00504B68">
      <w:pPr>
        <w:pStyle w:val="Ttulo1"/>
        <w:rPr>
          <w:color w:val="auto"/>
        </w:rPr>
      </w:pPr>
      <w:r>
        <w:rPr>
          <w:color w:val="auto"/>
        </w:rPr>
        <w:t>3</w:t>
      </w:r>
      <w:r w:rsidR="00000000" w:rsidRPr="00CC1730">
        <w:rPr>
          <w:color w:val="auto"/>
        </w:rPr>
        <w:t>. Detección</w:t>
      </w:r>
    </w:p>
    <w:p w14:paraId="46C952D7" w14:textId="77777777" w:rsidR="00450B3E" w:rsidRPr="00CC1730" w:rsidRDefault="00000000">
      <w:r w:rsidRPr="00CC1730">
        <w:t>Indique cómo se detectarán EA (activa y pasivamente) y quién es responsable.</w:t>
      </w:r>
    </w:p>
    <w:p w14:paraId="347BE862" w14:textId="77777777" w:rsidR="00450B3E" w:rsidRPr="00CC1730" w:rsidRDefault="00000000">
      <w:pPr>
        <w:pStyle w:val="Listaconvietas"/>
      </w:pPr>
      <w:r w:rsidRPr="00CC1730">
        <w:t>Detección activa: [p. ej., chequeo de bienestar, observación, revisión de logs de plataforma, monitoreo de sesiones].</w:t>
      </w:r>
    </w:p>
    <w:p w14:paraId="108ECF1F" w14:textId="77777777" w:rsidR="00450B3E" w:rsidRPr="00CC1730" w:rsidRDefault="00000000">
      <w:pPr>
        <w:pStyle w:val="Listaconvietas"/>
      </w:pPr>
      <w:r w:rsidRPr="00CC1730">
        <w:t>Detección pasiva: [canal de contacto, formulario, WhatsApp institucional, etc.].</w:t>
      </w:r>
    </w:p>
    <w:p w14:paraId="51AC91BB" w14:textId="5A7BCD2D" w:rsidR="00450B3E" w:rsidRPr="00CC1730" w:rsidRDefault="00000000">
      <w:pPr>
        <w:pStyle w:val="Listaconvietas"/>
      </w:pPr>
      <w:r w:rsidRPr="00CC1730">
        <w:t>Responsable de registro inicial: [</w:t>
      </w:r>
      <w:r w:rsidR="00CC1730" w:rsidRPr="00CC1730">
        <w:t>nombre/</w:t>
      </w:r>
      <w:r w:rsidRPr="00CC1730">
        <w:t>rol].</w:t>
      </w:r>
    </w:p>
    <w:p w14:paraId="645F98FC" w14:textId="28FA0D33" w:rsidR="00450B3E" w:rsidRPr="00CC1730" w:rsidRDefault="00000000">
      <w:pPr>
        <w:pStyle w:val="Listaconvietas"/>
      </w:pPr>
      <w:r w:rsidRPr="00CC1730">
        <w:t>Herramienta de registro (bitácora): [archivo/planilla/</w:t>
      </w:r>
      <w:proofErr w:type="spellStart"/>
      <w:r w:rsidR="005A1040" w:rsidRPr="00CC1730">
        <w:t>Airtable</w:t>
      </w:r>
      <w:proofErr w:type="spellEnd"/>
      <w:r w:rsidRPr="00CC1730">
        <w:t>, etc.].</w:t>
      </w:r>
    </w:p>
    <w:p w14:paraId="427CE486" w14:textId="0EBA26F9" w:rsidR="00450B3E" w:rsidRPr="00CC1730" w:rsidRDefault="00504B68">
      <w:pPr>
        <w:pStyle w:val="Ttulo1"/>
        <w:rPr>
          <w:color w:val="auto"/>
        </w:rPr>
      </w:pPr>
      <w:r>
        <w:rPr>
          <w:color w:val="auto"/>
        </w:rPr>
        <w:t>4</w:t>
      </w:r>
      <w:r w:rsidR="00000000" w:rsidRPr="00CC1730">
        <w:rPr>
          <w:color w:val="auto"/>
        </w:rPr>
        <w:t>. Respuesta inmediata (primeros 15</w:t>
      </w:r>
      <w:r>
        <w:rPr>
          <w:color w:val="auto"/>
        </w:rPr>
        <w:t>-</w:t>
      </w:r>
      <w:r w:rsidR="00000000" w:rsidRPr="00CC1730">
        <w:rPr>
          <w:color w:val="auto"/>
        </w:rPr>
        <w:t>60 minutos)</w:t>
      </w:r>
    </w:p>
    <w:p w14:paraId="4C57AE83" w14:textId="19D7814F" w:rsidR="00450B3E" w:rsidRPr="00CC1730" w:rsidRDefault="00000000">
      <w:r w:rsidRPr="00CC1730">
        <w:t>Describa pasos secuenciales y criterios de pausa/suspensión.</w:t>
      </w:r>
      <w:r w:rsidR="00CC1730" w:rsidRPr="00CC1730">
        <w:t xml:space="preserve"> Ejemplo:</w:t>
      </w:r>
    </w:p>
    <w:p w14:paraId="5ACEBC84" w14:textId="77777777" w:rsidR="00450B3E" w:rsidRPr="00CC1730" w:rsidRDefault="00000000">
      <w:pPr>
        <w:pStyle w:val="Listaconnmeros"/>
      </w:pPr>
      <w:r w:rsidRPr="00CC1730">
        <w:lastRenderedPageBreak/>
        <w:t>Detener/pausar la actividad si corresponde.</w:t>
      </w:r>
    </w:p>
    <w:p w14:paraId="4823077E" w14:textId="77777777" w:rsidR="00450B3E" w:rsidRPr="00CC1730" w:rsidRDefault="00000000">
      <w:pPr>
        <w:pStyle w:val="Listaconnmeros"/>
      </w:pPr>
      <w:r w:rsidRPr="00CC1730">
        <w:t>Asegurar seguridad física inmediata (lugar seguro, acompañamiento).</w:t>
      </w:r>
    </w:p>
    <w:p w14:paraId="02E34A10" w14:textId="77777777" w:rsidR="00450B3E" w:rsidRPr="00CC1730" w:rsidRDefault="00000000">
      <w:pPr>
        <w:pStyle w:val="Listaconnmeros"/>
      </w:pPr>
      <w:r w:rsidRPr="00CC1730">
        <w:t>Contención básica (sin profundizar ni revictimizar).</w:t>
      </w:r>
    </w:p>
    <w:p w14:paraId="649D00C2" w14:textId="77777777" w:rsidR="00450B3E" w:rsidRPr="00CC1730" w:rsidRDefault="00000000">
      <w:pPr>
        <w:pStyle w:val="Listaconnmeros"/>
      </w:pPr>
      <w:r w:rsidRPr="00CC1730">
        <w:t>Evaluación rápida de gravedad: ¿riesgo vital? ¿violencia? ¿autolesión? ¿exposición de datos?</w:t>
      </w:r>
    </w:p>
    <w:p w14:paraId="7632EE1D" w14:textId="77777777" w:rsidR="00450B3E" w:rsidRPr="00CC1730" w:rsidRDefault="00000000">
      <w:pPr>
        <w:pStyle w:val="Listaconnmeros"/>
      </w:pPr>
      <w:r w:rsidRPr="00CC1730">
        <w:t>Activación de apoyo interno (jefatura/IR/profesional de apoyo) según umbral.</w:t>
      </w:r>
    </w:p>
    <w:p w14:paraId="1AE5C500" w14:textId="77777777" w:rsidR="00450B3E" w:rsidRPr="00CC1730" w:rsidRDefault="00000000">
      <w:pPr>
        <w:pStyle w:val="Listaconnmeros"/>
      </w:pPr>
      <w:r w:rsidRPr="00CC1730">
        <w:t>Derivación inicial (si procede).</w:t>
      </w:r>
    </w:p>
    <w:p w14:paraId="7BC34B37" w14:textId="77777777" w:rsidR="00450B3E" w:rsidRPr="00CC1730" w:rsidRDefault="00000000">
      <w:pPr>
        <w:pStyle w:val="Listaconnmeros"/>
      </w:pPr>
      <w:r w:rsidRPr="00CC1730">
        <w:t>Registro mínimo del hecho (objetivo) y acciones.</w:t>
      </w:r>
    </w:p>
    <w:p w14:paraId="0E29825B" w14:textId="09EB5317" w:rsidR="00450B3E" w:rsidRPr="00CC1730" w:rsidRDefault="00504B68">
      <w:pPr>
        <w:pStyle w:val="Ttulo1"/>
        <w:rPr>
          <w:color w:val="auto"/>
        </w:rPr>
      </w:pPr>
      <w:r>
        <w:rPr>
          <w:color w:val="auto"/>
        </w:rPr>
        <w:t>5</w:t>
      </w:r>
      <w:r w:rsidR="00000000" w:rsidRPr="00CC1730">
        <w:rPr>
          <w:color w:val="auto"/>
        </w:rPr>
        <w:t>. Derivación y redes</w:t>
      </w:r>
    </w:p>
    <w:p w14:paraId="697A9CD2" w14:textId="77777777" w:rsidR="00450B3E" w:rsidRPr="00CC1730" w:rsidRDefault="00000000">
      <w:r w:rsidRPr="00CC1730">
        <w:t>Indique redes reales disponibles por territorio (salud mental, protección, denuncias, seguridad, institucional).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13"/>
        <w:gridCol w:w="3130"/>
        <w:gridCol w:w="1960"/>
        <w:gridCol w:w="1827"/>
      </w:tblGrid>
      <w:tr w:rsidR="00450B3E" w:rsidRPr="00CC1730" w14:paraId="6D993C7E" w14:textId="77777777">
        <w:tc>
          <w:tcPr>
            <w:tcW w:w="1728" w:type="dxa"/>
          </w:tcPr>
          <w:p w14:paraId="1FDF143C" w14:textId="77777777" w:rsidR="00450B3E" w:rsidRPr="00CC1730" w:rsidRDefault="00000000">
            <w:r w:rsidRPr="00CC1730">
              <w:t>Tipo</w:t>
            </w:r>
          </w:p>
        </w:tc>
        <w:tc>
          <w:tcPr>
            <w:tcW w:w="3456" w:type="dxa"/>
          </w:tcPr>
          <w:p w14:paraId="4C180382" w14:textId="77777777" w:rsidR="00450B3E" w:rsidRPr="00CC1730" w:rsidRDefault="00000000">
            <w:r w:rsidRPr="00CC1730">
              <w:t>Institución/Contacto</w:t>
            </w:r>
          </w:p>
        </w:tc>
        <w:tc>
          <w:tcPr>
            <w:tcW w:w="2304" w:type="dxa"/>
          </w:tcPr>
          <w:p w14:paraId="504B7787" w14:textId="77777777" w:rsidR="00450B3E" w:rsidRPr="00CC1730" w:rsidRDefault="00000000">
            <w:proofErr w:type="gramStart"/>
            <w:r w:rsidRPr="00CC1730">
              <w:t>Cuándo</w:t>
            </w:r>
            <w:proofErr w:type="gramEnd"/>
            <w:r w:rsidRPr="00CC1730">
              <w:t xml:space="preserve"> se activa</w:t>
            </w:r>
          </w:p>
        </w:tc>
        <w:tc>
          <w:tcPr>
            <w:tcW w:w="2016" w:type="dxa"/>
          </w:tcPr>
          <w:p w14:paraId="7A35660F" w14:textId="77777777" w:rsidR="00450B3E" w:rsidRPr="00CC1730" w:rsidRDefault="00000000">
            <w:r w:rsidRPr="00CC1730">
              <w:t>Responsable</w:t>
            </w:r>
          </w:p>
        </w:tc>
      </w:tr>
      <w:tr w:rsidR="00450B3E" w:rsidRPr="00CC1730" w14:paraId="64E5A20D" w14:textId="77777777">
        <w:tc>
          <w:tcPr>
            <w:tcW w:w="1728" w:type="dxa"/>
          </w:tcPr>
          <w:p w14:paraId="2AB28F1B" w14:textId="77777777" w:rsidR="00450B3E" w:rsidRPr="00CC1730" w:rsidRDefault="00000000">
            <w:r w:rsidRPr="00CC1730">
              <w:t>Salud mental / crisis</w:t>
            </w:r>
          </w:p>
        </w:tc>
        <w:tc>
          <w:tcPr>
            <w:tcW w:w="3456" w:type="dxa"/>
          </w:tcPr>
          <w:p w14:paraId="1F28D6DA" w14:textId="77777777" w:rsidR="00450B3E" w:rsidRPr="00CC1730" w:rsidRDefault="00000000">
            <w:r w:rsidRPr="00CC1730">
              <w:t>[CESFAM/APS/Red local/Convenio]</w:t>
            </w:r>
          </w:p>
        </w:tc>
        <w:tc>
          <w:tcPr>
            <w:tcW w:w="2304" w:type="dxa"/>
          </w:tcPr>
          <w:p w14:paraId="7CC72D14" w14:textId="77777777" w:rsidR="00450B3E" w:rsidRPr="00CC1730" w:rsidRDefault="00000000">
            <w:r w:rsidRPr="00CC1730">
              <w:t>[criterios]</w:t>
            </w:r>
          </w:p>
        </w:tc>
        <w:tc>
          <w:tcPr>
            <w:tcW w:w="2016" w:type="dxa"/>
          </w:tcPr>
          <w:p w14:paraId="001947D7" w14:textId="77777777" w:rsidR="00450B3E" w:rsidRPr="00CC1730" w:rsidRDefault="00000000">
            <w:r w:rsidRPr="00CC1730">
              <w:t>[rol]</w:t>
            </w:r>
          </w:p>
        </w:tc>
      </w:tr>
      <w:tr w:rsidR="00450B3E" w:rsidRPr="00CC1730" w14:paraId="412ED17C" w14:textId="77777777">
        <w:tc>
          <w:tcPr>
            <w:tcW w:w="1728" w:type="dxa"/>
          </w:tcPr>
          <w:p w14:paraId="5886A73C" w14:textId="77777777" w:rsidR="00450B3E" w:rsidRPr="00CC1730" w:rsidRDefault="00000000">
            <w:r w:rsidRPr="00CC1730">
              <w:t>Violencia / protección</w:t>
            </w:r>
          </w:p>
        </w:tc>
        <w:tc>
          <w:tcPr>
            <w:tcW w:w="3456" w:type="dxa"/>
          </w:tcPr>
          <w:p w14:paraId="40CAA075" w14:textId="77777777" w:rsidR="00450B3E" w:rsidRPr="00CC1730" w:rsidRDefault="00000000">
            <w:r w:rsidRPr="00CC1730">
              <w:t>[Oficina/Programa/Red local]</w:t>
            </w:r>
          </w:p>
        </w:tc>
        <w:tc>
          <w:tcPr>
            <w:tcW w:w="2304" w:type="dxa"/>
          </w:tcPr>
          <w:p w14:paraId="387A856A" w14:textId="77777777" w:rsidR="00450B3E" w:rsidRPr="00CC1730" w:rsidRDefault="00000000">
            <w:r w:rsidRPr="00CC1730">
              <w:t>[criterios]</w:t>
            </w:r>
          </w:p>
        </w:tc>
        <w:tc>
          <w:tcPr>
            <w:tcW w:w="2016" w:type="dxa"/>
          </w:tcPr>
          <w:p w14:paraId="4F5D1656" w14:textId="77777777" w:rsidR="00450B3E" w:rsidRPr="00CC1730" w:rsidRDefault="00000000">
            <w:r w:rsidRPr="00CC1730">
              <w:t>[rol]</w:t>
            </w:r>
          </w:p>
        </w:tc>
      </w:tr>
      <w:tr w:rsidR="00450B3E" w:rsidRPr="00CC1730" w14:paraId="13B8B87A" w14:textId="77777777">
        <w:tc>
          <w:tcPr>
            <w:tcW w:w="1728" w:type="dxa"/>
          </w:tcPr>
          <w:p w14:paraId="3C275FA2" w14:textId="77777777" w:rsidR="00450B3E" w:rsidRPr="00CC1730" w:rsidRDefault="00000000">
            <w:r w:rsidRPr="00CC1730">
              <w:t>NNA / vulneración</w:t>
            </w:r>
          </w:p>
        </w:tc>
        <w:tc>
          <w:tcPr>
            <w:tcW w:w="3456" w:type="dxa"/>
          </w:tcPr>
          <w:p w14:paraId="4D8C9EAB" w14:textId="77777777" w:rsidR="00450B3E" w:rsidRPr="00CC1730" w:rsidRDefault="00000000">
            <w:r w:rsidRPr="00CC1730">
              <w:t>[Oficina de protección/autoridad competente]</w:t>
            </w:r>
          </w:p>
        </w:tc>
        <w:tc>
          <w:tcPr>
            <w:tcW w:w="2304" w:type="dxa"/>
          </w:tcPr>
          <w:p w14:paraId="26AFF7A4" w14:textId="77777777" w:rsidR="00450B3E" w:rsidRPr="00CC1730" w:rsidRDefault="00000000">
            <w:r w:rsidRPr="00CC1730">
              <w:t>[criterios]</w:t>
            </w:r>
          </w:p>
        </w:tc>
        <w:tc>
          <w:tcPr>
            <w:tcW w:w="2016" w:type="dxa"/>
          </w:tcPr>
          <w:p w14:paraId="47BC092C" w14:textId="77777777" w:rsidR="00450B3E" w:rsidRPr="00CC1730" w:rsidRDefault="00000000">
            <w:r w:rsidRPr="00CC1730">
              <w:t>[rol]</w:t>
            </w:r>
          </w:p>
        </w:tc>
      </w:tr>
      <w:tr w:rsidR="00450B3E" w:rsidRPr="00CC1730" w14:paraId="54D3EA49" w14:textId="77777777">
        <w:tc>
          <w:tcPr>
            <w:tcW w:w="1728" w:type="dxa"/>
          </w:tcPr>
          <w:p w14:paraId="3089CB7B" w14:textId="77777777" w:rsidR="00450B3E" w:rsidRPr="00CC1730" w:rsidRDefault="00000000">
            <w:r w:rsidRPr="00CC1730">
              <w:t>Soporte de datos/seguridad</w:t>
            </w:r>
          </w:p>
        </w:tc>
        <w:tc>
          <w:tcPr>
            <w:tcW w:w="3456" w:type="dxa"/>
          </w:tcPr>
          <w:p w14:paraId="314FF923" w14:textId="77777777" w:rsidR="00450B3E" w:rsidRPr="00CC1730" w:rsidRDefault="00000000">
            <w:r w:rsidRPr="00CC1730">
              <w:t>[TI/Encargado de datos]</w:t>
            </w:r>
          </w:p>
        </w:tc>
        <w:tc>
          <w:tcPr>
            <w:tcW w:w="2304" w:type="dxa"/>
          </w:tcPr>
          <w:p w14:paraId="64158A2E" w14:textId="77777777" w:rsidR="00450B3E" w:rsidRPr="00CC1730" w:rsidRDefault="00000000">
            <w:r w:rsidRPr="00CC1730">
              <w:t>[criterios]</w:t>
            </w:r>
          </w:p>
        </w:tc>
        <w:tc>
          <w:tcPr>
            <w:tcW w:w="2016" w:type="dxa"/>
          </w:tcPr>
          <w:p w14:paraId="2962F814" w14:textId="77777777" w:rsidR="00450B3E" w:rsidRPr="00CC1730" w:rsidRDefault="00000000">
            <w:r w:rsidRPr="00CC1730">
              <w:t>[rol]</w:t>
            </w:r>
          </w:p>
        </w:tc>
      </w:tr>
    </w:tbl>
    <w:p w14:paraId="60CFD63F" w14:textId="484B7C49" w:rsidR="00450B3E" w:rsidRPr="00CC1730" w:rsidRDefault="00504B68">
      <w:pPr>
        <w:pStyle w:val="Ttulo1"/>
        <w:rPr>
          <w:color w:val="auto"/>
        </w:rPr>
      </w:pPr>
      <w:r>
        <w:rPr>
          <w:color w:val="auto"/>
        </w:rPr>
        <w:t>6</w:t>
      </w:r>
      <w:r w:rsidR="00000000" w:rsidRPr="00CC1730">
        <w:rPr>
          <w:color w:val="auto"/>
        </w:rPr>
        <w:t>. Reporte al CEII y a la institución</w:t>
      </w:r>
    </w:p>
    <w:p w14:paraId="205B2606" w14:textId="77777777" w:rsidR="00450B3E" w:rsidRPr="00CC1730" w:rsidRDefault="00000000">
      <w:r w:rsidRPr="00CC1730">
        <w:t>Establezca plazos y canal. Ajuste según el nivel del evento.</w:t>
      </w:r>
    </w:p>
    <w:p w14:paraId="63CE86AD" w14:textId="77777777" w:rsidR="00450B3E" w:rsidRPr="00CC1730" w:rsidRDefault="00000000">
      <w:r w:rsidRPr="00CC1730">
        <w:t>Canal CEII: [correo oficial / plataforma / teléfono].</w:t>
      </w:r>
    </w:p>
    <w:p w14:paraId="0511742B" w14:textId="77777777" w:rsidR="00450B3E" w:rsidRPr="00CC1730" w:rsidRDefault="00000000">
      <w:r w:rsidRPr="00CC1730">
        <w:t>Plazos (sugeridos):</w:t>
      </w:r>
    </w:p>
    <w:p w14:paraId="09A23685" w14:textId="431197D4" w:rsidR="00450B3E" w:rsidRPr="00CC1730" w:rsidRDefault="00000000">
      <w:pPr>
        <w:pStyle w:val="Listaconvietas"/>
      </w:pPr>
      <w:r w:rsidRPr="00CC1730">
        <w:t>EA serio o PNA con riesgo actual: aviso en 24</w:t>
      </w:r>
      <w:r w:rsidR="00504B68">
        <w:t>-</w:t>
      </w:r>
      <w:r w:rsidRPr="00CC1730">
        <w:t>48h + informe ≤ 5 días hábiles.</w:t>
      </w:r>
    </w:p>
    <w:p w14:paraId="2F1235D4" w14:textId="77777777" w:rsidR="00450B3E" w:rsidRPr="00CC1730" w:rsidRDefault="00000000">
      <w:pPr>
        <w:pStyle w:val="Listaconvietas"/>
      </w:pPr>
      <w:r w:rsidRPr="00CC1730">
        <w:t>EA moderado relacionado o patrón emergente: ≤ 10 días hábiles.</w:t>
      </w:r>
    </w:p>
    <w:p w14:paraId="68A7D19E" w14:textId="77777777" w:rsidR="00450B3E" w:rsidRPr="00CC1730" w:rsidRDefault="00000000">
      <w:pPr>
        <w:pStyle w:val="Listaconvietas"/>
      </w:pPr>
      <w:r w:rsidRPr="00CC1730">
        <w:t>EA leve aislado: reporte periódico / seguimiento.</w:t>
      </w:r>
    </w:p>
    <w:p w14:paraId="248ABCD1" w14:textId="77777777" w:rsidR="00450B3E" w:rsidRPr="00CC1730" w:rsidRDefault="00000000">
      <w:r w:rsidRPr="00CC1730">
        <w:br w:type="page"/>
      </w:r>
    </w:p>
    <w:p w14:paraId="797A61BC" w14:textId="6A07625F" w:rsidR="00450B3E" w:rsidRPr="00CC1730" w:rsidRDefault="00000000">
      <w:pPr>
        <w:pStyle w:val="Ttulo1"/>
        <w:rPr>
          <w:color w:val="auto"/>
        </w:rPr>
      </w:pPr>
      <w:r w:rsidRPr="00CC1730">
        <w:rPr>
          <w:color w:val="auto"/>
        </w:rPr>
        <w:lastRenderedPageBreak/>
        <w:t xml:space="preserve">ANEXO 1 </w:t>
      </w:r>
      <w:r w:rsidR="00504B68">
        <w:rPr>
          <w:color w:val="auto"/>
        </w:rPr>
        <w:t>-</w:t>
      </w:r>
      <w:r w:rsidRPr="00CC1730">
        <w:rPr>
          <w:color w:val="auto"/>
        </w:rPr>
        <w:t xml:space="preserve"> Ficha interna de registro de evento </w:t>
      </w:r>
      <w:r w:rsidR="00CC1730" w:rsidRPr="00CC1730">
        <w:rPr>
          <w:color w:val="auto"/>
        </w:rPr>
        <w:t>(completar cuando sea adecuado)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92"/>
        <w:gridCol w:w="5338"/>
      </w:tblGrid>
      <w:tr w:rsidR="00450B3E" w:rsidRPr="00CC1730" w14:paraId="000A96D2" w14:textId="77777777">
        <w:tc>
          <w:tcPr>
            <w:tcW w:w="3456" w:type="dxa"/>
          </w:tcPr>
          <w:p w14:paraId="670451E5" w14:textId="77777777" w:rsidR="00450B3E" w:rsidRPr="00CC1730" w:rsidRDefault="00000000">
            <w:r w:rsidRPr="00CC1730">
              <w:t>Campo</w:t>
            </w:r>
          </w:p>
        </w:tc>
        <w:tc>
          <w:tcPr>
            <w:tcW w:w="6048" w:type="dxa"/>
          </w:tcPr>
          <w:p w14:paraId="2BC6ADE9" w14:textId="77777777" w:rsidR="00450B3E" w:rsidRPr="00CC1730" w:rsidRDefault="00000000">
            <w:r w:rsidRPr="00CC1730">
              <w:t>Completar</w:t>
            </w:r>
          </w:p>
        </w:tc>
      </w:tr>
      <w:tr w:rsidR="00450B3E" w:rsidRPr="00CC1730" w14:paraId="19175A9E" w14:textId="77777777">
        <w:tc>
          <w:tcPr>
            <w:tcW w:w="3456" w:type="dxa"/>
          </w:tcPr>
          <w:p w14:paraId="31489B3B" w14:textId="77777777" w:rsidR="00450B3E" w:rsidRPr="00CC1730" w:rsidRDefault="00000000">
            <w:r w:rsidRPr="00CC1730">
              <w:t>Fecha/hora detección</w:t>
            </w:r>
          </w:p>
        </w:tc>
        <w:tc>
          <w:tcPr>
            <w:tcW w:w="6048" w:type="dxa"/>
          </w:tcPr>
          <w:p w14:paraId="4977EEF7" w14:textId="77777777" w:rsidR="00450B3E" w:rsidRPr="00CC1730" w:rsidRDefault="00000000">
            <w:r w:rsidRPr="00CC1730">
              <w:t>[ ]</w:t>
            </w:r>
          </w:p>
        </w:tc>
      </w:tr>
      <w:tr w:rsidR="00450B3E" w:rsidRPr="00CC1730" w14:paraId="7C476082" w14:textId="77777777">
        <w:tc>
          <w:tcPr>
            <w:tcW w:w="3456" w:type="dxa"/>
          </w:tcPr>
          <w:p w14:paraId="2FFC0D8E" w14:textId="77777777" w:rsidR="00450B3E" w:rsidRPr="00CC1730" w:rsidRDefault="00000000">
            <w:r w:rsidRPr="00CC1730">
              <w:t>Quién detecta</w:t>
            </w:r>
          </w:p>
        </w:tc>
        <w:tc>
          <w:tcPr>
            <w:tcW w:w="6048" w:type="dxa"/>
          </w:tcPr>
          <w:p w14:paraId="73A0D63A" w14:textId="77777777" w:rsidR="00450B3E" w:rsidRPr="00CC1730" w:rsidRDefault="00000000">
            <w:r w:rsidRPr="00CC1730">
              <w:t>[ ]</w:t>
            </w:r>
          </w:p>
        </w:tc>
      </w:tr>
      <w:tr w:rsidR="00450B3E" w:rsidRPr="00CC1730" w14:paraId="640913AC" w14:textId="77777777">
        <w:tc>
          <w:tcPr>
            <w:tcW w:w="3456" w:type="dxa"/>
          </w:tcPr>
          <w:p w14:paraId="594E5BBA" w14:textId="77777777" w:rsidR="00450B3E" w:rsidRPr="00CC1730" w:rsidRDefault="00000000">
            <w:r w:rsidRPr="00CC1730">
              <w:t>Tipo (EA / Incidente / PNA)</w:t>
            </w:r>
          </w:p>
        </w:tc>
        <w:tc>
          <w:tcPr>
            <w:tcW w:w="6048" w:type="dxa"/>
          </w:tcPr>
          <w:p w14:paraId="2E21DC31" w14:textId="77777777" w:rsidR="00450B3E" w:rsidRPr="00CC1730" w:rsidRDefault="00000000">
            <w:r w:rsidRPr="00CC1730">
              <w:t>[ ]</w:t>
            </w:r>
          </w:p>
        </w:tc>
      </w:tr>
      <w:tr w:rsidR="00450B3E" w:rsidRPr="00CC1730" w14:paraId="510944D6" w14:textId="77777777">
        <w:tc>
          <w:tcPr>
            <w:tcW w:w="3456" w:type="dxa"/>
          </w:tcPr>
          <w:p w14:paraId="4B449F73" w14:textId="77777777" w:rsidR="00450B3E" w:rsidRPr="00CC1730" w:rsidRDefault="00000000">
            <w:r w:rsidRPr="00CC1730">
              <w:t>Descripción objetiva (qué ocurrió)</w:t>
            </w:r>
          </w:p>
        </w:tc>
        <w:tc>
          <w:tcPr>
            <w:tcW w:w="6048" w:type="dxa"/>
          </w:tcPr>
          <w:p w14:paraId="22A5E32F" w14:textId="77777777" w:rsidR="00450B3E" w:rsidRPr="00CC1730" w:rsidRDefault="00000000">
            <w:r w:rsidRPr="00CC1730">
              <w:t>[ ]</w:t>
            </w:r>
          </w:p>
        </w:tc>
      </w:tr>
      <w:tr w:rsidR="00450B3E" w:rsidRPr="00CC1730" w14:paraId="7D3858CA" w14:textId="77777777">
        <w:tc>
          <w:tcPr>
            <w:tcW w:w="3456" w:type="dxa"/>
          </w:tcPr>
          <w:p w14:paraId="6BA29982" w14:textId="77777777" w:rsidR="00450B3E" w:rsidRPr="00CC1730" w:rsidRDefault="00000000">
            <w:r w:rsidRPr="00CC1730">
              <w:t>Participantes afectados (número)</w:t>
            </w:r>
          </w:p>
        </w:tc>
        <w:tc>
          <w:tcPr>
            <w:tcW w:w="6048" w:type="dxa"/>
          </w:tcPr>
          <w:p w14:paraId="57E81346" w14:textId="77777777" w:rsidR="00450B3E" w:rsidRPr="00CC1730" w:rsidRDefault="00000000">
            <w:r w:rsidRPr="00CC1730">
              <w:t>[ ]</w:t>
            </w:r>
          </w:p>
        </w:tc>
      </w:tr>
      <w:tr w:rsidR="00450B3E" w:rsidRPr="00CC1730" w14:paraId="575242CD" w14:textId="77777777">
        <w:tc>
          <w:tcPr>
            <w:tcW w:w="3456" w:type="dxa"/>
          </w:tcPr>
          <w:p w14:paraId="75B340F4" w14:textId="77777777" w:rsidR="00450B3E" w:rsidRPr="00CC1730" w:rsidRDefault="00000000">
            <w:r w:rsidRPr="00CC1730">
              <w:t>Gravedad (leve/moderada/seria)</w:t>
            </w:r>
          </w:p>
        </w:tc>
        <w:tc>
          <w:tcPr>
            <w:tcW w:w="6048" w:type="dxa"/>
          </w:tcPr>
          <w:p w14:paraId="78CFCF57" w14:textId="77777777" w:rsidR="00450B3E" w:rsidRPr="00CC1730" w:rsidRDefault="00000000">
            <w:r w:rsidRPr="00CC1730">
              <w:t>[ ]</w:t>
            </w:r>
          </w:p>
        </w:tc>
      </w:tr>
      <w:tr w:rsidR="00450B3E" w:rsidRPr="00CC1730" w14:paraId="13069DC2" w14:textId="77777777">
        <w:tc>
          <w:tcPr>
            <w:tcW w:w="3456" w:type="dxa"/>
          </w:tcPr>
          <w:p w14:paraId="09D9989B" w14:textId="77777777" w:rsidR="00450B3E" w:rsidRPr="00CC1730" w:rsidRDefault="00000000">
            <w:r w:rsidRPr="00CC1730">
              <w:t>¿Previsto? (sí/no)</w:t>
            </w:r>
          </w:p>
        </w:tc>
        <w:tc>
          <w:tcPr>
            <w:tcW w:w="6048" w:type="dxa"/>
          </w:tcPr>
          <w:p w14:paraId="7BC01586" w14:textId="77777777" w:rsidR="00450B3E" w:rsidRPr="00CC1730" w:rsidRDefault="00000000">
            <w:r w:rsidRPr="00CC1730">
              <w:t>[ ]</w:t>
            </w:r>
          </w:p>
        </w:tc>
      </w:tr>
      <w:tr w:rsidR="00450B3E" w:rsidRPr="00CC1730" w14:paraId="3CF6E19D" w14:textId="77777777">
        <w:tc>
          <w:tcPr>
            <w:tcW w:w="3456" w:type="dxa"/>
          </w:tcPr>
          <w:p w14:paraId="7FDEDA7D" w14:textId="77777777" w:rsidR="00450B3E" w:rsidRPr="00CC1730" w:rsidRDefault="00000000">
            <w:r w:rsidRPr="00CC1730">
              <w:t>Relación con estudio (no/posible/probable)</w:t>
            </w:r>
          </w:p>
        </w:tc>
        <w:tc>
          <w:tcPr>
            <w:tcW w:w="6048" w:type="dxa"/>
          </w:tcPr>
          <w:p w14:paraId="2370E466" w14:textId="77777777" w:rsidR="00450B3E" w:rsidRPr="00CC1730" w:rsidRDefault="00000000">
            <w:r w:rsidRPr="00CC1730">
              <w:t>[ ]</w:t>
            </w:r>
          </w:p>
        </w:tc>
      </w:tr>
      <w:tr w:rsidR="00450B3E" w:rsidRPr="00CC1730" w14:paraId="09F8FC7E" w14:textId="77777777">
        <w:tc>
          <w:tcPr>
            <w:tcW w:w="3456" w:type="dxa"/>
          </w:tcPr>
          <w:p w14:paraId="663A2597" w14:textId="77777777" w:rsidR="00450B3E" w:rsidRPr="00CC1730" w:rsidRDefault="00000000">
            <w:r w:rsidRPr="00CC1730">
              <w:t>Acciones inmediatas</w:t>
            </w:r>
          </w:p>
        </w:tc>
        <w:tc>
          <w:tcPr>
            <w:tcW w:w="6048" w:type="dxa"/>
          </w:tcPr>
          <w:p w14:paraId="5FC0FEBA" w14:textId="77777777" w:rsidR="00450B3E" w:rsidRPr="00CC1730" w:rsidRDefault="00000000">
            <w:r w:rsidRPr="00CC1730">
              <w:t>[ ]</w:t>
            </w:r>
          </w:p>
        </w:tc>
      </w:tr>
      <w:tr w:rsidR="00450B3E" w:rsidRPr="00CC1730" w14:paraId="7E7F08BD" w14:textId="77777777">
        <w:tc>
          <w:tcPr>
            <w:tcW w:w="3456" w:type="dxa"/>
          </w:tcPr>
          <w:p w14:paraId="2FFB15DD" w14:textId="77777777" w:rsidR="00450B3E" w:rsidRPr="00CC1730" w:rsidRDefault="00000000">
            <w:r w:rsidRPr="00CC1730">
              <w:t>Derivación realizada</w:t>
            </w:r>
          </w:p>
        </w:tc>
        <w:tc>
          <w:tcPr>
            <w:tcW w:w="6048" w:type="dxa"/>
          </w:tcPr>
          <w:p w14:paraId="4E827994" w14:textId="77777777" w:rsidR="00450B3E" w:rsidRPr="00CC1730" w:rsidRDefault="00000000">
            <w:r w:rsidRPr="00CC1730">
              <w:t>[ ]</w:t>
            </w:r>
          </w:p>
        </w:tc>
      </w:tr>
      <w:tr w:rsidR="00450B3E" w:rsidRPr="00CC1730" w14:paraId="120D037B" w14:textId="77777777">
        <w:tc>
          <w:tcPr>
            <w:tcW w:w="3456" w:type="dxa"/>
          </w:tcPr>
          <w:p w14:paraId="6A7F4307" w14:textId="258824D6" w:rsidR="00450B3E" w:rsidRPr="00CC1730" w:rsidRDefault="00000000">
            <w:r w:rsidRPr="00CC1730">
              <w:t xml:space="preserve">¿Requiere reporte CEII? (sí/no) </w:t>
            </w:r>
            <w:r w:rsidR="00504B68">
              <w:t>-</w:t>
            </w:r>
            <w:r w:rsidRPr="00CC1730">
              <w:t xml:space="preserve"> plazo</w:t>
            </w:r>
          </w:p>
        </w:tc>
        <w:tc>
          <w:tcPr>
            <w:tcW w:w="6048" w:type="dxa"/>
          </w:tcPr>
          <w:p w14:paraId="2F3B53DD" w14:textId="77777777" w:rsidR="00450B3E" w:rsidRPr="00CC1730" w:rsidRDefault="00000000">
            <w:r w:rsidRPr="00CC1730">
              <w:t>[ ]</w:t>
            </w:r>
          </w:p>
        </w:tc>
      </w:tr>
      <w:tr w:rsidR="00450B3E" w:rsidRPr="00CC1730" w14:paraId="57203C67" w14:textId="77777777">
        <w:tc>
          <w:tcPr>
            <w:tcW w:w="3456" w:type="dxa"/>
          </w:tcPr>
          <w:p w14:paraId="184B3005" w14:textId="77777777" w:rsidR="00450B3E" w:rsidRPr="00CC1730" w:rsidRDefault="00000000">
            <w:r w:rsidRPr="00CC1730">
              <w:t>Acciones correctivas/preventivas propuestas (CAPA)</w:t>
            </w:r>
          </w:p>
        </w:tc>
        <w:tc>
          <w:tcPr>
            <w:tcW w:w="6048" w:type="dxa"/>
          </w:tcPr>
          <w:p w14:paraId="177DFB59" w14:textId="77777777" w:rsidR="00450B3E" w:rsidRPr="00CC1730" w:rsidRDefault="00000000">
            <w:r w:rsidRPr="00CC1730">
              <w:t>[ ]</w:t>
            </w:r>
          </w:p>
        </w:tc>
      </w:tr>
      <w:tr w:rsidR="00450B3E" w:rsidRPr="00CC1730" w14:paraId="5B1C1960" w14:textId="77777777">
        <w:tc>
          <w:tcPr>
            <w:tcW w:w="3456" w:type="dxa"/>
          </w:tcPr>
          <w:p w14:paraId="0ABA28AB" w14:textId="77777777" w:rsidR="00450B3E" w:rsidRPr="00CC1730" w:rsidRDefault="00000000">
            <w:r w:rsidRPr="00CC1730">
              <w:t>Estado del caso (abierto/en seguimiento/cerrado)</w:t>
            </w:r>
          </w:p>
        </w:tc>
        <w:tc>
          <w:tcPr>
            <w:tcW w:w="6048" w:type="dxa"/>
          </w:tcPr>
          <w:p w14:paraId="22B6D528" w14:textId="77777777" w:rsidR="00450B3E" w:rsidRPr="00CC1730" w:rsidRDefault="00000000">
            <w:r w:rsidRPr="00CC1730">
              <w:t>[ ]</w:t>
            </w:r>
          </w:p>
        </w:tc>
      </w:tr>
      <w:tr w:rsidR="00450B3E" w:rsidRPr="00CC1730" w14:paraId="678FCBDF" w14:textId="77777777">
        <w:tc>
          <w:tcPr>
            <w:tcW w:w="3456" w:type="dxa"/>
          </w:tcPr>
          <w:p w14:paraId="60065A67" w14:textId="77777777" w:rsidR="00450B3E" w:rsidRPr="00CC1730" w:rsidRDefault="00000000">
            <w:r w:rsidRPr="00CC1730">
              <w:t>Responsable seguimiento</w:t>
            </w:r>
          </w:p>
        </w:tc>
        <w:tc>
          <w:tcPr>
            <w:tcW w:w="6048" w:type="dxa"/>
          </w:tcPr>
          <w:p w14:paraId="6EC71C26" w14:textId="77777777" w:rsidR="00450B3E" w:rsidRPr="00CC1730" w:rsidRDefault="00000000">
            <w:r w:rsidRPr="00CC1730">
              <w:t>[ ]</w:t>
            </w:r>
          </w:p>
        </w:tc>
      </w:tr>
    </w:tbl>
    <w:p w14:paraId="128D23C6" w14:textId="1BD921DD" w:rsidR="00450B3E" w:rsidRPr="00CC1730" w:rsidRDefault="00450B3E"/>
    <w:sectPr w:rsidR="00450B3E" w:rsidRPr="00CC1730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25B50" w14:textId="77777777" w:rsidR="00BE36BD" w:rsidRPr="00CC1730" w:rsidRDefault="00BE36BD" w:rsidP="00810C17">
      <w:pPr>
        <w:spacing w:after="0" w:line="240" w:lineRule="auto"/>
      </w:pPr>
      <w:r w:rsidRPr="00CC1730">
        <w:separator/>
      </w:r>
    </w:p>
  </w:endnote>
  <w:endnote w:type="continuationSeparator" w:id="0">
    <w:p w14:paraId="2951ABA5" w14:textId="77777777" w:rsidR="00BE36BD" w:rsidRPr="00CC1730" w:rsidRDefault="00BE36BD" w:rsidP="00810C17">
      <w:pPr>
        <w:spacing w:after="0" w:line="240" w:lineRule="auto"/>
      </w:pPr>
      <w:r w:rsidRPr="00CC173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3AEEE" w14:textId="77777777" w:rsidR="00BE36BD" w:rsidRPr="00CC1730" w:rsidRDefault="00BE36BD" w:rsidP="00810C17">
      <w:pPr>
        <w:spacing w:after="0" w:line="240" w:lineRule="auto"/>
      </w:pPr>
      <w:r w:rsidRPr="00CC1730">
        <w:separator/>
      </w:r>
    </w:p>
  </w:footnote>
  <w:footnote w:type="continuationSeparator" w:id="0">
    <w:p w14:paraId="019D0995" w14:textId="77777777" w:rsidR="00BE36BD" w:rsidRPr="00CC1730" w:rsidRDefault="00BE36BD" w:rsidP="00810C17">
      <w:pPr>
        <w:spacing w:after="0" w:line="240" w:lineRule="auto"/>
      </w:pPr>
      <w:r w:rsidRPr="00CC173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78769" w14:textId="0BE277E2" w:rsidR="00810C17" w:rsidRPr="00CC1730" w:rsidRDefault="00810C17">
    <w:pPr>
      <w:pStyle w:val="Encabezado"/>
    </w:pPr>
    <w:r w:rsidRPr="00CC1730">
      <w:rPr>
        <w:noProof/>
      </w:rPr>
      <w:drawing>
        <wp:inline distT="0" distB="0" distL="0" distR="0" wp14:anchorId="0A1DC9A9" wp14:editId="33CE007B">
          <wp:extent cx="2152650" cy="577850"/>
          <wp:effectExtent l="0" t="0" r="0" b="0"/>
          <wp:docPr id="110884029" name="Imagen 1" descr="Logos - Imagen UD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s - Imagen UD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48" t="14961" r="3914" b="13319"/>
                  <a:stretch>
                    <a:fillRect/>
                  </a:stretch>
                </pic:blipFill>
                <pic:spPr bwMode="auto">
                  <a:xfrm>
                    <a:off x="0" y="0"/>
                    <a:ext cx="2156024" cy="57875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55109397">
    <w:abstractNumId w:val="8"/>
  </w:num>
  <w:num w:numId="2" w16cid:durableId="767504214">
    <w:abstractNumId w:val="6"/>
  </w:num>
  <w:num w:numId="3" w16cid:durableId="1910797720">
    <w:abstractNumId w:val="5"/>
  </w:num>
  <w:num w:numId="4" w16cid:durableId="27071481">
    <w:abstractNumId w:val="4"/>
  </w:num>
  <w:num w:numId="5" w16cid:durableId="801845269">
    <w:abstractNumId w:val="7"/>
  </w:num>
  <w:num w:numId="6" w16cid:durableId="1480341874">
    <w:abstractNumId w:val="3"/>
  </w:num>
  <w:num w:numId="7" w16cid:durableId="616332138">
    <w:abstractNumId w:val="2"/>
  </w:num>
  <w:num w:numId="8" w16cid:durableId="1255086813">
    <w:abstractNumId w:val="1"/>
  </w:num>
  <w:num w:numId="9" w16cid:durableId="1928727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4561"/>
    <w:rsid w:val="0015074B"/>
    <w:rsid w:val="0029639D"/>
    <w:rsid w:val="00326F90"/>
    <w:rsid w:val="00450B3E"/>
    <w:rsid w:val="00504B68"/>
    <w:rsid w:val="005A1040"/>
    <w:rsid w:val="005B163C"/>
    <w:rsid w:val="005C0FF0"/>
    <w:rsid w:val="0078709B"/>
    <w:rsid w:val="00810C17"/>
    <w:rsid w:val="008D237E"/>
    <w:rsid w:val="00AA1D8D"/>
    <w:rsid w:val="00B47730"/>
    <w:rsid w:val="00BE36BD"/>
    <w:rsid w:val="00C15317"/>
    <w:rsid w:val="00C857F0"/>
    <w:rsid w:val="00CB0664"/>
    <w:rsid w:val="00CC173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D7ACA1"/>
  <w14:defaultImageDpi w14:val="300"/>
  <w15:docId w15:val="{B894FE47-920A-4B9F-A5A2-C6578A7F9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lang w:val="es-C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502</Words>
  <Characters>2765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3261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Erick</dc:creator>
  <cp:keywords/>
  <dc:description>generated by python-docx</dc:description>
  <cp:lastModifiedBy>Erick Sebhastians Atenas</cp:lastModifiedBy>
  <cp:revision>3</cp:revision>
  <dcterms:created xsi:type="dcterms:W3CDTF">2026-08-06T21:14:00Z</dcterms:created>
  <dcterms:modified xsi:type="dcterms:W3CDTF">2026-08-06T21:22:00Z</dcterms:modified>
  <cp:category/>
</cp:coreProperties>
</file>