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E875" w14:textId="74334FF6" w:rsidR="78A812C2" w:rsidRDefault="78A812C2" w:rsidP="78A812C2">
      <w:pPr>
        <w:jc w:val="center"/>
        <w:rPr>
          <w:b/>
          <w:bCs/>
          <w:sz w:val="28"/>
          <w:szCs w:val="28"/>
        </w:rPr>
      </w:pPr>
    </w:p>
    <w:p w14:paraId="72F866BC" w14:textId="77777777" w:rsidR="00573DDB" w:rsidRDefault="00000000">
      <w:pPr>
        <w:jc w:val="center"/>
      </w:pPr>
      <w:r>
        <w:rPr>
          <w:b/>
          <w:sz w:val="28"/>
        </w:rPr>
        <w:t>CARTA DE SOLICITUD DE CIERRE</w:t>
      </w:r>
      <w:r>
        <w:rPr>
          <w:b/>
          <w:sz w:val="28"/>
        </w:rPr>
        <w:br/>
        <w:t>CEII – UNIVERSIDAD DEL DESARROLLO (UDD)</w:t>
      </w:r>
    </w:p>
    <w:p w14:paraId="3E8A34BB" w14:textId="77777777" w:rsidR="00573DDB" w:rsidRDefault="00573DDB"/>
    <w:p w14:paraId="5715BC47" w14:textId="265A5BAB" w:rsidR="00573DDB" w:rsidRDefault="00000000" w:rsidP="00904A73">
      <w:pPr>
        <w:jc w:val="right"/>
      </w:pPr>
      <w:r>
        <w:rPr>
          <w:b/>
        </w:rPr>
        <w:t xml:space="preserve">Fecha: </w:t>
      </w:r>
      <w:r w:rsidR="00904A73">
        <w:rPr>
          <w:b/>
        </w:rPr>
        <w:t xml:space="preserve"> /     /        </w:t>
      </w:r>
    </w:p>
    <w:p w14:paraId="77E4E188" w14:textId="77777777" w:rsidR="00573DDB" w:rsidRDefault="00573DDB" w:rsidP="006B1B34">
      <w:pPr>
        <w:spacing w:line="240" w:lineRule="auto"/>
      </w:pPr>
    </w:p>
    <w:p w14:paraId="22AD1445" w14:textId="74F6C7D3" w:rsidR="00573DDB" w:rsidRDefault="00904A73" w:rsidP="006B1B34">
      <w:pPr>
        <w:spacing w:line="240" w:lineRule="auto"/>
      </w:pPr>
      <w:r>
        <w:t xml:space="preserve">Señor Presidente </w:t>
      </w:r>
    </w:p>
    <w:p w14:paraId="64EF6A44" w14:textId="77777777" w:rsidR="00573DDB" w:rsidRDefault="00000000" w:rsidP="006B1B34">
      <w:pPr>
        <w:spacing w:line="240" w:lineRule="auto"/>
      </w:pPr>
      <w:r>
        <w:t>Comité de Ética Institucional en Investigación (CEII)</w:t>
      </w:r>
    </w:p>
    <w:p w14:paraId="4FCC8C51" w14:textId="77777777" w:rsidR="00573DDB" w:rsidRDefault="00000000" w:rsidP="006B1B34">
      <w:pPr>
        <w:spacing w:line="240" w:lineRule="auto"/>
      </w:pPr>
      <w:r>
        <w:t>Universidad del Desarrollo</w:t>
      </w:r>
    </w:p>
    <w:p w14:paraId="49134757" w14:textId="564B9EF7" w:rsidR="00573DDB" w:rsidRDefault="00573DDB" w:rsidP="7A76940B">
      <w:pPr>
        <w:spacing w:line="240" w:lineRule="auto"/>
      </w:pPr>
      <w:r>
        <w:t>Presente</w:t>
      </w:r>
    </w:p>
    <w:p w14:paraId="03A4A1DC" w14:textId="77777777" w:rsidR="00573DDB" w:rsidRDefault="00000000">
      <w:r>
        <w:t>De mi consideración:</w:t>
      </w:r>
    </w:p>
    <w:p w14:paraId="49C430C0" w14:textId="77777777" w:rsidR="00573DDB" w:rsidRDefault="00000000">
      <w:r>
        <w:t>En mi calidad de Investigador/a Responsable del proyecto que se identifica, solicito el cierre ético del estudio y adjunto la documentación indicada.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0"/>
        <w:gridCol w:w="5560"/>
      </w:tblGrid>
      <w:tr w:rsidR="00904A73" w:rsidRPr="00E362D1" w14:paraId="13207311" w14:textId="77777777" w:rsidTr="7A76940B">
        <w:tc>
          <w:tcPr>
            <w:tcW w:w="3085" w:type="dxa"/>
          </w:tcPr>
          <w:p w14:paraId="5465329A" w14:textId="77777777" w:rsidR="00904A73" w:rsidRPr="00E362D1" w:rsidRDefault="00904A73" w:rsidP="00992713">
            <w:pPr>
              <w:jc w:val="both"/>
            </w:pPr>
            <w:r w:rsidRPr="00E362D1">
              <w:rPr>
                <w:b/>
              </w:rPr>
              <w:t xml:space="preserve">Título del estudio: </w:t>
            </w:r>
          </w:p>
        </w:tc>
        <w:tc>
          <w:tcPr>
            <w:tcW w:w="5771" w:type="dxa"/>
          </w:tcPr>
          <w:p w14:paraId="49531383" w14:textId="77777777" w:rsidR="00904A73" w:rsidRPr="00E362D1" w:rsidRDefault="00904A73" w:rsidP="00992713">
            <w:pPr>
              <w:jc w:val="both"/>
              <w:rPr>
                <w:b/>
              </w:rPr>
            </w:pPr>
          </w:p>
        </w:tc>
      </w:tr>
      <w:tr w:rsidR="7A76940B" w14:paraId="6E794A26" w14:textId="77777777" w:rsidTr="7A76940B">
        <w:trPr>
          <w:trHeight w:val="300"/>
        </w:trPr>
        <w:tc>
          <w:tcPr>
            <w:tcW w:w="3070" w:type="dxa"/>
          </w:tcPr>
          <w:p w14:paraId="74F9C8D7" w14:textId="63B282F9" w:rsidR="7B0759E3" w:rsidRDefault="7B0759E3" w:rsidP="7A76940B">
            <w:pPr>
              <w:jc w:val="both"/>
            </w:pPr>
            <w:r w:rsidRPr="7A76940B">
              <w:rPr>
                <w:b/>
                <w:bCs/>
              </w:rPr>
              <w:t>ID del proyecto:</w:t>
            </w:r>
          </w:p>
        </w:tc>
        <w:tc>
          <w:tcPr>
            <w:tcW w:w="5560" w:type="dxa"/>
          </w:tcPr>
          <w:p w14:paraId="1E0611CD" w14:textId="6BF5DE7B" w:rsidR="7A76940B" w:rsidRDefault="7A76940B" w:rsidP="7A76940B">
            <w:pPr>
              <w:jc w:val="both"/>
              <w:rPr>
                <w:b/>
                <w:bCs/>
              </w:rPr>
            </w:pPr>
          </w:p>
        </w:tc>
      </w:tr>
      <w:tr w:rsidR="00904A73" w:rsidRPr="00E362D1" w14:paraId="3DA77B0F" w14:textId="77777777" w:rsidTr="7A76940B">
        <w:tc>
          <w:tcPr>
            <w:tcW w:w="3085" w:type="dxa"/>
          </w:tcPr>
          <w:p w14:paraId="5999B091" w14:textId="49D67EF8" w:rsidR="00904A73" w:rsidRPr="00E362D1" w:rsidRDefault="7B0759E3" w:rsidP="7A76940B">
            <w:pPr>
              <w:jc w:val="both"/>
              <w:rPr>
                <w:b/>
                <w:bCs/>
              </w:rPr>
            </w:pPr>
            <w:r w:rsidRPr="7A76940B">
              <w:rPr>
                <w:b/>
                <w:bCs/>
              </w:rPr>
              <w:t>Nombre del Investigador Responsable:</w:t>
            </w:r>
          </w:p>
        </w:tc>
        <w:tc>
          <w:tcPr>
            <w:tcW w:w="5771" w:type="dxa"/>
          </w:tcPr>
          <w:p w14:paraId="7817A1CF" w14:textId="77777777" w:rsidR="00904A73" w:rsidRPr="00E362D1" w:rsidRDefault="00904A73" w:rsidP="00992713">
            <w:pPr>
              <w:jc w:val="both"/>
              <w:rPr>
                <w:b/>
              </w:rPr>
            </w:pPr>
          </w:p>
        </w:tc>
      </w:tr>
      <w:tr w:rsidR="7A76940B" w14:paraId="5F827159" w14:textId="77777777" w:rsidTr="7A76940B">
        <w:trPr>
          <w:trHeight w:val="300"/>
        </w:trPr>
        <w:tc>
          <w:tcPr>
            <w:tcW w:w="3070" w:type="dxa"/>
          </w:tcPr>
          <w:p w14:paraId="1D6924D0" w14:textId="1950DB5A" w:rsidR="7B0759E3" w:rsidRDefault="7B0759E3" w:rsidP="7A76940B">
            <w:pPr>
              <w:jc w:val="both"/>
            </w:pPr>
            <w:r w:rsidRPr="7A76940B">
              <w:rPr>
                <w:b/>
                <w:bCs/>
              </w:rPr>
              <w:t>Unidad/Facultad/Instituto:</w:t>
            </w:r>
          </w:p>
        </w:tc>
        <w:tc>
          <w:tcPr>
            <w:tcW w:w="5560" w:type="dxa"/>
          </w:tcPr>
          <w:p w14:paraId="261EAD90" w14:textId="448AF30D" w:rsidR="7A76940B" w:rsidRDefault="7A76940B" w:rsidP="7A76940B">
            <w:pPr>
              <w:jc w:val="both"/>
              <w:rPr>
                <w:b/>
                <w:bCs/>
              </w:rPr>
            </w:pPr>
          </w:p>
        </w:tc>
      </w:tr>
    </w:tbl>
    <w:p w14:paraId="690EE130" w14:textId="1EA74FC4" w:rsidR="7A76940B" w:rsidRDefault="7A76940B" w:rsidP="7A76940B">
      <w:pPr>
        <w:rPr>
          <w:b/>
          <w:bCs/>
          <w:sz w:val="24"/>
          <w:szCs w:val="24"/>
        </w:rPr>
      </w:pPr>
    </w:p>
    <w:p w14:paraId="30FE2FAD" w14:textId="3339CE1A" w:rsidR="00573DDB" w:rsidRDefault="7BD589FA" w:rsidP="78A812C2">
      <w:r w:rsidRPr="78A812C2">
        <w:rPr>
          <w:b/>
          <w:bCs/>
          <w:sz w:val="24"/>
          <w:szCs w:val="24"/>
        </w:rPr>
        <w:t>Documentación adjunta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"/>
        <w:gridCol w:w="7695"/>
      </w:tblGrid>
      <w:tr w:rsidR="00904A73" w:rsidRPr="00904A73" w14:paraId="4BAB1B4B" w14:textId="77777777" w:rsidTr="00904A73">
        <w:tc>
          <w:tcPr>
            <w:tcW w:w="959" w:type="dxa"/>
          </w:tcPr>
          <w:p w14:paraId="66CD99F2" w14:textId="77777777" w:rsidR="00904A73" w:rsidRPr="00904A73" w:rsidRDefault="00904A73" w:rsidP="00E67A82"/>
        </w:tc>
        <w:tc>
          <w:tcPr>
            <w:tcW w:w="7897" w:type="dxa"/>
          </w:tcPr>
          <w:p w14:paraId="26EC2097" w14:textId="3B1F4A8B" w:rsidR="00904A73" w:rsidRPr="00904A73" w:rsidRDefault="00904A73" w:rsidP="00E67A82">
            <w:r w:rsidRPr="00904A73">
              <w:t>Copia del primer consentimiento informado firmado (si aplica).</w:t>
            </w:r>
          </w:p>
        </w:tc>
      </w:tr>
      <w:tr w:rsidR="00904A73" w:rsidRPr="00904A73" w14:paraId="68E33BC1" w14:textId="77777777" w:rsidTr="00904A73">
        <w:tc>
          <w:tcPr>
            <w:tcW w:w="959" w:type="dxa"/>
          </w:tcPr>
          <w:p w14:paraId="73B64DF9" w14:textId="77777777" w:rsidR="00904A73" w:rsidRPr="00904A73" w:rsidRDefault="00904A73" w:rsidP="00E67A82"/>
        </w:tc>
        <w:tc>
          <w:tcPr>
            <w:tcW w:w="7897" w:type="dxa"/>
          </w:tcPr>
          <w:p w14:paraId="7E42EF4C" w14:textId="305D306D" w:rsidR="00904A73" w:rsidRPr="00904A73" w:rsidRDefault="00904A73" w:rsidP="00E67A82">
            <w:r w:rsidRPr="00904A73">
              <w:t>Publicaciones, informe final o reporte de resultados (si existe).</w:t>
            </w:r>
          </w:p>
        </w:tc>
      </w:tr>
      <w:tr w:rsidR="00904A73" w:rsidRPr="00904A73" w14:paraId="530C52D7" w14:textId="77777777" w:rsidTr="00904A73">
        <w:tc>
          <w:tcPr>
            <w:tcW w:w="959" w:type="dxa"/>
          </w:tcPr>
          <w:p w14:paraId="58206BF3" w14:textId="77777777" w:rsidR="00904A73" w:rsidRPr="00904A73" w:rsidRDefault="00904A73" w:rsidP="00E67A82"/>
        </w:tc>
        <w:tc>
          <w:tcPr>
            <w:tcW w:w="7897" w:type="dxa"/>
          </w:tcPr>
          <w:p w14:paraId="707852C5" w14:textId="04A690F5" w:rsidR="00904A73" w:rsidRPr="00904A73" w:rsidRDefault="00904A73" w:rsidP="00E67A82">
            <w:r w:rsidRPr="00904A73">
              <w:t xml:space="preserve">Otros (especificar): </w:t>
            </w:r>
          </w:p>
        </w:tc>
      </w:tr>
    </w:tbl>
    <w:p w14:paraId="5EE0A310" w14:textId="77777777" w:rsidR="00573DDB" w:rsidRDefault="00573DDB"/>
    <w:p w14:paraId="6ADC83D6" w14:textId="77777777" w:rsidR="00573DDB" w:rsidRDefault="00000000">
      <w:r>
        <w:t>Sin otro particular, saluda atentamente,</w:t>
      </w:r>
    </w:p>
    <w:p w14:paraId="28BA9F95" w14:textId="77777777" w:rsidR="00573DDB" w:rsidRDefault="00573DDB" w:rsidP="00904A73">
      <w:pPr>
        <w:jc w:val="center"/>
      </w:pPr>
    </w:p>
    <w:p w14:paraId="57541048" w14:textId="77777777" w:rsidR="00F44B87" w:rsidRDefault="00F44B87" w:rsidP="00F44B87">
      <w:pPr>
        <w:jc w:val="center"/>
      </w:pPr>
      <w:r>
        <w:t>________________________________________</w:t>
      </w:r>
    </w:p>
    <w:p w14:paraId="5B10310C" w14:textId="72D31187" w:rsidR="00904A73" w:rsidRDefault="7BD589FA" w:rsidP="78A812C2">
      <w:pPr>
        <w:jc w:val="center"/>
        <w:rPr>
          <w:b/>
          <w:bCs/>
        </w:rPr>
      </w:pPr>
      <w:r w:rsidRPr="78A812C2">
        <w:rPr>
          <w:b/>
          <w:bCs/>
        </w:rPr>
        <w:t xml:space="preserve">Nombre y firma del/de la Investigador/a </w:t>
      </w:r>
      <w:r w:rsidR="53BDB6BA" w:rsidRPr="78A812C2">
        <w:rPr>
          <w:b/>
          <w:bCs/>
        </w:rPr>
        <w:t>Respons</w:t>
      </w:r>
      <w:r w:rsidR="2D4F2488" w:rsidRPr="78A812C2">
        <w:rPr>
          <w:b/>
          <w:bCs/>
        </w:rPr>
        <w:t>a</w:t>
      </w:r>
      <w:r w:rsidR="53BDB6BA" w:rsidRPr="78A812C2">
        <w:rPr>
          <w:b/>
          <w:bCs/>
        </w:rPr>
        <w:t>ble</w:t>
      </w:r>
    </w:p>
    <w:sectPr w:rsidR="00904A73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60811" w14:textId="77777777" w:rsidR="006B2962" w:rsidRDefault="006B2962" w:rsidP="006B1B34">
      <w:pPr>
        <w:spacing w:after="0" w:line="240" w:lineRule="auto"/>
      </w:pPr>
      <w:r>
        <w:separator/>
      </w:r>
    </w:p>
  </w:endnote>
  <w:endnote w:type="continuationSeparator" w:id="0">
    <w:p w14:paraId="608FB8CA" w14:textId="77777777" w:rsidR="006B2962" w:rsidRDefault="006B2962" w:rsidP="006B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63C4F" w14:textId="77777777" w:rsidR="006B2962" w:rsidRDefault="006B2962" w:rsidP="006B1B34">
      <w:pPr>
        <w:spacing w:after="0" w:line="240" w:lineRule="auto"/>
      </w:pPr>
      <w:r>
        <w:separator/>
      </w:r>
    </w:p>
  </w:footnote>
  <w:footnote w:type="continuationSeparator" w:id="0">
    <w:p w14:paraId="203AED3B" w14:textId="77777777" w:rsidR="006B2962" w:rsidRDefault="006B2962" w:rsidP="006B1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71E1E" w14:textId="557120EF" w:rsidR="006B1B34" w:rsidRDefault="006B1B34">
    <w:pPr>
      <w:pStyle w:val="Encabezado"/>
    </w:pPr>
    <w:r>
      <w:rPr>
        <w:noProof/>
      </w:rPr>
      <w:drawing>
        <wp:inline distT="0" distB="0" distL="0" distR="0" wp14:anchorId="70096470" wp14:editId="335F00F1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5979E80" w14:textId="77777777" w:rsidR="006B1B34" w:rsidRDefault="006B1B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369771">
    <w:abstractNumId w:val="8"/>
  </w:num>
  <w:num w:numId="2" w16cid:durableId="1884519185">
    <w:abstractNumId w:val="6"/>
  </w:num>
  <w:num w:numId="3" w16cid:durableId="1222329650">
    <w:abstractNumId w:val="5"/>
  </w:num>
  <w:num w:numId="4" w16cid:durableId="111442636">
    <w:abstractNumId w:val="4"/>
  </w:num>
  <w:num w:numId="5" w16cid:durableId="1867670829">
    <w:abstractNumId w:val="7"/>
  </w:num>
  <w:num w:numId="6" w16cid:durableId="983778550">
    <w:abstractNumId w:val="3"/>
  </w:num>
  <w:num w:numId="7" w16cid:durableId="1062677604">
    <w:abstractNumId w:val="2"/>
  </w:num>
  <w:num w:numId="8" w16cid:durableId="501437356">
    <w:abstractNumId w:val="1"/>
  </w:num>
  <w:num w:numId="9" w16cid:durableId="144896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5B2"/>
    <w:rsid w:val="0015074B"/>
    <w:rsid w:val="00163BFF"/>
    <w:rsid w:val="0029639D"/>
    <w:rsid w:val="00326F90"/>
    <w:rsid w:val="004C626A"/>
    <w:rsid w:val="00557281"/>
    <w:rsid w:val="00573DDB"/>
    <w:rsid w:val="00602B27"/>
    <w:rsid w:val="006B1B34"/>
    <w:rsid w:val="006B2962"/>
    <w:rsid w:val="00904A73"/>
    <w:rsid w:val="00AA1D8D"/>
    <w:rsid w:val="00B47730"/>
    <w:rsid w:val="00CB0664"/>
    <w:rsid w:val="00F44B87"/>
    <w:rsid w:val="00FA383C"/>
    <w:rsid w:val="00FC693F"/>
    <w:rsid w:val="01D9A65B"/>
    <w:rsid w:val="04855315"/>
    <w:rsid w:val="04DFB407"/>
    <w:rsid w:val="1BAC998F"/>
    <w:rsid w:val="1C1C5CBA"/>
    <w:rsid w:val="21B78625"/>
    <w:rsid w:val="23016E0E"/>
    <w:rsid w:val="23710F2A"/>
    <w:rsid w:val="27481543"/>
    <w:rsid w:val="2D4F2488"/>
    <w:rsid w:val="391EE830"/>
    <w:rsid w:val="3C7C81AB"/>
    <w:rsid w:val="3F21BF41"/>
    <w:rsid w:val="4856899A"/>
    <w:rsid w:val="48F5C90B"/>
    <w:rsid w:val="5355261A"/>
    <w:rsid w:val="53BDB6BA"/>
    <w:rsid w:val="6771E2BD"/>
    <w:rsid w:val="6AB9A8C6"/>
    <w:rsid w:val="6C1CDC46"/>
    <w:rsid w:val="6C797F07"/>
    <w:rsid w:val="78A812C2"/>
    <w:rsid w:val="7A76940B"/>
    <w:rsid w:val="7B0759E3"/>
    <w:rsid w:val="7BD58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0B187B"/>
  <w14:defaultImageDpi w14:val="300"/>
  <w15:docId w15:val="{3175A257-7BFA-4328-8B2A-11038F5E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1D9A65B"/>
    <w:rPr>
      <w:rFonts w:ascii="Calibri" w:eastAsia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1D9A6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1D9A6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1D9A6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1D9A6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1D9A65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1D9A65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1D9A65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1D9A65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1D9A65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1D9A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1D9A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1D9A6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1D9A65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1D9A65B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1D9A65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1D9A65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1D9A65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1D9A65B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1D9A65B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1D9A65B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1D9A65B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1D9A65B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1D9A65B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1D9A65B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1D9A65B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1D9A65B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1D9A65B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1D9A65B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1D9A65B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1D9A65B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1D9A6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1D9A65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678</Characters>
  <Application>Microsoft Office Word</Application>
  <DocSecurity>0</DocSecurity>
  <Lines>5</Lines>
  <Paragraphs>1</Paragraphs>
  <ScaleCrop>false</ScaleCrop>
  <Manager/>
  <Company/>
  <LinksUpToDate>false</LinksUpToDate>
  <CharactersWithSpaces>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Comunicaciones VID UDD</cp:lastModifiedBy>
  <cp:revision>2</cp:revision>
  <dcterms:created xsi:type="dcterms:W3CDTF">2026-09-06T21:06:00Z</dcterms:created>
  <dcterms:modified xsi:type="dcterms:W3CDTF">2026-09-06T21:06:00Z</dcterms:modified>
  <cp:category/>
</cp:coreProperties>
</file>