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B03A" w14:textId="4C5167C5" w:rsidR="007E2E3B" w:rsidRPr="004763CA" w:rsidRDefault="423CC317" w:rsidP="103EDC81">
      <w:pPr>
        <w:jc w:val="center"/>
      </w:pPr>
      <w:r w:rsidRPr="103EDC81">
        <w:rPr>
          <w:b/>
          <w:bCs/>
          <w:sz w:val="32"/>
          <w:szCs w:val="32"/>
        </w:rPr>
        <w:t>MODELOS DE ASENTIMIENTO INFORMADO (CEII)</w:t>
      </w:r>
    </w:p>
    <w:p w14:paraId="55B081BA" w14:textId="77777777" w:rsidR="007E2E3B" w:rsidRPr="004763CA" w:rsidRDefault="00000000">
      <w:r w:rsidRPr="004763CA">
        <w:rPr>
          <w:b/>
          <w:sz w:val="24"/>
        </w:rPr>
        <w:t>Instrucciones de uso (para el equipo investigador)</w:t>
      </w:r>
    </w:p>
    <w:p w14:paraId="6F6DA28C" w14:textId="77777777" w:rsidR="007E2E3B" w:rsidRPr="004763CA" w:rsidRDefault="423CC317" w:rsidP="103EDC81">
      <w:pPr>
        <w:jc w:val="both"/>
      </w:pPr>
      <w:r>
        <w:t>Estos modelos son plantillas. Deben ser adaptados al estudio, al contexto institucional y a las características de las y los participantes. El asentimiento no reemplaza el consentimiento del/de la apoderado/a, tutor/a o representante legal cuando corresponda; lo complementa como expresión de la voluntad de participar.</w:t>
      </w:r>
    </w:p>
    <w:p w14:paraId="5C01B6DD" w14:textId="4EF648F0" w:rsidR="007E2E3B" w:rsidRPr="004763CA" w:rsidRDefault="423CC317" w:rsidP="103EDC81">
      <w:pPr>
        <w:jc w:val="both"/>
      </w:pPr>
      <w:r>
        <w:t>☐ Complet</w:t>
      </w:r>
      <w:r w:rsidR="7A88323E">
        <w:t>e</w:t>
      </w:r>
      <w:r>
        <w:t xml:space="preserve"> todos los campos entre [ ].</w:t>
      </w:r>
    </w:p>
    <w:p w14:paraId="48D12C9A" w14:textId="77777777" w:rsidR="007E2E3B" w:rsidRPr="004763CA" w:rsidRDefault="423CC317" w:rsidP="103EDC81">
      <w:pPr>
        <w:jc w:val="both"/>
      </w:pPr>
      <w:r>
        <w:t>☐ Use un lenguaje acorde a la edad, cultura y nivel lector/a.</w:t>
      </w:r>
    </w:p>
    <w:p w14:paraId="1BA8F480" w14:textId="77777777" w:rsidR="007E2E3B" w:rsidRPr="004763CA" w:rsidRDefault="423CC317" w:rsidP="103EDC81">
      <w:pPr>
        <w:jc w:val="both"/>
      </w:pPr>
      <w:r>
        <w:t>☐ Lea el documento junto al/la participante (o explíquelo oralmente) y verifique comprensión con preguntas simples.</w:t>
      </w:r>
    </w:p>
    <w:p w14:paraId="3BB8A333" w14:textId="77777777" w:rsidR="007E2E3B" w:rsidRPr="004763CA" w:rsidRDefault="423CC317" w:rsidP="103EDC81">
      <w:pPr>
        <w:jc w:val="both"/>
      </w:pPr>
      <w:r>
        <w:t>☐ Asegure voluntariedad: puede decir que NO o retirarse sin consecuencias.</w:t>
      </w:r>
    </w:p>
    <w:p w14:paraId="3559A70E" w14:textId="77777777" w:rsidR="007E2E3B" w:rsidRPr="004763CA" w:rsidRDefault="423CC317" w:rsidP="103EDC81">
      <w:pPr>
        <w:jc w:val="both"/>
      </w:pPr>
      <w:r>
        <w:t>☐ Indique si habrá grabación (audio/video/fotos) y solicite autorización explícita.</w:t>
      </w:r>
    </w:p>
    <w:p w14:paraId="4B6AA185" w14:textId="77777777" w:rsidR="007E2E3B" w:rsidRPr="004763CA" w:rsidRDefault="423CC317" w:rsidP="103EDC81">
      <w:pPr>
        <w:jc w:val="both"/>
      </w:pPr>
      <w:r>
        <w:t>☐ Explique confidencialidad, límites (p. ej., riesgo grave, obligación legal), y manejo de datos.</w:t>
      </w:r>
    </w:p>
    <w:p w14:paraId="54C35890" w14:textId="77777777" w:rsidR="007E2E3B" w:rsidRPr="004763CA" w:rsidRDefault="423CC317" w:rsidP="103EDC81">
      <w:pPr>
        <w:jc w:val="both"/>
      </w:pPr>
      <w:r>
        <w:t>☐ Entregue copia a la persona participante y deje constancia del proceso.</w:t>
      </w:r>
    </w:p>
    <w:p w14:paraId="65295FB5" w14:textId="77777777" w:rsidR="007E2E3B" w:rsidRPr="004763CA" w:rsidRDefault="423CC317" w:rsidP="103EDC81">
      <w:pPr>
        <w:jc w:val="both"/>
      </w:pPr>
      <w:r w:rsidRPr="103EDC81">
        <w:rPr>
          <w:i/>
          <w:iCs/>
          <w:sz w:val="18"/>
          <w:szCs w:val="18"/>
        </w:rPr>
        <w:t>Sugerencia: cuando el/la participante no pueda firmar, registrar asentimiento mediante marca/huella o constancia del investigador/a y testigo (si aplica), describiendo el método utilizado.</w:t>
      </w:r>
    </w:p>
    <w:p w14:paraId="7F4982F5" w14:textId="77777777" w:rsidR="007E2E3B" w:rsidRPr="004763CA" w:rsidRDefault="00000000">
      <w:r>
        <w:br w:type="page"/>
      </w:r>
    </w:p>
    <w:p w14:paraId="124CC101" w14:textId="6D97A0F5" w:rsidR="007E2E3B" w:rsidRPr="004763CA" w:rsidRDefault="423CC317" w:rsidP="103EDC81">
      <w:pPr>
        <w:jc w:val="center"/>
      </w:pPr>
      <w:r w:rsidRPr="103EDC81">
        <w:rPr>
          <w:b/>
          <w:bCs/>
          <w:sz w:val="32"/>
          <w:szCs w:val="32"/>
        </w:rPr>
        <w:lastRenderedPageBreak/>
        <w:t>MODELO A — ASENTIMIENTO PARA NIÑAS Y NIÑOS (6 a 8 años)</w:t>
      </w:r>
    </w:p>
    <w:p w14:paraId="2594EBAD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Datos del estudio</w:t>
      </w:r>
    </w:p>
    <w:p w14:paraId="5D221B0C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Título del estudio: </w:t>
      </w:r>
      <w:r w:rsidRPr="004763CA">
        <w:t>[ ]</w:t>
      </w:r>
    </w:p>
    <w:p w14:paraId="007474FA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14:paraId="0EB85797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Institución/establecimiento donde se realizará: </w:t>
      </w:r>
      <w:r w:rsidRPr="004763CA">
        <w:t>[ ]</w:t>
      </w:r>
    </w:p>
    <w:p w14:paraId="5104FB3F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Financiamiento/patrocinante (si aplica): </w:t>
      </w:r>
      <w:r w:rsidRPr="004763CA">
        <w:t>[ ]</w:t>
      </w:r>
    </w:p>
    <w:p w14:paraId="4727787D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Fecha y lugar: </w:t>
      </w:r>
      <w:r w:rsidRPr="004763CA">
        <w:t>[ ]</w:t>
      </w:r>
    </w:p>
    <w:p w14:paraId="5046386A" w14:textId="77777777" w:rsidR="007E2E3B" w:rsidRPr="004763CA" w:rsidRDefault="007E2E3B" w:rsidP="00D52D0D">
      <w:pPr>
        <w:jc w:val="both"/>
      </w:pPr>
    </w:p>
    <w:p w14:paraId="30EF0EA7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Hola</w:t>
      </w:r>
    </w:p>
    <w:p w14:paraId="5E11F5D5" w14:textId="77777777" w:rsidR="007E2E3B" w:rsidRPr="004763CA" w:rsidRDefault="00000000" w:rsidP="00D52D0D">
      <w:pPr>
        <w:jc w:val="both"/>
      </w:pPr>
      <w:r w:rsidRPr="004763CA">
        <w:t>Mi nombre es [ ], y estoy haciendo un estudio para aprender sobre [explicar en una frase sencilla].</w:t>
      </w:r>
    </w:p>
    <w:p w14:paraId="7210CC0F" w14:textId="77777777" w:rsidR="007E2E3B" w:rsidRPr="004763CA" w:rsidRDefault="00000000" w:rsidP="00D52D0D">
      <w:pPr>
        <w:jc w:val="both"/>
      </w:pPr>
      <w:r w:rsidRPr="004763CA">
        <w:t>Te invitamos a participar porque [explicación breve y simple].</w:t>
      </w:r>
    </w:p>
    <w:p w14:paraId="097159EF" w14:textId="77777777" w:rsidR="007E2E3B" w:rsidRPr="004763CA" w:rsidRDefault="007E2E3B" w:rsidP="00D52D0D">
      <w:pPr>
        <w:jc w:val="both"/>
      </w:pPr>
    </w:p>
    <w:p w14:paraId="5C93CA50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¿Qué haremos?</w:t>
      </w:r>
    </w:p>
    <w:p w14:paraId="2CC54A83" w14:textId="77777777" w:rsidR="007E2E3B" w:rsidRPr="004763CA" w:rsidRDefault="00000000" w:rsidP="00D52D0D">
      <w:pPr>
        <w:jc w:val="both"/>
      </w:pPr>
      <w:r w:rsidRPr="004763CA">
        <w:t>Si tú quieres, haremos esto contigo:</w:t>
      </w:r>
    </w:p>
    <w:p w14:paraId="27C84933" w14:textId="77777777" w:rsidR="007E2E3B" w:rsidRPr="004763CA" w:rsidRDefault="00000000" w:rsidP="00D52D0D">
      <w:pPr>
        <w:jc w:val="both"/>
      </w:pPr>
      <w:r w:rsidRPr="004763CA">
        <w:t>• [Ej.: conversar / responder preguntas / jugar una actividad / hacer un dibujo].</w:t>
      </w:r>
    </w:p>
    <w:p w14:paraId="49ACF98D" w14:textId="77777777" w:rsidR="007E2E3B" w:rsidRPr="004763CA" w:rsidRDefault="00000000" w:rsidP="00D52D0D">
      <w:pPr>
        <w:jc w:val="both"/>
      </w:pPr>
      <w:r w:rsidRPr="004763CA">
        <w:t>• Durará aproximadamente [ ] minutos.</w:t>
      </w:r>
    </w:p>
    <w:p w14:paraId="0BEE6FC4" w14:textId="77777777" w:rsidR="007E2E3B" w:rsidRPr="004763CA" w:rsidRDefault="00000000" w:rsidP="00D52D0D">
      <w:pPr>
        <w:jc w:val="both"/>
      </w:pPr>
      <w:r w:rsidRPr="004763CA">
        <w:t>• Se hará en [lugar].</w:t>
      </w:r>
    </w:p>
    <w:p w14:paraId="55426800" w14:textId="77777777" w:rsidR="007E2E3B" w:rsidRPr="004763CA" w:rsidRDefault="00000000" w:rsidP="00D52D0D">
      <w:pPr>
        <w:jc w:val="both"/>
      </w:pPr>
      <w:r w:rsidRPr="004763CA">
        <w:t>Si usaremos grabadora/cámara, lo diremos aquí: [ ]</w:t>
      </w:r>
    </w:p>
    <w:p w14:paraId="6F9CB1DF" w14:textId="77777777" w:rsidR="007E2E3B" w:rsidRPr="004763CA" w:rsidRDefault="007E2E3B" w:rsidP="00D52D0D">
      <w:pPr>
        <w:jc w:val="both"/>
      </w:pPr>
    </w:p>
    <w:p w14:paraId="6960AB19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¿Hay cosas que te puedan molestar?</w:t>
      </w:r>
    </w:p>
    <w:p w14:paraId="3C90DE49" w14:textId="77777777" w:rsidR="007E2E3B" w:rsidRPr="004763CA" w:rsidRDefault="00000000" w:rsidP="00D52D0D">
      <w:pPr>
        <w:jc w:val="both"/>
      </w:pPr>
      <w:r w:rsidRPr="004763CA">
        <w:t>[Ej.: puede dar vergüenza responder algunas preguntas]. Si te incomodas, puedes parar.</w:t>
      </w:r>
    </w:p>
    <w:p w14:paraId="1CAC6832" w14:textId="77777777" w:rsidR="007E2E3B" w:rsidRPr="004763CA" w:rsidRDefault="007E2E3B" w:rsidP="00D52D0D">
      <w:pPr>
        <w:jc w:val="both"/>
      </w:pPr>
    </w:p>
    <w:p w14:paraId="1D25F931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Tu decisión</w:t>
      </w:r>
    </w:p>
    <w:p w14:paraId="54D59B06" w14:textId="77777777" w:rsidR="007E2E3B" w:rsidRPr="004763CA" w:rsidRDefault="423CC317" w:rsidP="00D52D0D">
      <w:pPr>
        <w:jc w:val="both"/>
      </w:pPr>
      <w:r>
        <w:lastRenderedPageBreak/>
        <w:t>• Tú decides si quieres participar o no.</w:t>
      </w:r>
    </w:p>
    <w:p w14:paraId="180F7428" w14:textId="34BD63E0" w:rsidR="103EDC81" w:rsidRDefault="103EDC81" w:rsidP="103EDC81">
      <w:pPr>
        <w:jc w:val="both"/>
      </w:pPr>
    </w:p>
    <w:p w14:paraId="21A9274C" w14:textId="77777777" w:rsidR="007E2E3B" w:rsidRPr="004763CA" w:rsidRDefault="00000000" w:rsidP="00D52D0D">
      <w:pPr>
        <w:jc w:val="both"/>
      </w:pPr>
      <w:r w:rsidRPr="004763CA">
        <w:t>• Si dices que NO, no pasa nada y nadie se enoja contigo.</w:t>
      </w:r>
    </w:p>
    <w:p w14:paraId="71555A95" w14:textId="77777777" w:rsidR="007E2E3B" w:rsidRPr="004763CA" w:rsidRDefault="00000000" w:rsidP="00D52D0D">
      <w:pPr>
        <w:jc w:val="both"/>
      </w:pPr>
      <w:r w:rsidRPr="004763CA">
        <w:t>• Si empiezas y después ya no quieres, puedes parar cuando quieras.</w:t>
      </w:r>
    </w:p>
    <w:p w14:paraId="72810D5F" w14:textId="77777777" w:rsidR="007E2E3B" w:rsidRPr="004763CA" w:rsidRDefault="007E2E3B" w:rsidP="00D52D0D">
      <w:pPr>
        <w:jc w:val="both"/>
      </w:pPr>
    </w:p>
    <w:p w14:paraId="5BEAF078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Tu privacidad</w:t>
      </w:r>
    </w:p>
    <w:p w14:paraId="5F180847" w14:textId="77777777" w:rsidR="007E2E3B" w:rsidRPr="004763CA" w:rsidRDefault="00000000" w:rsidP="00D52D0D">
      <w:pPr>
        <w:jc w:val="both"/>
      </w:pPr>
      <w:r w:rsidRPr="004763CA">
        <w:t>Lo que nos cuentes será un secreto. Solo lo verá el equipo del estudio.</w:t>
      </w:r>
    </w:p>
    <w:p w14:paraId="38028015" w14:textId="77777777" w:rsidR="007E2E3B" w:rsidRPr="004763CA" w:rsidRDefault="00000000" w:rsidP="00D52D0D">
      <w:pPr>
        <w:jc w:val="both"/>
      </w:pPr>
      <w:r w:rsidRPr="004763CA">
        <w:t>No escribiremos tu nombre en los resultados.</w:t>
      </w:r>
    </w:p>
    <w:p w14:paraId="52F87BDF" w14:textId="77777777" w:rsidR="007E2E3B" w:rsidRPr="004763CA" w:rsidRDefault="007E2E3B" w:rsidP="00D52D0D">
      <w:pPr>
        <w:jc w:val="both"/>
      </w:pPr>
    </w:p>
    <w:p w14:paraId="21B4F67A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¿Quieres participar?</w:t>
      </w:r>
    </w:p>
    <w:p w14:paraId="36605F57" w14:textId="77777777" w:rsidR="007E2E3B" w:rsidRPr="004763CA" w:rsidRDefault="00000000" w:rsidP="00D52D0D">
      <w:pPr>
        <w:jc w:val="both"/>
      </w:pPr>
      <w:r w:rsidRPr="004763CA">
        <w:t>Marca una opción (puedes pedir ayuda para leer):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E2E3B" w:rsidRPr="004763CA" w14:paraId="33698B97" w14:textId="77777777" w:rsidTr="3931204C">
        <w:tc>
          <w:tcPr>
            <w:tcW w:w="4320" w:type="dxa"/>
          </w:tcPr>
          <w:p w14:paraId="2A366F36" w14:textId="77777777" w:rsidR="007E2E3B" w:rsidRPr="004763CA" w:rsidRDefault="00000000" w:rsidP="00D52D0D">
            <w:pPr>
              <w:jc w:val="both"/>
            </w:pPr>
            <w:r w:rsidRPr="004763CA">
              <w:t>☐ SÍ, quiero participar</w:t>
            </w:r>
          </w:p>
        </w:tc>
        <w:tc>
          <w:tcPr>
            <w:tcW w:w="4320" w:type="dxa"/>
          </w:tcPr>
          <w:p w14:paraId="055545F5" w14:textId="77777777" w:rsidR="007E2E3B" w:rsidRPr="004763CA" w:rsidRDefault="00000000" w:rsidP="00D52D0D">
            <w:pPr>
              <w:jc w:val="both"/>
            </w:pPr>
            <w:r w:rsidRPr="004763CA">
              <w:t>☐ NO, no quiero participar</w:t>
            </w:r>
          </w:p>
        </w:tc>
      </w:tr>
      <w:tr w:rsidR="007E2E3B" w:rsidRPr="004763CA" w14:paraId="0F2D189A" w14:textId="77777777" w:rsidTr="3931204C">
        <w:tc>
          <w:tcPr>
            <w:tcW w:w="4320" w:type="dxa"/>
          </w:tcPr>
          <w:p w14:paraId="731CF38C" w14:textId="77777777" w:rsidR="007E2E3B" w:rsidRPr="004763CA" w:rsidRDefault="00000000" w:rsidP="00D52D0D">
            <w:pPr>
              <w:jc w:val="both"/>
            </w:pPr>
            <w:r w:rsidRPr="004763CA">
              <w:t>Mi nombre: _________________________</w:t>
            </w:r>
          </w:p>
        </w:tc>
        <w:tc>
          <w:tcPr>
            <w:tcW w:w="4320" w:type="dxa"/>
          </w:tcPr>
          <w:p w14:paraId="38B83DF1" w14:textId="77777777" w:rsidR="007E2E3B" w:rsidRPr="004763CA" w:rsidRDefault="00000000" w:rsidP="00D52D0D">
            <w:pPr>
              <w:jc w:val="both"/>
            </w:pPr>
            <w:r w:rsidRPr="004763CA">
              <w:t>Fecha: ____ / ____ / ______</w:t>
            </w:r>
          </w:p>
        </w:tc>
      </w:tr>
    </w:tbl>
    <w:p w14:paraId="632DCAC2" w14:textId="77777777" w:rsidR="007E2E3B" w:rsidRPr="004763CA" w:rsidRDefault="007E2E3B" w:rsidP="00D52D0D">
      <w:pPr>
        <w:jc w:val="both"/>
      </w:pPr>
    </w:p>
    <w:p w14:paraId="2A1335A7" w14:textId="32CBB403" w:rsidR="0E87C32B" w:rsidRDefault="0E87C32B"/>
    <w:tbl>
      <w:tblPr>
        <w:tblW w:w="8712" w:type="dxa"/>
        <w:jc w:val="center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5160"/>
        <w:gridCol w:w="3552"/>
      </w:tblGrid>
      <w:tr w:rsidR="007E2E3B" w:rsidRPr="004763CA" w14:paraId="0C593364" w14:textId="77777777" w:rsidTr="3931204C">
        <w:trPr>
          <w:jc w:val="center"/>
        </w:trPr>
        <w:tc>
          <w:tcPr>
            <w:tcW w:w="5160" w:type="dxa"/>
            <w:vAlign w:val="center"/>
          </w:tcPr>
          <w:p w14:paraId="01CE8D5F" w14:textId="1EC0374A" w:rsidR="007E2E3B" w:rsidRPr="004763CA" w:rsidRDefault="007E2E3B" w:rsidP="0E87C32B">
            <w:pPr>
              <w:jc w:val="center"/>
            </w:pPr>
          </w:p>
          <w:p w14:paraId="1C40E0A2" w14:textId="0329C21E" w:rsidR="007E2E3B" w:rsidRPr="004763CA" w:rsidRDefault="3E5FDC58" w:rsidP="0E87C32B">
            <w:pPr>
              <w:jc w:val="center"/>
            </w:pPr>
            <w:r>
              <w:t>_______________________________</w:t>
            </w:r>
          </w:p>
          <w:p w14:paraId="3A9E2139" w14:textId="396F769E" w:rsidR="007E2E3B" w:rsidRPr="004763CA" w:rsidRDefault="43DA7834" w:rsidP="0E87C32B">
            <w:pPr>
              <w:jc w:val="center"/>
            </w:pPr>
            <w:r>
              <w:t>Nombre y firma de quien explica el estudio</w:t>
            </w:r>
          </w:p>
          <w:p w14:paraId="6EC86877" w14:textId="30EE07C4" w:rsidR="007E2E3B" w:rsidRPr="004763CA" w:rsidRDefault="007E2E3B" w:rsidP="0E87C32B">
            <w:pPr>
              <w:jc w:val="center"/>
            </w:pPr>
          </w:p>
        </w:tc>
        <w:tc>
          <w:tcPr>
            <w:tcW w:w="3552" w:type="dxa"/>
            <w:vAlign w:val="center"/>
          </w:tcPr>
          <w:p w14:paraId="7A3724F4" w14:textId="4BB431FA" w:rsidR="43DA7834" w:rsidRDefault="43DA7834" w:rsidP="0E87C32B">
            <w:pPr>
              <w:jc w:val="center"/>
            </w:pPr>
            <w:r w:rsidRPr="0E87C32B">
              <w:rPr>
                <w:rFonts w:cs="Calibri"/>
              </w:rPr>
              <w:t>____ / ____ / _____</w:t>
            </w:r>
          </w:p>
          <w:p w14:paraId="195C7DF7" w14:textId="1A6B762D" w:rsidR="007E2E3B" w:rsidRPr="004763CA" w:rsidRDefault="423CC317" w:rsidP="0E87C32B">
            <w:pPr>
              <w:jc w:val="center"/>
            </w:pPr>
            <w:r>
              <w:t>Fecha</w:t>
            </w:r>
          </w:p>
        </w:tc>
      </w:tr>
    </w:tbl>
    <w:p w14:paraId="6FBBE3F7" w14:textId="7C581363" w:rsidR="0E87C32B" w:rsidRDefault="0E87C32B"/>
    <w:p w14:paraId="4B044B6E" w14:textId="77777777" w:rsidR="007E2E3B" w:rsidRPr="004763CA" w:rsidRDefault="007E2E3B" w:rsidP="00D52D0D">
      <w:pPr>
        <w:jc w:val="both"/>
      </w:pPr>
    </w:p>
    <w:p w14:paraId="7ECE9A1E" w14:textId="77777777" w:rsidR="007E2E3B" w:rsidRPr="004763CA" w:rsidRDefault="00000000" w:rsidP="00D52D0D">
      <w:pPr>
        <w:jc w:val="both"/>
      </w:pPr>
      <w:r w:rsidRPr="004763CA">
        <w:rPr>
          <w:i/>
          <w:sz w:val="18"/>
        </w:rPr>
        <w:t>Si el/la niño/a no puede escribir, puede marcar con una X o un dibujo. Registrar apoyo entregado: [ ].</w:t>
      </w:r>
    </w:p>
    <w:p w14:paraId="56FB64F6" w14:textId="77777777" w:rsidR="007E2E3B" w:rsidRPr="004763CA" w:rsidRDefault="00000000" w:rsidP="00D52D0D">
      <w:pPr>
        <w:jc w:val="both"/>
      </w:pPr>
      <w:r>
        <w:br w:type="page"/>
      </w:r>
    </w:p>
    <w:p w14:paraId="5F9A69DF" w14:textId="5A9F7484" w:rsidR="007E2E3B" w:rsidRPr="004763CA" w:rsidRDefault="423CC317" w:rsidP="103EDC81">
      <w:pPr>
        <w:jc w:val="center"/>
      </w:pPr>
      <w:r w:rsidRPr="103EDC81">
        <w:rPr>
          <w:b/>
          <w:bCs/>
          <w:sz w:val="32"/>
          <w:szCs w:val="32"/>
        </w:rPr>
        <w:lastRenderedPageBreak/>
        <w:t>MODELO B — ASENTIMIENTO PARA NIÑAS Y NIÑOS (9 a 12 años)</w:t>
      </w:r>
    </w:p>
    <w:p w14:paraId="5F5691F5" w14:textId="04C74F30" w:rsidR="103EDC81" w:rsidRDefault="103EDC81" w:rsidP="103EDC81">
      <w:pPr>
        <w:jc w:val="center"/>
        <w:rPr>
          <w:b/>
          <w:bCs/>
          <w:sz w:val="32"/>
          <w:szCs w:val="32"/>
        </w:rPr>
      </w:pPr>
    </w:p>
    <w:p w14:paraId="41DC6A27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Datos del estudio</w:t>
      </w:r>
    </w:p>
    <w:p w14:paraId="3FE1215A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Título del estudio: </w:t>
      </w:r>
      <w:r w:rsidRPr="004763CA">
        <w:t>[ ]</w:t>
      </w:r>
    </w:p>
    <w:p w14:paraId="3AC9429A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14:paraId="560CDDAB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Institución/establecimiento donde se realizará: </w:t>
      </w:r>
      <w:r w:rsidRPr="004763CA">
        <w:t>[ ]</w:t>
      </w:r>
    </w:p>
    <w:p w14:paraId="46A0CD26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Financiamiento/patrocinante (si aplica): </w:t>
      </w:r>
      <w:r w:rsidRPr="004763CA">
        <w:t>[ ]</w:t>
      </w:r>
    </w:p>
    <w:p w14:paraId="21EB1774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Fecha y lugar: </w:t>
      </w:r>
      <w:r w:rsidRPr="004763CA">
        <w:t>[ ]</w:t>
      </w:r>
    </w:p>
    <w:p w14:paraId="52EF7F27" w14:textId="77777777" w:rsidR="007E2E3B" w:rsidRPr="004763CA" w:rsidRDefault="007E2E3B" w:rsidP="00D52D0D">
      <w:pPr>
        <w:jc w:val="both"/>
      </w:pPr>
    </w:p>
    <w:p w14:paraId="48EDD5FB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¿De qué se trata este estudio?</w:t>
      </w:r>
    </w:p>
    <w:p w14:paraId="6736DDB7" w14:textId="77777777" w:rsidR="007E2E3B" w:rsidRPr="004763CA" w:rsidRDefault="00000000" w:rsidP="00D52D0D">
      <w:pPr>
        <w:jc w:val="both"/>
      </w:pPr>
      <w:r w:rsidRPr="004763CA">
        <w:t>Estamos realizando un estudio para [explicar objetivo en lenguaje simple]. Queremos conocer tu experiencia/opinión sobre [tema], porque [razón].</w:t>
      </w:r>
    </w:p>
    <w:p w14:paraId="3EE4A606" w14:textId="77777777" w:rsidR="007E2E3B" w:rsidRPr="004763CA" w:rsidRDefault="007E2E3B" w:rsidP="00D52D0D">
      <w:pPr>
        <w:jc w:val="both"/>
      </w:pPr>
    </w:p>
    <w:p w14:paraId="64C20746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¿Qué tendrás que hacer?</w:t>
      </w:r>
    </w:p>
    <w:p w14:paraId="029DF322" w14:textId="77777777" w:rsidR="007E2E3B" w:rsidRPr="004763CA" w:rsidRDefault="00000000" w:rsidP="00D52D0D">
      <w:pPr>
        <w:jc w:val="both"/>
      </w:pPr>
      <w:r w:rsidRPr="004763CA">
        <w:t>Si aceptas, tu participación será:</w:t>
      </w:r>
    </w:p>
    <w:p w14:paraId="008505A5" w14:textId="77777777" w:rsidR="007E2E3B" w:rsidRPr="004763CA" w:rsidRDefault="00000000" w:rsidP="00D52D0D">
      <w:pPr>
        <w:jc w:val="both"/>
      </w:pPr>
      <w:r w:rsidRPr="004763CA">
        <w:t>☐ Responder una encuesta (aprox. [ ] minutos).</w:t>
      </w:r>
    </w:p>
    <w:p w14:paraId="0A363774" w14:textId="77777777" w:rsidR="007E2E3B" w:rsidRPr="004763CA" w:rsidRDefault="00000000" w:rsidP="00D52D0D">
      <w:pPr>
        <w:jc w:val="both"/>
      </w:pPr>
      <w:r w:rsidRPr="004763CA">
        <w:t>☐ Participar en una entrevista (aprox. [ ] minutos).</w:t>
      </w:r>
    </w:p>
    <w:p w14:paraId="5CFA2391" w14:textId="77777777" w:rsidR="007E2E3B" w:rsidRPr="004763CA" w:rsidRDefault="00000000" w:rsidP="00D52D0D">
      <w:pPr>
        <w:jc w:val="both"/>
      </w:pPr>
      <w:r w:rsidRPr="004763CA">
        <w:t>☐ Participar en un grupo de conversación (aprox. [ ] minutos).</w:t>
      </w:r>
    </w:p>
    <w:p w14:paraId="033354DE" w14:textId="77777777" w:rsidR="007E2E3B" w:rsidRPr="004763CA" w:rsidRDefault="00000000" w:rsidP="00D52D0D">
      <w:pPr>
        <w:jc w:val="both"/>
      </w:pPr>
      <w:r w:rsidRPr="004763CA">
        <w:t>☐ Otra actividad: [ ].</w:t>
      </w:r>
    </w:p>
    <w:p w14:paraId="634B7082" w14:textId="77777777" w:rsidR="007E2E3B" w:rsidRPr="004763CA" w:rsidRDefault="00000000" w:rsidP="00D52D0D">
      <w:pPr>
        <w:jc w:val="both"/>
      </w:pPr>
      <w:r w:rsidRPr="004763CA">
        <w:t>Lugar/modalidad: [presencial/online], en [ ]. Número de sesiones: [ ].</w:t>
      </w:r>
    </w:p>
    <w:p w14:paraId="60281D58" w14:textId="77777777" w:rsidR="007E2E3B" w:rsidRPr="004763CA" w:rsidRDefault="00000000" w:rsidP="00D52D0D">
      <w:pPr>
        <w:jc w:val="both"/>
      </w:pPr>
      <w:r w:rsidRPr="004763CA">
        <w:t>Grabación: ☐ No ☐ Audio ☐ Video ☐ Fotografías (detalle y uso: [ ]).</w:t>
      </w:r>
    </w:p>
    <w:p w14:paraId="7DFA9BF2" w14:textId="77777777" w:rsidR="007E2E3B" w:rsidRPr="004763CA" w:rsidRDefault="007E2E3B" w:rsidP="00D52D0D">
      <w:pPr>
        <w:jc w:val="both"/>
      </w:pPr>
    </w:p>
    <w:p w14:paraId="4AE68803" w14:textId="46570CDD" w:rsidR="3931204C" w:rsidRDefault="3931204C" w:rsidP="3931204C">
      <w:pPr>
        <w:jc w:val="both"/>
      </w:pPr>
    </w:p>
    <w:p w14:paraId="123D9119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¿Hay riesgos o molestias?</w:t>
      </w:r>
    </w:p>
    <w:p w14:paraId="5EF41B0F" w14:textId="77777777" w:rsidR="007E2E3B" w:rsidRPr="004763CA" w:rsidRDefault="00000000" w:rsidP="00D52D0D">
      <w:pPr>
        <w:jc w:val="both"/>
      </w:pPr>
      <w:r w:rsidRPr="004763CA">
        <w:lastRenderedPageBreak/>
        <w:t>Riesgos o molestias previsibles: [ ]. Medidas de apoyo/pausa/derivación si te sientes mal: [ ].</w:t>
      </w:r>
    </w:p>
    <w:p w14:paraId="55BF0A61" w14:textId="77777777" w:rsidR="007E2E3B" w:rsidRPr="004763CA" w:rsidRDefault="007E2E3B" w:rsidP="00D52D0D">
      <w:pPr>
        <w:jc w:val="both"/>
      </w:pPr>
    </w:p>
    <w:p w14:paraId="1CFE15B7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Beneficios</w:t>
      </w:r>
    </w:p>
    <w:p w14:paraId="5A93C53A" w14:textId="77777777" w:rsidR="007E2E3B" w:rsidRPr="004763CA" w:rsidRDefault="00000000" w:rsidP="00D52D0D">
      <w:pPr>
        <w:jc w:val="both"/>
      </w:pPr>
      <w:r w:rsidRPr="004763CA">
        <w:t>Beneficios directos para ti (si los hay): [ ]. Si no hay beneficios directos, igualmente tu participación puede ayudar a [beneficio indirecto].</w:t>
      </w:r>
    </w:p>
    <w:p w14:paraId="7202214D" w14:textId="77777777" w:rsidR="007E2E3B" w:rsidRPr="004763CA" w:rsidRDefault="007E2E3B" w:rsidP="00D52D0D">
      <w:pPr>
        <w:jc w:val="both"/>
      </w:pPr>
    </w:p>
    <w:p w14:paraId="56C48201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Voluntariedad</w:t>
      </w:r>
    </w:p>
    <w:p w14:paraId="4BBC4418" w14:textId="77777777" w:rsidR="007E2E3B" w:rsidRPr="004763CA" w:rsidRDefault="00000000" w:rsidP="00D52D0D">
      <w:pPr>
        <w:jc w:val="both"/>
      </w:pPr>
      <w:r w:rsidRPr="004763CA">
        <w:t>Tu participación es voluntaria. Aunque tu apoderado/a o tutor/a autorice, tú puedes decir que NO.</w:t>
      </w:r>
    </w:p>
    <w:p w14:paraId="108D1D7F" w14:textId="77777777" w:rsidR="007E2E3B" w:rsidRPr="004763CA" w:rsidRDefault="00000000" w:rsidP="00D52D0D">
      <w:pPr>
        <w:jc w:val="both"/>
      </w:pPr>
      <w:r w:rsidRPr="004763CA">
        <w:t>Puedes dejar de participar en cualquier momento, o no responder alguna pregunta, sin consecuencias negativas.</w:t>
      </w:r>
    </w:p>
    <w:p w14:paraId="10B13D46" w14:textId="77777777" w:rsidR="007E2E3B" w:rsidRPr="004763CA" w:rsidRDefault="00000000" w:rsidP="00D52D0D">
      <w:pPr>
        <w:jc w:val="both"/>
      </w:pPr>
      <w:r w:rsidRPr="004763CA">
        <w:t>Si alguien te presiona para participar, puedes decirnos y buscaremos ayudarte.</w:t>
      </w:r>
    </w:p>
    <w:p w14:paraId="7A885961" w14:textId="77777777" w:rsidR="007E2E3B" w:rsidRPr="004763CA" w:rsidRDefault="007E2E3B" w:rsidP="00D52D0D">
      <w:pPr>
        <w:jc w:val="both"/>
      </w:pPr>
    </w:p>
    <w:p w14:paraId="5BD9CBDB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Privacidad y datos</w:t>
      </w:r>
    </w:p>
    <w:p w14:paraId="4D6E86DF" w14:textId="77777777" w:rsidR="007E2E3B" w:rsidRPr="004763CA" w:rsidRDefault="00000000" w:rsidP="00D52D0D">
      <w:pPr>
        <w:jc w:val="both"/>
      </w:pPr>
      <w:r w:rsidRPr="004763CA">
        <w:t>La información que entregues será confidencial. El equipo del estudio protegerá tus datos y usará códigos o seudónimos cuando corresponda. En reportes y publicaciones no se te identificará.</w:t>
      </w:r>
    </w:p>
    <w:p w14:paraId="2438EB96" w14:textId="77777777" w:rsidR="007E2E3B" w:rsidRPr="004763CA" w:rsidRDefault="00000000" w:rsidP="00D52D0D">
      <w:pPr>
        <w:jc w:val="both"/>
      </w:pPr>
      <w:r w:rsidRPr="004763CA">
        <w:t>Si existieran límites a la confidencialidad (p. ej., riesgo grave para ti u otros), se explicarán aquí: [ ].</w:t>
      </w:r>
    </w:p>
    <w:p w14:paraId="36B2936A" w14:textId="77777777" w:rsidR="007E2E3B" w:rsidRPr="004763CA" w:rsidRDefault="00000000" w:rsidP="00D52D0D">
      <w:pPr>
        <w:jc w:val="both"/>
      </w:pPr>
      <w:r w:rsidRPr="004763CA">
        <w:t>Tiempo de almacenamiento de datos y destino final (eliminación/anonimización): [ ].</w:t>
      </w:r>
    </w:p>
    <w:p w14:paraId="7BCE0CA4" w14:textId="77777777" w:rsidR="007E2E3B" w:rsidRPr="004763CA" w:rsidRDefault="007E2E3B" w:rsidP="00D52D0D">
      <w:pPr>
        <w:jc w:val="both"/>
      </w:pPr>
    </w:p>
    <w:p w14:paraId="2AC7E631" w14:textId="613021EB" w:rsidR="007E2E3B" w:rsidRPr="004763CA" w:rsidRDefault="004763CA" w:rsidP="00D52D0D">
      <w:pPr>
        <w:jc w:val="both"/>
        <w:rPr>
          <w:b/>
          <w:bCs/>
        </w:rPr>
      </w:pPr>
      <w:r w:rsidRPr="004763CA">
        <w:rPr>
          <w:b/>
          <w:bCs/>
        </w:rPr>
        <w:t>¿A QUIÉN PUEDO PREGUNTAR SI TENGO DUDAS?</w:t>
      </w:r>
    </w:p>
    <w:p w14:paraId="51D6ADF5" w14:textId="77777777" w:rsidR="007E2E3B" w:rsidRPr="004763CA" w:rsidRDefault="00000000" w:rsidP="00D52D0D">
      <w:pPr>
        <w:jc w:val="both"/>
      </w:pPr>
      <w:r w:rsidRPr="004763CA">
        <w:t>• Equipo investigador: [Nombre – email – teléfono].</w:t>
      </w:r>
    </w:p>
    <w:p w14:paraId="33DC66C6" w14:textId="77777777" w:rsidR="007E2E3B" w:rsidRPr="004763CA" w:rsidRDefault="00000000" w:rsidP="00D52D0D">
      <w:pPr>
        <w:jc w:val="both"/>
      </w:pPr>
      <w:r w:rsidRPr="004763CA">
        <w:t>• Comité de Ética (CEII): [correo institucional / teléfono].</w:t>
      </w:r>
    </w:p>
    <w:p w14:paraId="295F7A72" w14:textId="77777777" w:rsidR="007E2E3B" w:rsidRPr="004763CA" w:rsidRDefault="007E2E3B" w:rsidP="00D52D0D">
      <w:pPr>
        <w:jc w:val="both"/>
      </w:pPr>
    </w:p>
    <w:p w14:paraId="4EE929F3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Declaración de asentimiento</w:t>
      </w:r>
    </w:p>
    <w:p w14:paraId="61FB3481" w14:textId="77777777" w:rsidR="007E2E3B" w:rsidRPr="004763CA" w:rsidRDefault="00000000" w:rsidP="00D52D0D">
      <w:pPr>
        <w:jc w:val="both"/>
      </w:pPr>
      <w:r w:rsidRPr="004763CA">
        <w:t>Marca lo que corresponde:</w:t>
      </w:r>
    </w:p>
    <w:p w14:paraId="7D1A21E9" w14:textId="77777777" w:rsidR="007E2E3B" w:rsidRPr="004763CA" w:rsidRDefault="00000000" w:rsidP="00D52D0D">
      <w:pPr>
        <w:jc w:val="both"/>
      </w:pPr>
      <w:r w:rsidRPr="004763CA">
        <w:lastRenderedPageBreak/>
        <w:t>☐ Entiendo de qué se trata el estudio.</w:t>
      </w:r>
    </w:p>
    <w:p w14:paraId="6E93DACF" w14:textId="77777777" w:rsidR="007E2E3B" w:rsidRPr="004763CA" w:rsidRDefault="423CC317" w:rsidP="00D52D0D">
      <w:pPr>
        <w:jc w:val="both"/>
      </w:pPr>
      <w:r>
        <w:t>☐ Pude hacer preguntas y me respondieron.</w:t>
      </w:r>
    </w:p>
    <w:p w14:paraId="72A074A6" w14:textId="1EFB3F63" w:rsidR="103EDC81" w:rsidRDefault="103EDC81" w:rsidP="103EDC81">
      <w:pPr>
        <w:jc w:val="both"/>
      </w:pPr>
    </w:p>
    <w:p w14:paraId="393E1815" w14:textId="77777777" w:rsidR="007E2E3B" w:rsidRPr="004763CA" w:rsidRDefault="00000000" w:rsidP="00D52D0D">
      <w:pPr>
        <w:jc w:val="both"/>
      </w:pPr>
      <w:r w:rsidRPr="004763CA">
        <w:t>☐ Entiendo que puedo retirarme cuando quiera.</w:t>
      </w:r>
    </w:p>
    <w:p w14:paraId="1E2EB23A" w14:textId="77777777" w:rsidR="007E2E3B" w:rsidRPr="004763CA" w:rsidRDefault="00000000" w:rsidP="00D52D0D">
      <w:pPr>
        <w:jc w:val="both"/>
      </w:pPr>
      <w:r w:rsidRPr="004763CA">
        <w:t>Decisión: ☐ SÍ, acepto participar  ☐ NO, no acepto participar</w:t>
      </w:r>
    </w:p>
    <w:p w14:paraId="00781153" w14:textId="77777777" w:rsidR="007E2E3B" w:rsidRPr="004763CA" w:rsidRDefault="007E2E3B" w:rsidP="00D52D0D">
      <w:pPr>
        <w:jc w:val="both"/>
      </w:pPr>
    </w:p>
    <w:p w14:paraId="275EB90B" w14:textId="459F88FC" w:rsidR="3931204C" w:rsidRDefault="3931204C"/>
    <w:p w14:paraId="6E054022" w14:textId="5591CB8B" w:rsidR="3931204C" w:rsidRDefault="3931204C"/>
    <w:tbl>
      <w:tblPr>
        <w:tblW w:w="8712" w:type="dxa"/>
        <w:jc w:val="center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6090"/>
        <w:gridCol w:w="2622"/>
      </w:tblGrid>
      <w:tr w:rsidR="007E2E3B" w:rsidRPr="004763CA" w14:paraId="2B4E8757" w14:textId="77777777" w:rsidTr="3931204C">
        <w:trPr>
          <w:trHeight w:val="555"/>
          <w:jc w:val="center"/>
        </w:trPr>
        <w:tc>
          <w:tcPr>
            <w:tcW w:w="6090" w:type="dxa"/>
            <w:vAlign w:val="center"/>
          </w:tcPr>
          <w:p w14:paraId="51972EEF" w14:textId="6AE891C4" w:rsidR="007E2E3B" w:rsidRPr="004763CA" w:rsidRDefault="0AB9B31D" w:rsidP="3931204C">
            <w:pPr>
              <w:jc w:val="center"/>
            </w:pPr>
            <w:r>
              <w:t>_____________________________</w:t>
            </w:r>
            <w:r w:rsidR="63B10828">
              <w:t>___________</w:t>
            </w:r>
          </w:p>
          <w:p w14:paraId="46DD6103" w14:textId="35261D42" w:rsidR="007E2E3B" w:rsidRPr="004763CA" w:rsidRDefault="0AB9B31D" w:rsidP="3931204C">
            <w:pPr>
              <w:jc w:val="center"/>
            </w:pPr>
            <w:r>
              <w:t>Nombre del/de la participante</w:t>
            </w:r>
          </w:p>
          <w:p w14:paraId="193D3DC0" w14:textId="412C505D" w:rsidR="007E2E3B" w:rsidRPr="004763CA" w:rsidRDefault="007E2E3B" w:rsidP="3931204C">
            <w:pPr>
              <w:jc w:val="center"/>
            </w:pPr>
          </w:p>
        </w:tc>
        <w:tc>
          <w:tcPr>
            <w:tcW w:w="2622" w:type="dxa"/>
            <w:vAlign w:val="center"/>
          </w:tcPr>
          <w:p w14:paraId="5D76A2C0" w14:textId="77B959D1" w:rsidR="007E2E3B" w:rsidRPr="004763CA" w:rsidRDefault="00000000" w:rsidP="3931204C">
            <w:pPr>
              <w:jc w:val="center"/>
            </w:pPr>
            <w:r>
              <w:t>Edad:</w:t>
            </w:r>
            <w:r w:rsidR="590F931E">
              <w:t xml:space="preserve"> </w:t>
            </w:r>
            <w:r w:rsidR="06900A25">
              <w:t>_____ años</w:t>
            </w:r>
          </w:p>
        </w:tc>
      </w:tr>
      <w:tr w:rsidR="007E2E3B" w:rsidRPr="004763CA" w14:paraId="77E02FE1" w14:textId="77777777" w:rsidTr="3931204C">
        <w:trPr>
          <w:jc w:val="center"/>
        </w:trPr>
        <w:tc>
          <w:tcPr>
            <w:tcW w:w="6090" w:type="dxa"/>
            <w:vAlign w:val="center"/>
          </w:tcPr>
          <w:p w14:paraId="7948A878" w14:textId="4B6A0964" w:rsidR="007E2E3B" w:rsidRPr="004763CA" w:rsidRDefault="3EA6B502" w:rsidP="3931204C">
            <w:pPr>
              <w:jc w:val="center"/>
            </w:pPr>
            <w:r>
              <w:t>_______________________________</w:t>
            </w:r>
            <w:r w:rsidR="6FA477F1">
              <w:t>_________</w:t>
            </w:r>
          </w:p>
          <w:p w14:paraId="36A4BC3C" w14:textId="0A802055" w:rsidR="007E2E3B" w:rsidRPr="004763CA" w:rsidRDefault="3EA6B502" w:rsidP="3931204C">
            <w:pPr>
              <w:jc w:val="center"/>
            </w:pPr>
            <w:r>
              <w:t>Firma o marca</w:t>
            </w:r>
          </w:p>
        </w:tc>
        <w:tc>
          <w:tcPr>
            <w:tcW w:w="2622" w:type="dxa"/>
            <w:vAlign w:val="center"/>
          </w:tcPr>
          <w:p w14:paraId="45678A2A" w14:textId="0713F68B" w:rsidR="007E2E3B" w:rsidRPr="004763CA" w:rsidRDefault="57D206A7" w:rsidP="3931204C">
            <w:pPr>
              <w:jc w:val="center"/>
            </w:pPr>
            <w:r>
              <w:t>____/____/______</w:t>
            </w:r>
          </w:p>
          <w:p w14:paraId="68D61493" w14:textId="060C36B5" w:rsidR="007E2E3B" w:rsidRPr="004763CA" w:rsidRDefault="57D206A7" w:rsidP="3931204C">
            <w:pPr>
              <w:jc w:val="center"/>
            </w:pPr>
            <w:r>
              <w:t>Fecha</w:t>
            </w:r>
          </w:p>
        </w:tc>
      </w:tr>
      <w:tr w:rsidR="007E2E3B" w:rsidRPr="004763CA" w14:paraId="08FDF184" w14:textId="77777777" w:rsidTr="3931204C">
        <w:trPr>
          <w:jc w:val="center"/>
        </w:trPr>
        <w:tc>
          <w:tcPr>
            <w:tcW w:w="6090" w:type="dxa"/>
            <w:vAlign w:val="center"/>
          </w:tcPr>
          <w:p w14:paraId="5258B8E5" w14:textId="510EA00B" w:rsidR="007E2E3B" w:rsidRPr="004763CA" w:rsidRDefault="007E2E3B" w:rsidP="3931204C">
            <w:pPr>
              <w:jc w:val="center"/>
            </w:pPr>
          </w:p>
          <w:p w14:paraId="23993439" w14:textId="198B4B66" w:rsidR="007E2E3B" w:rsidRPr="004763CA" w:rsidRDefault="6E9CDD29" w:rsidP="3931204C">
            <w:pPr>
              <w:jc w:val="center"/>
            </w:pPr>
            <w:r>
              <w:t>__________________________________________________</w:t>
            </w:r>
          </w:p>
          <w:p w14:paraId="7148FE95" w14:textId="034E6948" w:rsidR="007E2E3B" w:rsidRPr="004763CA" w:rsidRDefault="00000000" w:rsidP="3931204C">
            <w:pPr>
              <w:jc w:val="center"/>
            </w:pPr>
            <w:r>
              <w:t>Nombre y firma de quien obtiene el asentimiento</w:t>
            </w:r>
          </w:p>
        </w:tc>
        <w:tc>
          <w:tcPr>
            <w:tcW w:w="2622" w:type="dxa"/>
            <w:vAlign w:val="center"/>
          </w:tcPr>
          <w:p w14:paraId="1CB52C24" w14:textId="455B50E6" w:rsidR="3931204C" w:rsidRDefault="3931204C" w:rsidP="3931204C">
            <w:pPr>
              <w:jc w:val="center"/>
            </w:pPr>
          </w:p>
          <w:p w14:paraId="594FFB08" w14:textId="062CA8A2" w:rsidR="0E8F0D0B" w:rsidRDefault="0E8F0D0B" w:rsidP="3931204C">
            <w:pPr>
              <w:jc w:val="center"/>
            </w:pPr>
            <w:r>
              <w:t>___________________</w:t>
            </w:r>
          </w:p>
          <w:p w14:paraId="185B7E03" w14:textId="234C16BA" w:rsidR="007E2E3B" w:rsidRPr="004763CA" w:rsidRDefault="00000000" w:rsidP="3931204C">
            <w:pPr>
              <w:jc w:val="center"/>
            </w:pPr>
            <w:r>
              <w:t>Rol</w:t>
            </w:r>
          </w:p>
        </w:tc>
      </w:tr>
    </w:tbl>
    <w:p w14:paraId="5ABA0477" w14:textId="3658A24A" w:rsidR="3931204C" w:rsidRDefault="3931204C"/>
    <w:p w14:paraId="49E84E6E" w14:textId="543971BB" w:rsidR="007E2E3B" w:rsidRPr="004763CA" w:rsidRDefault="007E2E3B" w:rsidP="00D52D0D">
      <w:pPr>
        <w:jc w:val="both"/>
      </w:pPr>
    </w:p>
    <w:p w14:paraId="1D411F5A" w14:textId="687F5397" w:rsidR="0E87C32B" w:rsidRDefault="0E87C32B" w:rsidP="0E87C32B">
      <w:pPr>
        <w:jc w:val="both"/>
      </w:pPr>
    </w:p>
    <w:p w14:paraId="7015B311" w14:textId="77777777" w:rsidR="007E2E3B" w:rsidRPr="004763CA" w:rsidRDefault="00000000" w:rsidP="00D52D0D">
      <w:pPr>
        <w:jc w:val="both"/>
      </w:pPr>
      <w:r w:rsidRPr="004763CA">
        <w:rPr>
          <w:i/>
          <w:sz w:val="18"/>
        </w:rPr>
        <w:t>Si el/la participante no firma, indique método (marca/huella/asentimiento verbal) y razón: [ ].</w:t>
      </w:r>
    </w:p>
    <w:p w14:paraId="0B837C9A" w14:textId="77777777" w:rsidR="007E2E3B" w:rsidRPr="004763CA" w:rsidRDefault="00000000" w:rsidP="00D52D0D">
      <w:pPr>
        <w:jc w:val="both"/>
      </w:pPr>
      <w:r>
        <w:br w:type="page"/>
      </w:r>
    </w:p>
    <w:p w14:paraId="4E4FE94D" w14:textId="77777777" w:rsidR="007E2E3B" w:rsidRPr="004763CA" w:rsidRDefault="00000000">
      <w:pPr>
        <w:jc w:val="center"/>
      </w:pPr>
      <w:r w:rsidRPr="004763CA">
        <w:rPr>
          <w:b/>
          <w:sz w:val="32"/>
        </w:rPr>
        <w:lastRenderedPageBreak/>
        <w:t>MODELO C — ASENTIMIENTO PARA ADOLESCENTES (13 a 17 años)</w:t>
      </w:r>
    </w:p>
    <w:p w14:paraId="6AB60224" w14:textId="77777777" w:rsidR="007E2E3B" w:rsidRPr="004763CA" w:rsidRDefault="007E2E3B" w:rsidP="004763CA">
      <w:pPr>
        <w:jc w:val="both"/>
      </w:pPr>
    </w:p>
    <w:p w14:paraId="637D10BE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Datos del estudio</w:t>
      </w:r>
    </w:p>
    <w:p w14:paraId="4FF837EB" w14:textId="77777777" w:rsidR="007E2E3B" w:rsidRPr="004763CA" w:rsidRDefault="00000000" w:rsidP="004763CA">
      <w:pPr>
        <w:jc w:val="both"/>
      </w:pPr>
      <w:r w:rsidRPr="004763CA">
        <w:rPr>
          <w:b/>
        </w:rPr>
        <w:t xml:space="preserve">Título del estudio: </w:t>
      </w:r>
      <w:r w:rsidRPr="004763CA">
        <w:t>[ ]</w:t>
      </w:r>
    </w:p>
    <w:p w14:paraId="0086059F" w14:textId="77777777" w:rsidR="007E2E3B" w:rsidRPr="004763CA" w:rsidRDefault="00000000" w:rsidP="004763CA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14:paraId="309250AC" w14:textId="77777777" w:rsidR="007E2E3B" w:rsidRPr="004763CA" w:rsidRDefault="00000000" w:rsidP="004763CA">
      <w:pPr>
        <w:jc w:val="both"/>
      </w:pPr>
      <w:r w:rsidRPr="004763CA">
        <w:rPr>
          <w:b/>
        </w:rPr>
        <w:t xml:space="preserve">Institución/establecimiento donde se realizará: </w:t>
      </w:r>
      <w:r w:rsidRPr="004763CA">
        <w:t>[ ]</w:t>
      </w:r>
    </w:p>
    <w:p w14:paraId="782D9AE4" w14:textId="77777777" w:rsidR="007E2E3B" w:rsidRPr="004763CA" w:rsidRDefault="00000000" w:rsidP="004763CA">
      <w:pPr>
        <w:jc w:val="both"/>
      </w:pPr>
      <w:r w:rsidRPr="004763CA">
        <w:rPr>
          <w:b/>
        </w:rPr>
        <w:t xml:space="preserve">Financiamiento/patrocinante (si aplica): </w:t>
      </w:r>
      <w:r w:rsidRPr="004763CA">
        <w:t>[ ]</w:t>
      </w:r>
    </w:p>
    <w:p w14:paraId="089C2251" w14:textId="77777777" w:rsidR="007E2E3B" w:rsidRPr="004763CA" w:rsidRDefault="00000000" w:rsidP="004763CA">
      <w:pPr>
        <w:jc w:val="both"/>
      </w:pPr>
      <w:r w:rsidRPr="004763CA">
        <w:rPr>
          <w:b/>
        </w:rPr>
        <w:t xml:space="preserve">Fecha y lugar: </w:t>
      </w:r>
      <w:r w:rsidRPr="004763CA">
        <w:t>[ ]</w:t>
      </w:r>
    </w:p>
    <w:p w14:paraId="68DD347F" w14:textId="77777777" w:rsidR="007E2E3B" w:rsidRPr="004763CA" w:rsidRDefault="007E2E3B" w:rsidP="004763CA">
      <w:pPr>
        <w:jc w:val="both"/>
      </w:pPr>
    </w:p>
    <w:p w14:paraId="0933D963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Invitación</w:t>
      </w:r>
    </w:p>
    <w:p w14:paraId="25275800" w14:textId="77777777" w:rsidR="007E2E3B" w:rsidRPr="004763CA" w:rsidRDefault="00000000" w:rsidP="004763CA">
      <w:pPr>
        <w:jc w:val="both"/>
      </w:pPr>
      <w:r w:rsidRPr="004763CA">
        <w:t>Se te invita a participar en un estudio sobre [ ]. Este documento busca ayudarte a decidir libremente si participar.</w:t>
      </w:r>
    </w:p>
    <w:p w14:paraId="7167B1D8" w14:textId="77777777" w:rsidR="007E2E3B" w:rsidRPr="004763CA" w:rsidRDefault="007E2E3B" w:rsidP="004763CA">
      <w:pPr>
        <w:jc w:val="both"/>
      </w:pPr>
    </w:p>
    <w:p w14:paraId="321E8E00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Propósito del estudio</w:t>
      </w:r>
    </w:p>
    <w:p w14:paraId="593A6A71" w14:textId="77777777" w:rsidR="007E2E3B" w:rsidRPr="004763CA" w:rsidRDefault="00000000" w:rsidP="004763CA">
      <w:pPr>
        <w:jc w:val="both"/>
      </w:pPr>
      <w:r w:rsidRPr="004763CA">
        <w:t>[Explicar objetivo, por qué se te invita, y qué se espera aprender].</w:t>
      </w:r>
    </w:p>
    <w:p w14:paraId="31126617" w14:textId="77777777" w:rsidR="007E2E3B" w:rsidRPr="004763CA" w:rsidRDefault="007E2E3B" w:rsidP="004763CA">
      <w:pPr>
        <w:jc w:val="both"/>
      </w:pPr>
    </w:p>
    <w:p w14:paraId="29E34F8E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Procedimientos</w:t>
      </w:r>
    </w:p>
    <w:p w14:paraId="106FD434" w14:textId="77777777" w:rsidR="007E2E3B" w:rsidRPr="004763CA" w:rsidRDefault="00000000" w:rsidP="004763CA">
      <w:pPr>
        <w:jc w:val="both"/>
      </w:pPr>
      <w:r w:rsidRPr="004763CA">
        <w:t>Tu participación consiste en: [encuesta/entrevista/taller/observación/otro], en [ ] sesiones de aprox. [ ] minutos.</w:t>
      </w:r>
    </w:p>
    <w:p w14:paraId="2D2C8BA9" w14:textId="77777777" w:rsidR="007E2E3B" w:rsidRPr="004763CA" w:rsidRDefault="00000000" w:rsidP="004763CA">
      <w:pPr>
        <w:jc w:val="both"/>
      </w:pPr>
      <w:r w:rsidRPr="004763CA">
        <w:t>Lugar/modalidad: [ ].</w:t>
      </w:r>
    </w:p>
    <w:p w14:paraId="20F691C9" w14:textId="77777777" w:rsidR="007E2E3B" w:rsidRPr="004763CA" w:rsidRDefault="00000000" w:rsidP="004763CA">
      <w:pPr>
        <w:jc w:val="both"/>
      </w:pPr>
      <w:r w:rsidRPr="004763CA">
        <w:t>Grabación y materiales: ☐ No ☐ Audio ☐ Video ☐ Fotografías ☐ Capturas de pantalla (detalle: [ ]).</w:t>
      </w:r>
    </w:p>
    <w:p w14:paraId="2E43991F" w14:textId="77777777" w:rsidR="007E2E3B" w:rsidRPr="004763CA" w:rsidRDefault="00000000" w:rsidP="004763CA">
      <w:pPr>
        <w:jc w:val="both"/>
      </w:pPr>
      <w:r w:rsidRPr="004763CA">
        <w:t>Compensación/incentivo (si aplica): [ ] (aclarar que no depende de completar todo).</w:t>
      </w:r>
    </w:p>
    <w:p w14:paraId="72561094" w14:textId="77777777" w:rsidR="007E2E3B" w:rsidRPr="004763CA" w:rsidRDefault="007E2E3B" w:rsidP="004763CA">
      <w:pPr>
        <w:jc w:val="both"/>
      </w:pPr>
    </w:p>
    <w:p w14:paraId="36196F33" w14:textId="63ADFCDD" w:rsidR="103EDC81" w:rsidRDefault="103EDC81" w:rsidP="103EDC81">
      <w:pPr>
        <w:jc w:val="both"/>
      </w:pPr>
    </w:p>
    <w:p w14:paraId="7C924491" w14:textId="21891034" w:rsidR="103EDC81" w:rsidRDefault="103EDC81" w:rsidP="103EDC81">
      <w:pPr>
        <w:jc w:val="both"/>
      </w:pPr>
    </w:p>
    <w:p w14:paraId="6AC6E131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Riesgos y apoyos</w:t>
      </w:r>
    </w:p>
    <w:p w14:paraId="6ABA1680" w14:textId="77777777" w:rsidR="007E2E3B" w:rsidRPr="004763CA" w:rsidRDefault="00000000" w:rsidP="004763CA">
      <w:pPr>
        <w:jc w:val="both"/>
      </w:pPr>
      <w:r w:rsidRPr="004763CA">
        <w:t>Riesgos o incomodidades posibles: [ ].</w:t>
      </w:r>
    </w:p>
    <w:p w14:paraId="7FFE1685" w14:textId="77777777" w:rsidR="007E2E3B" w:rsidRPr="004763CA" w:rsidRDefault="00000000" w:rsidP="004763CA">
      <w:pPr>
        <w:jc w:val="both"/>
      </w:pPr>
      <w:r w:rsidRPr="004763CA">
        <w:t>Si te sientes incómodo/a, puedes pedir pausa o terminar. Apoyos/derivación si corresponde: [ ].</w:t>
      </w:r>
    </w:p>
    <w:p w14:paraId="51B2ED58" w14:textId="77777777" w:rsidR="007E2E3B" w:rsidRPr="004763CA" w:rsidRDefault="007E2E3B" w:rsidP="004763CA">
      <w:pPr>
        <w:jc w:val="both"/>
      </w:pPr>
    </w:p>
    <w:p w14:paraId="58481AB7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Confidencialidad y límites</w:t>
      </w:r>
    </w:p>
    <w:p w14:paraId="6135BED6" w14:textId="77777777" w:rsidR="007E2E3B" w:rsidRPr="004763CA" w:rsidRDefault="00000000" w:rsidP="004763CA">
      <w:pPr>
        <w:jc w:val="both"/>
      </w:pPr>
      <w:r w:rsidRPr="004763CA">
        <w:t>Tu información se tratará de forma confidencial y se usará para fines de investigación.</w:t>
      </w:r>
    </w:p>
    <w:p w14:paraId="65E70835" w14:textId="77777777" w:rsidR="007E2E3B" w:rsidRPr="004763CA" w:rsidRDefault="00000000" w:rsidP="004763CA">
      <w:pPr>
        <w:jc w:val="both"/>
      </w:pPr>
      <w:r w:rsidRPr="004763CA">
        <w:t>Se protegerán datos mediante: [codificación/seudonimización/acceso restringido/encriptación].</w:t>
      </w:r>
    </w:p>
    <w:p w14:paraId="6B32CBBE" w14:textId="77777777" w:rsidR="007E2E3B" w:rsidRPr="004763CA" w:rsidRDefault="00000000" w:rsidP="004763CA">
      <w:pPr>
        <w:jc w:val="both"/>
      </w:pPr>
      <w:r w:rsidRPr="004763CA">
        <w:t>Límites a la confidencialidad (si aplica): [riesgo grave, obligación legal, etc.].</w:t>
      </w:r>
    </w:p>
    <w:p w14:paraId="16BF26D8" w14:textId="77777777" w:rsidR="007E2E3B" w:rsidRPr="004763CA" w:rsidRDefault="00000000" w:rsidP="004763CA">
      <w:pPr>
        <w:jc w:val="both"/>
      </w:pPr>
      <w:r w:rsidRPr="004763CA">
        <w:t>Uso de resultados: [publicaciones, informes, docencia, etc.].</w:t>
      </w:r>
    </w:p>
    <w:p w14:paraId="3E41F8D2" w14:textId="77777777" w:rsidR="007E2E3B" w:rsidRPr="004763CA" w:rsidRDefault="007E2E3B" w:rsidP="004763CA">
      <w:pPr>
        <w:jc w:val="both"/>
      </w:pPr>
    </w:p>
    <w:p w14:paraId="03F36DA7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Voluntariedad y retiro</w:t>
      </w:r>
    </w:p>
    <w:p w14:paraId="2CC25F95" w14:textId="77777777" w:rsidR="007E2E3B" w:rsidRPr="004763CA" w:rsidRDefault="00000000" w:rsidP="004763CA">
      <w:pPr>
        <w:jc w:val="both"/>
      </w:pPr>
      <w:r w:rsidRPr="004763CA">
        <w:t>Tu participación es voluntaria. Aunque tu apoderado/a o tutor/a autorice, tú puedes decir que NO.</w:t>
      </w:r>
    </w:p>
    <w:p w14:paraId="37D9AEA5" w14:textId="77777777" w:rsidR="007E2E3B" w:rsidRPr="004763CA" w:rsidRDefault="00000000" w:rsidP="004763CA">
      <w:pPr>
        <w:jc w:val="both"/>
      </w:pPr>
      <w:r w:rsidRPr="004763CA">
        <w:t>Puedes dejar de participar en cualquier momento, o no responder alguna pregunta, sin consecuencias negativas.</w:t>
      </w:r>
    </w:p>
    <w:p w14:paraId="350DCFC7" w14:textId="77777777" w:rsidR="007E2E3B" w:rsidRPr="004763CA" w:rsidRDefault="00000000" w:rsidP="004763CA">
      <w:pPr>
        <w:jc w:val="both"/>
      </w:pPr>
      <w:r w:rsidRPr="004763CA">
        <w:t>Tu decisión no afectará tu relación con tu establecimiento, docentes, atención u otros beneficios.</w:t>
      </w:r>
    </w:p>
    <w:p w14:paraId="6DE8C4FB" w14:textId="77777777" w:rsidR="007E2E3B" w:rsidRPr="004763CA" w:rsidRDefault="007E2E3B" w:rsidP="004763CA">
      <w:pPr>
        <w:jc w:val="both"/>
      </w:pPr>
    </w:p>
    <w:p w14:paraId="15D9BA29" w14:textId="10E62D61" w:rsidR="007E2E3B" w:rsidRPr="004763CA" w:rsidRDefault="004763CA" w:rsidP="004763CA">
      <w:pPr>
        <w:rPr>
          <w:b/>
          <w:bCs/>
        </w:rPr>
      </w:pPr>
      <w:r w:rsidRPr="004763CA">
        <w:rPr>
          <w:b/>
          <w:bCs/>
        </w:rPr>
        <w:t>¿A QUIÉN PUEDO PREGUNTAR SI TENGO DUDAS?</w:t>
      </w:r>
    </w:p>
    <w:p w14:paraId="5CC77CCD" w14:textId="77777777" w:rsidR="007E2E3B" w:rsidRPr="004763CA" w:rsidRDefault="00000000" w:rsidP="004763CA">
      <w:pPr>
        <w:jc w:val="both"/>
      </w:pPr>
      <w:r w:rsidRPr="004763CA">
        <w:t>• Equipo investigador: [Nombre – email – teléfono].</w:t>
      </w:r>
    </w:p>
    <w:p w14:paraId="6C0BB05E" w14:textId="77777777" w:rsidR="007E2E3B" w:rsidRPr="004763CA" w:rsidRDefault="00000000" w:rsidP="004763CA">
      <w:pPr>
        <w:jc w:val="both"/>
      </w:pPr>
      <w:r w:rsidRPr="004763CA">
        <w:t>• Comité de Ética (CEII): [correo institucional / teléfono].</w:t>
      </w:r>
    </w:p>
    <w:p w14:paraId="1779F592" w14:textId="77777777" w:rsidR="007E2E3B" w:rsidRPr="004763CA" w:rsidRDefault="007E2E3B" w:rsidP="004763CA">
      <w:pPr>
        <w:jc w:val="both"/>
      </w:pPr>
    </w:p>
    <w:p w14:paraId="3CCE9969" w14:textId="77777777" w:rsidR="007E2E3B" w:rsidRPr="004763CA" w:rsidRDefault="00000000" w:rsidP="004763CA">
      <w:pPr>
        <w:jc w:val="both"/>
      </w:pPr>
      <w:r w:rsidRPr="004763CA">
        <w:rPr>
          <w:b/>
          <w:sz w:val="24"/>
        </w:rPr>
        <w:t>Declaración</w:t>
      </w:r>
    </w:p>
    <w:p w14:paraId="5CE033E6" w14:textId="77777777" w:rsidR="007E2E3B" w:rsidRPr="004763CA" w:rsidRDefault="00000000" w:rsidP="004763CA">
      <w:pPr>
        <w:jc w:val="both"/>
      </w:pPr>
      <w:r w:rsidRPr="004763CA">
        <w:t>☐ Leí (o me leyeron) este documento y lo entendí.</w:t>
      </w:r>
    </w:p>
    <w:p w14:paraId="2033E7D5" w14:textId="77777777" w:rsidR="007E2E3B" w:rsidRPr="004763CA" w:rsidRDefault="00000000" w:rsidP="004763CA">
      <w:pPr>
        <w:jc w:val="both"/>
      </w:pPr>
      <w:r w:rsidRPr="004763CA">
        <w:lastRenderedPageBreak/>
        <w:t>☐ Pude hacer preguntas y recibí respuestas.</w:t>
      </w:r>
    </w:p>
    <w:p w14:paraId="025191BA" w14:textId="77777777" w:rsidR="007E2E3B" w:rsidRPr="004763CA" w:rsidRDefault="423CC317" w:rsidP="004763CA">
      <w:pPr>
        <w:jc w:val="both"/>
      </w:pPr>
      <w:r>
        <w:t>☐ Sé que puedo retirarme cuando quiera.</w:t>
      </w:r>
    </w:p>
    <w:p w14:paraId="1D063BC2" w14:textId="5D9FCFBB" w:rsidR="103EDC81" w:rsidRDefault="103EDC81" w:rsidP="103EDC81">
      <w:pPr>
        <w:jc w:val="both"/>
      </w:pPr>
    </w:p>
    <w:p w14:paraId="0E503AA8" w14:textId="77777777" w:rsidR="007E2E3B" w:rsidRPr="004763CA" w:rsidRDefault="00000000" w:rsidP="004763CA">
      <w:pPr>
        <w:jc w:val="both"/>
      </w:pPr>
      <w:r w:rsidRPr="004763CA">
        <w:t>Decisión: ☐ SÍ, acepto participar  ☐ NO, no acepto participar</w:t>
      </w:r>
    </w:p>
    <w:p w14:paraId="36E6E759" w14:textId="77777777" w:rsidR="007E2E3B" w:rsidRPr="004763CA" w:rsidRDefault="00000000" w:rsidP="004763CA">
      <w:pPr>
        <w:jc w:val="both"/>
      </w:pPr>
      <w:r w:rsidRPr="004763CA">
        <w:t>Opciones adicionales (si aplica):</w:t>
      </w:r>
    </w:p>
    <w:p w14:paraId="5346012C" w14:textId="5B395A89" w:rsidR="007E2E3B" w:rsidRPr="004763CA" w:rsidRDefault="00000000" w:rsidP="004763CA">
      <w:pPr>
        <w:jc w:val="both"/>
      </w:pPr>
      <w:r w:rsidRPr="004763CA">
        <w:t>☐ Acepto que se grabe mi voz (audio).</w:t>
      </w:r>
    </w:p>
    <w:p w14:paraId="3FA7C588" w14:textId="0999C889" w:rsidR="007E2E3B" w:rsidRPr="004763CA" w:rsidRDefault="00000000" w:rsidP="004763CA">
      <w:pPr>
        <w:jc w:val="both"/>
      </w:pPr>
      <w:r w:rsidRPr="004763CA">
        <w:t>☐ Acepto que se registren imágenes/video.</w:t>
      </w:r>
    </w:p>
    <w:p w14:paraId="2251D65D" w14:textId="2F733802" w:rsidR="007E2E3B" w:rsidRPr="004763CA" w:rsidRDefault="00000000" w:rsidP="004763CA">
      <w:pPr>
        <w:jc w:val="both"/>
      </w:pPr>
      <w:r w:rsidRPr="004763CA">
        <w:t>☐ Acepto ser re-contactado/a para una segunda actividad.</w:t>
      </w:r>
    </w:p>
    <w:p w14:paraId="38996D1A" w14:textId="77777777" w:rsidR="007E2E3B" w:rsidRPr="004763CA" w:rsidRDefault="007E2E3B" w:rsidP="004763CA">
      <w:pPr>
        <w:jc w:val="both"/>
      </w:pPr>
    </w:p>
    <w:tbl>
      <w:tblPr>
        <w:tblW w:w="0" w:type="auto"/>
        <w:jc w:val="center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6050"/>
        <w:gridCol w:w="2590"/>
      </w:tblGrid>
      <w:tr w:rsidR="3931204C" w14:paraId="11FE3D5E" w14:textId="77777777" w:rsidTr="3931204C">
        <w:trPr>
          <w:trHeight w:val="555"/>
          <w:jc w:val="center"/>
        </w:trPr>
        <w:tc>
          <w:tcPr>
            <w:tcW w:w="8712" w:type="dxa"/>
            <w:gridSpan w:val="2"/>
            <w:vAlign w:val="center"/>
          </w:tcPr>
          <w:p w14:paraId="52399C12" w14:textId="6AE891C4" w:rsidR="3931204C" w:rsidRDefault="3931204C" w:rsidP="3931204C">
            <w:pPr>
              <w:jc w:val="center"/>
            </w:pPr>
            <w:r>
              <w:t>________________________________________</w:t>
            </w:r>
          </w:p>
          <w:p w14:paraId="6B2A0282" w14:textId="40464BEC" w:rsidR="3931204C" w:rsidRDefault="3931204C" w:rsidP="3931204C">
            <w:pPr>
              <w:jc w:val="center"/>
            </w:pPr>
            <w:r>
              <w:t xml:space="preserve">Nombre del/de la </w:t>
            </w:r>
            <w:r w:rsidR="7E1EE7B6">
              <w:t>adolescente</w:t>
            </w:r>
          </w:p>
          <w:p w14:paraId="04D13F9D" w14:textId="412C505D" w:rsidR="3931204C" w:rsidRDefault="3931204C" w:rsidP="3931204C">
            <w:pPr>
              <w:jc w:val="center"/>
            </w:pPr>
          </w:p>
        </w:tc>
      </w:tr>
      <w:tr w:rsidR="3931204C" w14:paraId="55785692" w14:textId="77777777" w:rsidTr="3931204C">
        <w:trPr>
          <w:trHeight w:val="300"/>
          <w:jc w:val="center"/>
        </w:trPr>
        <w:tc>
          <w:tcPr>
            <w:tcW w:w="6090" w:type="dxa"/>
            <w:vAlign w:val="center"/>
          </w:tcPr>
          <w:p w14:paraId="0DC3C541" w14:textId="4B6A0964" w:rsidR="3931204C" w:rsidRDefault="3931204C" w:rsidP="3931204C">
            <w:pPr>
              <w:jc w:val="center"/>
            </w:pPr>
            <w:r>
              <w:t>________________________________________</w:t>
            </w:r>
          </w:p>
          <w:p w14:paraId="5980CC8B" w14:textId="1ABEAF7F" w:rsidR="3931204C" w:rsidRDefault="3931204C" w:rsidP="3931204C">
            <w:pPr>
              <w:jc w:val="center"/>
            </w:pPr>
            <w:r>
              <w:t>Firma</w:t>
            </w:r>
          </w:p>
        </w:tc>
        <w:tc>
          <w:tcPr>
            <w:tcW w:w="2622" w:type="dxa"/>
            <w:vAlign w:val="center"/>
          </w:tcPr>
          <w:p w14:paraId="5D73D11E" w14:textId="0713F68B" w:rsidR="3931204C" w:rsidRDefault="3931204C" w:rsidP="3931204C">
            <w:pPr>
              <w:jc w:val="center"/>
            </w:pPr>
            <w:r>
              <w:t>____/____/______</w:t>
            </w:r>
          </w:p>
          <w:p w14:paraId="000A1B1E" w14:textId="060C36B5" w:rsidR="3931204C" w:rsidRDefault="3931204C" w:rsidP="3931204C">
            <w:pPr>
              <w:jc w:val="center"/>
            </w:pPr>
            <w:r>
              <w:t>Fecha</w:t>
            </w:r>
          </w:p>
        </w:tc>
      </w:tr>
      <w:tr w:rsidR="3931204C" w14:paraId="4CB6E848" w14:textId="77777777" w:rsidTr="3931204C">
        <w:trPr>
          <w:trHeight w:val="300"/>
          <w:jc w:val="center"/>
        </w:trPr>
        <w:tc>
          <w:tcPr>
            <w:tcW w:w="6090" w:type="dxa"/>
            <w:vAlign w:val="center"/>
          </w:tcPr>
          <w:p w14:paraId="7089FBE6" w14:textId="510EA00B" w:rsidR="3931204C" w:rsidRDefault="3931204C" w:rsidP="3931204C">
            <w:pPr>
              <w:jc w:val="center"/>
            </w:pPr>
          </w:p>
          <w:p w14:paraId="35440F84" w14:textId="14B6000A" w:rsidR="3931204C" w:rsidRDefault="3931204C" w:rsidP="3931204C">
            <w:pPr>
              <w:jc w:val="center"/>
            </w:pPr>
          </w:p>
          <w:p w14:paraId="6D5CA4D8" w14:textId="198B4B66" w:rsidR="3931204C" w:rsidRDefault="3931204C" w:rsidP="3931204C">
            <w:pPr>
              <w:jc w:val="center"/>
            </w:pPr>
            <w:r>
              <w:t>__________________________________________________</w:t>
            </w:r>
          </w:p>
          <w:p w14:paraId="190A4508" w14:textId="034E6948" w:rsidR="3931204C" w:rsidRDefault="3931204C" w:rsidP="3931204C">
            <w:pPr>
              <w:jc w:val="center"/>
            </w:pPr>
            <w:r>
              <w:t>Nombre y firma de quien obtiene el asentimiento</w:t>
            </w:r>
          </w:p>
        </w:tc>
        <w:tc>
          <w:tcPr>
            <w:tcW w:w="2622" w:type="dxa"/>
            <w:vAlign w:val="center"/>
          </w:tcPr>
          <w:p w14:paraId="27F80736" w14:textId="455B50E6" w:rsidR="3931204C" w:rsidRDefault="3931204C" w:rsidP="3931204C">
            <w:pPr>
              <w:jc w:val="center"/>
            </w:pPr>
          </w:p>
          <w:p w14:paraId="4E98880E" w14:textId="36CFB450" w:rsidR="3931204C" w:rsidRDefault="3931204C" w:rsidP="3931204C">
            <w:pPr>
              <w:jc w:val="center"/>
            </w:pPr>
          </w:p>
          <w:p w14:paraId="4C43A82C" w14:textId="062CA8A2" w:rsidR="3931204C" w:rsidRDefault="3931204C" w:rsidP="3931204C">
            <w:pPr>
              <w:jc w:val="center"/>
            </w:pPr>
            <w:r>
              <w:t>___________________</w:t>
            </w:r>
          </w:p>
          <w:p w14:paraId="07BF6CFE" w14:textId="234C16BA" w:rsidR="3931204C" w:rsidRDefault="3931204C" w:rsidP="3931204C">
            <w:pPr>
              <w:jc w:val="center"/>
            </w:pPr>
            <w:r>
              <w:t>Rol</w:t>
            </w:r>
          </w:p>
        </w:tc>
      </w:tr>
    </w:tbl>
    <w:p w14:paraId="2BD67A68" w14:textId="72027A3F" w:rsidR="3931204C" w:rsidRDefault="3931204C" w:rsidP="3931204C">
      <w:pPr>
        <w:jc w:val="both"/>
      </w:pPr>
    </w:p>
    <w:p w14:paraId="035401AA" w14:textId="4A445A03" w:rsidR="3931204C" w:rsidRDefault="3931204C" w:rsidP="3931204C">
      <w:pPr>
        <w:jc w:val="both"/>
      </w:pPr>
    </w:p>
    <w:p w14:paraId="4FA1515F" w14:textId="77777777" w:rsidR="007E2E3B" w:rsidRPr="004763CA" w:rsidRDefault="007E2E3B" w:rsidP="004763CA">
      <w:pPr>
        <w:jc w:val="both"/>
      </w:pPr>
    </w:p>
    <w:p w14:paraId="7ABB7B08" w14:textId="77777777" w:rsidR="007E2E3B" w:rsidRPr="004763CA" w:rsidRDefault="00000000" w:rsidP="004763CA">
      <w:pPr>
        <w:jc w:val="both"/>
      </w:pPr>
      <w:r w:rsidRPr="004763CA">
        <w:rPr>
          <w:i/>
          <w:sz w:val="18"/>
        </w:rPr>
        <w:t>Si el/la adolescente no firma, registrar asentimiento verbal y razón, y quién estuvo presente: [ ].</w:t>
      </w:r>
    </w:p>
    <w:p w14:paraId="056BD3BA" w14:textId="77777777" w:rsidR="007E2E3B" w:rsidRPr="004763CA" w:rsidRDefault="00000000" w:rsidP="004763CA">
      <w:pPr>
        <w:jc w:val="both"/>
      </w:pPr>
      <w:r>
        <w:br w:type="page"/>
      </w:r>
    </w:p>
    <w:p w14:paraId="14A636C1" w14:textId="77777777" w:rsidR="007E2E3B" w:rsidRPr="004763CA" w:rsidRDefault="00000000">
      <w:pPr>
        <w:jc w:val="center"/>
      </w:pPr>
      <w:r w:rsidRPr="004763CA">
        <w:rPr>
          <w:b/>
          <w:sz w:val="32"/>
        </w:rPr>
        <w:lastRenderedPageBreak/>
        <w:t>MODELO D — ASENTIMIENTO PARA PERSONAS CON BAJA CAPACIDAD PARA CONSENTIR (adultos/as)</w:t>
      </w:r>
    </w:p>
    <w:p w14:paraId="478F35B9" w14:textId="77777777" w:rsidR="007E2E3B" w:rsidRPr="004763CA" w:rsidRDefault="007E2E3B" w:rsidP="00D52D0D">
      <w:pPr>
        <w:jc w:val="both"/>
      </w:pPr>
    </w:p>
    <w:p w14:paraId="5C0CC91B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Datos del estudio</w:t>
      </w:r>
    </w:p>
    <w:p w14:paraId="718BF4E9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Título del estudio: </w:t>
      </w:r>
      <w:r w:rsidRPr="004763CA">
        <w:t>[ ]</w:t>
      </w:r>
    </w:p>
    <w:p w14:paraId="213F8243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14:paraId="1C75024F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Institución/establecimiento donde se realizará: </w:t>
      </w:r>
      <w:r w:rsidRPr="004763CA">
        <w:t>[ ]</w:t>
      </w:r>
    </w:p>
    <w:p w14:paraId="4FE64C7E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Financiamiento/patrocinante (si aplica): </w:t>
      </w:r>
      <w:r w:rsidRPr="004763CA">
        <w:t>[ ]</w:t>
      </w:r>
    </w:p>
    <w:p w14:paraId="511155AA" w14:textId="77777777" w:rsidR="007E2E3B" w:rsidRPr="004763CA" w:rsidRDefault="00000000" w:rsidP="00D52D0D">
      <w:pPr>
        <w:jc w:val="both"/>
      </w:pPr>
      <w:r w:rsidRPr="004763CA">
        <w:rPr>
          <w:b/>
        </w:rPr>
        <w:t xml:space="preserve">Fecha y lugar: </w:t>
      </w:r>
      <w:r w:rsidRPr="004763CA">
        <w:t>[ ]</w:t>
      </w:r>
    </w:p>
    <w:p w14:paraId="21103712" w14:textId="77777777" w:rsidR="007E2E3B" w:rsidRPr="004763CA" w:rsidRDefault="007E2E3B" w:rsidP="00D52D0D">
      <w:pPr>
        <w:jc w:val="both"/>
      </w:pPr>
    </w:p>
    <w:p w14:paraId="061D7EFD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Principios para este caso (para el equipo investigador)</w:t>
      </w:r>
    </w:p>
    <w:p w14:paraId="349D7465" w14:textId="77777777" w:rsidR="007E2E3B" w:rsidRPr="004763CA" w:rsidRDefault="00000000" w:rsidP="00D52D0D">
      <w:pPr>
        <w:jc w:val="both"/>
      </w:pPr>
      <w:r w:rsidRPr="004763CA">
        <w:t>• Este documento busca recoger la voluntad de la persona en la medida de sus capacidades, utilizando apoyos.</w:t>
      </w:r>
    </w:p>
    <w:p w14:paraId="17872148" w14:textId="77777777" w:rsidR="007E2E3B" w:rsidRPr="004763CA" w:rsidRDefault="00000000" w:rsidP="00D52D0D">
      <w:pPr>
        <w:jc w:val="both"/>
      </w:pPr>
      <w:r w:rsidRPr="004763CA">
        <w:t>• El consentimiento lo otorga el/la representante legal o cuidador/a autorizado/a cuando corresponda; el/la participante puede aceptar o rechazar participar en cualquier momento.</w:t>
      </w:r>
    </w:p>
    <w:p w14:paraId="361491C9" w14:textId="77777777" w:rsidR="007E2E3B" w:rsidRPr="004763CA" w:rsidRDefault="00000000" w:rsidP="00D52D0D">
      <w:pPr>
        <w:jc w:val="both"/>
      </w:pPr>
      <w:r w:rsidRPr="004763CA">
        <w:t>• Usar adaptaciones: lectura en voz alta, lenguaje simple, pictogramas, pausas, apoyo comunicacional, presencia de una persona de confianza si la persona lo desea.</w:t>
      </w:r>
    </w:p>
    <w:p w14:paraId="4E29A290" w14:textId="77777777" w:rsidR="007E2E3B" w:rsidRPr="004763CA" w:rsidRDefault="00000000" w:rsidP="00D52D0D">
      <w:pPr>
        <w:jc w:val="both"/>
      </w:pPr>
      <w:r w:rsidRPr="004763CA">
        <w:t>• Si la persona no puede expresar asentimiento, documentar evaluación de comprensión y razones, y no incluirla si manifiesta resistencia o rechazo.</w:t>
      </w:r>
    </w:p>
    <w:p w14:paraId="2E4E4049" w14:textId="77777777" w:rsidR="007E2E3B" w:rsidRPr="004763CA" w:rsidRDefault="007E2E3B" w:rsidP="00D52D0D">
      <w:pPr>
        <w:jc w:val="both"/>
      </w:pPr>
    </w:p>
    <w:p w14:paraId="0B04FF6C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Invitación (lenguaje simple)</w:t>
      </w:r>
    </w:p>
    <w:p w14:paraId="59C78FF9" w14:textId="77777777" w:rsidR="007E2E3B" w:rsidRPr="004763CA" w:rsidRDefault="00000000" w:rsidP="00D52D0D">
      <w:pPr>
        <w:jc w:val="both"/>
      </w:pPr>
      <w:r w:rsidRPr="004763CA">
        <w:t>Hola, mi nombre es [ ]. Quiero invitarle a participar en un estudio para aprender sobre [ ].</w:t>
      </w:r>
    </w:p>
    <w:p w14:paraId="57EB3712" w14:textId="77777777" w:rsidR="007E2E3B" w:rsidRPr="004763CA" w:rsidRDefault="00000000" w:rsidP="00D52D0D">
      <w:pPr>
        <w:jc w:val="both"/>
      </w:pPr>
      <w:r w:rsidRPr="004763CA">
        <w:t>Le explicaremos todo con calma. Puede hacer preguntas cuando quiera.</w:t>
      </w:r>
    </w:p>
    <w:p w14:paraId="75AC91CA" w14:textId="77777777" w:rsidR="007E2E3B" w:rsidRPr="004763CA" w:rsidRDefault="007E2E3B" w:rsidP="00D52D0D">
      <w:pPr>
        <w:jc w:val="both"/>
      </w:pPr>
    </w:p>
    <w:p w14:paraId="7861F3EE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¿Qué tendría que hacer?</w:t>
      </w:r>
    </w:p>
    <w:p w14:paraId="60D7F3E9" w14:textId="77777777" w:rsidR="007E2E3B" w:rsidRPr="004763CA" w:rsidRDefault="423CC317" w:rsidP="00D52D0D">
      <w:pPr>
        <w:jc w:val="both"/>
      </w:pPr>
      <w:r>
        <w:lastRenderedPageBreak/>
        <w:t>Si usted acepta, le pediremos: [describir en pasos simples].</w:t>
      </w:r>
    </w:p>
    <w:p w14:paraId="17249F07" w14:textId="626C2D43" w:rsidR="103EDC81" w:rsidRDefault="103EDC81" w:rsidP="103EDC81">
      <w:pPr>
        <w:jc w:val="both"/>
      </w:pPr>
    </w:p>
    <w:p w14:paraId="57B514A0" w14:textId="77777777" w:rsidR="007E2E3B" w:rsidRPr="004763CA" w:rsidRDefault="00000000" w:rsidP="00D52D0D">
      <w:pPr>
        <w:jc w:val="both"/>
      </w:pPr>
      <w:r w:rsidRPr="004763CA">
        <w:t>Esto durará aproximadamente [ ] minutos y se hará en [ ].</w:t>
      </w:r>
    </w:p>
    <w:p w14:paraId="58E515F1" w14:textId="77777777" w:rsidR="007E2E3B" w:rsidRPr="004763CA" w:rsidRDefault="00000000" w:rsidP="00D52D0D">
      <w:pPr>
        <w:jc w:val="both"/>
      </w:pPr>
      <w:r w:rsidRPr="004763CA">
        <w:t>Grabación: ☐ No ☐ Audio ☐ Video ☐ Fotografías (detalle: [ ]).</w:t>
      </w:r>
    </w:p>
    <w:p w14:paraId="678793E4" w14:textId="77777777" w:rsidR="007E2E3B" w:rsidRPr="004763CA" w:rsidRDefault="007E2E3B" w:rsidP="00D52D0D">
      <w:pPr>
        <w:jc w:val="both"/>
      </w:pPr>
    </w:p>
    <w:p w14:paraId="57418DC2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¿Puede decir que no?</w:t>
      </w:r>
    </w:p>
    <w:p w14:paraId="08E835F4" w14:textId="77777777" w:rsidR="007E2E3B" w:rsidRPr="004763CA" w:rsidRDefault="00000000" w:rsidP="00D52D0D">
      <w:pPr>
        <w:jc w:val="both"/>
      </w:pPr>
      <w:r w:rsidRPr="004763CA">
        <w:t>Sí. Participar es voluntario. Aunque su cuidador/a o representante esté de acuerdo, usted puede decir que NO.</w:t>
      </w:r>
    </w:p>
    <w:p w14:paraId="4F6A8963" w14:textId="77777777" w:rsidR="007E2E3B" w:rsidRPr="004763CA" w:rsidRDefault="00000000" w:rsidP="00D52D0D">
      <w:pPr>
        <w:jc w:val="both"/>
      </w:pPr>
      <w:r w:rsidRPr="004763CA">
        <w:t>Puede parar cuando quiera o no responder algunas preguntas.</w:t>
      </w:r>
    </w:p>
    <w:p w14:paraId="45257A33" w14:textId="77777777" w:rsidR="007E2E3B" w:rsidRPr="004763CA" w:rsidRDefault="007E2E3B" w:rsidP="00D52D0D">
      <w:pPr>
        <w:jc w:val="both"/>
      </w:pPr>
    </w:p>
    <w:p w14:paraId="49CDCB32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Privacidad</w:t>
      </w:r>
    </w:p>
    <w:p w14:paraId="76F920BE" w14:textId="77777777" w:rsidR="007E2E3B" w:rsidRPr="004763CA" w:rsidRDefault="00000000" w:rsidP="00D52D0D">
      <w:pPr>
        <w:jc w:val="both"/>
      </w:pPr>
      <w:r w:rsidRPr="004763CA">
        <w:t>La información será confidencial. No usaremos su nombre en los resultados.</w:t>
      </w:r>
    </w:p>
    <w:p w14:paraId="4E6A0239" w14:textId="77777777" w:rsidR="007E2E3B" w:rsidRPr="004763CA" w:rsidRDefault="00000000" w:rsidP="00D52D0D">
      <w:pPr>
        <w:jc w:val="both"/>
      </w:pPr>
      <w:r w:rsidRPr="004763CA">
        <w:t>Guardaremos los datos por [ ] y luego [se destruirán/se anonimizarán].</w:t>
      </w:r>
    </w:p>
    <w:p w14:paraId="53E41F72" w14:textId="77777777" w:rsidR="007E2E3B" w:rsidRPr="004763CA" w:rsidRDefault="00000000" w:rsidP="00D52D0D">
      <w:pPr>
        <w:jc w:val="both"/>
      </w:pPr>
      <w:r w:rsidRPr="004763CA">
        <w:t>Límites a la confidencialidad (si aplica): [ ].</w:t>
      </w:r>
    </w:p>
    <w:p w14:paraId="719730FA" w14:textId="77777777" w:rsidR="007E2E3B" w:rsidRPr="00D52D0D" w:rsidRDefault="007E2E3B" w:rsidP="00D52D0D">
      <w:pPr>
        <w:jc w:val="both"/>
        <w:rPr>
          <w:b/>
          <w:bCs/>
        </w:rPr>
      </w:pPr>
    </w:p>
    <w:p w14:paraId="503EDB7C" w14:textId="5425C456" w:rsidR="007E2E3B" w:rsidRPr="00D52D0D" w:rsidRDefault="00D52D0D" w:rsidP="00D52D0D">
      <w:pPr>
        <w:jc w:val="both"/>
        <w:rPr>
          <w:b/>
          <w:bCs/>
        </w:rPr>
      </w:pPr>
      <w:r w:rsidRPr="00D52D0D">
        <w:rPr>
          <w:b/>
          <w:bCs/>
        </w:rPr>
        <w:t>¿A QUIÉN PUEDO PREGUNTAR SI TENGO DUDAS?</w:t>
      </w:r>
    </w:p>
    <w:p w14:paraId="1676F6D8" w14:textId="77777777" w:rsidR="007E2E3B" w:rsidRPr="004763CA" w:rsidRDefault="00000000" w:rsidP="00D52D0D">
      <w:pPr>
        <w:jc w:val="both"/>
      </w:pPr>
      <w:r w:rsidRPr="004763CA">
        <w:t>• Equipo investigador: [Nombre – email – teléfono].</w:t>
      </w:r>
    </w:p>
    <w:p w14:paraId="6CE88B4A" w14:textId="77777777" w:rsidR="007E2E3B" w:rsidRPr="004763CA" w:rsidRDefault="00000000" w:rsidP="00D52D0D">
      <w:pPr>
        <w:jc w:val="both"/>
      </w:pPr>
      <w:r w:rsidRPr="004763CA">
        <w:t>• Comité de Ética (CEII): [correo institucional / teléfono].</w:t>
      </w:r>
    </w:p>
    <w:p w14:paraId="30349962" w14:textId="77777777" w:rsidR="007E2E3B" w:rsidRPr="004763CA" w:rsidRDefault="007E2E3B" w:rsidP="00D52D0D">
      <w:pPr>
        <w:jc w:val="both"/>
      </w:pPr>
    </w:p>
    <w:p w14:paraId="6CED160C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Comprobación de comprensión (para registrar por el/la investigador/a)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E2E3B" w:rsidRPr="004763CA" w14:paraId="285CC4D7" w14:textId="77777777" w:rsidTr="103EDC81">
        <w:tc>
          <w:tcPr>
            <w:tcW w:w="4320" w:type="dxa"/>
          </w:tcPr>
          <w:p w14:paraId="5E73B535" w14:textId="77777777" w:rsidR="007E2E3B" w:rsidRPr="004763CA" w:rsidRDefault="00000000" w:rsidP="00D52D0D">
            <w:pPr>
              <w:jc w:val="both"/>
            </w:pPr>
            <w:r w:rsidRPr="004763CA">
              <w:t>¿Entiende de qué se trata el estudio?</w:t>
            </w:r>
          </w:p>
        </w:tc>
        <w:tc>
          <w:tcPr>
            <w:tcW w:w="4320" w:type="dxa"/>
          </w:tcPr>
          <w:p w14:paraId="17FB8CFF" w14:textId="77777777" w:rsidR="007E2E3B" w:rsidRPr="004763CA" w:rsidRDefault="00000000" w:rsidP="00D52D0D">
            <w:pPr>
              <w:jc w:val="both"/>
            </w:pPr>
            <w:r w:rsidRPr="004763CA">
              <w:t>☐ Sí ☐ Parcial ☐ No</w:t>
            </w:r>
          </w:p>
        </w:tc>
      </w:tr>
      <w:tr w:rsidR="007E2E3B" w:rsidRPr="004763CA" w14:paraId="08996EB9" w14:textId="77777777" w:rsidTr="103EDC81">
        <w:tc>
          <w:tcPr>
            <w:tcW w:w="4320" w:type="dxa"/>
          </w:tcPr>
          <w:p w14:paraId="09F83A69" w14:textId="77777777" w:rsidR="007E2E3B" w:rsidRPr="004763CA" w:rsidRDefault="00000000" w:rsidP="00D52D0D">
            <w:pPr>
              <w:jc w:val="both"/>
            </w:pPr>
            <w:r w:rsidRPr="004763CA">
              <w:t>¿Sabe qué tendría que hacer si participa?</w:t>
            </w:r>
          </w:p>
        </w:tc>
        <w:tc>
          <w:tcPr>
            <w:tcW w:w="4320" w:type="dxa"/>
          </w:tcPr>
          <w:p w14:paraId="12E57A81" w14:textId="77777777" w:rsidR="007E2E3B" w:rsidRPr="004763CA" w:rsidRDefault="00000000" w:rsidP="00D52D0D">
            <w:pPr>
              <w:jc w:val="both"/>
            </w:pPr>
            <w:r w:rsidRPr="004763CA">
              <w:t>☐ Sí ☐ Parcial ☐ No</w:t>
            </w:r>
          </w:p>
        </w:tc>
      </w:tr>
      <w:tr w:rsidR="007E2E3B" w:rsidRPr="004763CA" w14:paraId="5A8A2E74" w14:textId="77777777" w:rsidTr="103EDC81">
        <w:tc>
          <w:tcPr>
            <w:tcW w:w="4320" w:type="dxa"/>
          </w:tcPr>
          <w:p w14:paraId="01396A1B" w14:textId="77777777" w:rsidR="007E2E3B" w:rsidRPr="004763CA" w:rsidRDefault="00000000" w:rsidP="00D52D0D">
            <w:pPr>
              <w:jc w:val="both"/>
            </w:pPr>
            <w:r w:rsidRPr="004763CA">
              <w:t>¿Sabe que puede decir que NO o retirarse?</w:t>
            </w:r>
          </w:p>
        </w:tc>
        <w:tc>
          <w:tcPr>
            <w:tcW w:w="4320" w:type="dxa"/>
          </w:tcPr>
          <w:p w14:paraId="12A83872" w14:textId="77777777" w:rsidR="007E2E3B" w:rsidRPr="004763CA" w:rsidRDefault="00000000" w:rsidP="00D52D0D">
            <w:pPr>
              <w:jc w:val="both"/>
            </w:pPr>
            <w:r w:rsidRPr="004763CA">
              <w:t>☐ Sí ☐ Parcial ☐ No</w:t>
            </w:r>
          </w:p>
        </w:tc>
      </w:tr>
      <w:tr w:rsidR="007E2E3B" w:rsidRPr="004763CA" w14:paraId="44ACA2E9" w14:textId="77777777" w:rsidTr="103EDC81">
        <w:tc>
          <w:tcPr>
            <w:tcW w:w="4320" w:type="dxa"/>
          </w:tcPr>
          <w:p w14:paraId="0224F099" w14:textId="77777777" w:rsidR="007E2E3B" w:rsidRPr="004763CA" w:rsidRDefault="00000000" w:rsidP="00D52D0D">
            <w:pPr>
              <w:jc w:val="both"/>
            </w:pPr>
            <w:r w:rsidRPr="004763CA">
              <w:t>¿Muestra señales de comodidad/aceptación?</w:t>
            </w:r>
          </w:p>
        </w:tc>
        <w:tc>
          <w:tcPr>
            <w:tcW w:w="4320" w:type="dxa"/>
          </w:tcPr>
          <w:p w14:paraId="5E2ECE49" w14:textId="77777777" w:rsidR="007E2E3B" w:rsidRPr="004763CA" w:rsidRDefault="00000000" w:rsidP="00D52D0D">
            <w:pPr>
              <w:jc w:val="both"/>
            </w:pPr>
            <w:r w:rsidRPr="004763CA">
              <w:t>☐ Sí ☐ Parcial ☐ No</w:t>
            </w:r>
          </w:p>
        </w:tc>
      </w:tr>
      <w:tr w:rsidR="007E2E3B" w:rsidRPr="004763CA" w14:paraId="353BE0BA" w14:textId="77777777" w:rsidTr="103EDC81">
        <w:tc>
          <w:tcPr>
            <w:tcW w:w="4320" w:type="dxa"/>
          </w:tcPr>
          <w:p w14:paraId="2DF28DB3" w14:textId="77777777" w:rsidR="007E2E3B" w:rsidRPr="004763CA" w:rsidRDefault="00000000" w:rsidP="00D52D0D">
            <w:pPr>
              <w:jc w:val="both"/>
            </w:pPr>
            <w:r w:rsidRPr="004763CA">
              <w:lastRenderedPageBreak/>
              <w:t>¿Manifiesta rechazo o resistencia?</w:t>
            </w:r>
          </w:p>
        </w:tc>
        <w:tc>
          <w:tcPr>
            <w:tcW w:w="4320" w:type="dxa"/>
          </w:tcPr>
          <w:p w14:paraId="4D32E9B0" w14:textId="77777777" w:rsidR="007E2E3B" w:rsidRPr="004763CA" w:rsidRDefault="00000000" w:rsidP="00D52D0D">
            <w:pPr>
              <w:jc w:val="both"/>
            </w:pPr>
            <w:r w:rsidRPr="004763CA">
              <w:t>☐ No ☐ Sí (describir)</w:t>
            </w:r>
          </w:p>
        </w:tc>
      </w:tr>
      <w:tr w:rsidR="007E2E3B" w:rsidRPr="004763CA" w14:paraId="6E2932C2" w14:textId="77777777" w:rsidTr="103EDC81">
        <w:tc>
          <w:tcPr>
            <w:tcW w:w="4320" w:type="dxa"/>
          </w:tcPr>
          <w:p w14:paraId="169FF492" w14:textId="328721A4" w:rsidR="007E2E3B" w:rsidRPr="004763CA" w:rsidRDefault="423CC317" w:rsidP="00D52D0D">
            <w:pPr>
              <w:jc w:val="both"/>
            </w:pPr>
            <w:r>
              <w:t>Apoyos utilizados (lectura, pictogramas, persona de apoyo, etc.)</w:t>
            </w:r>
          </w:p>
          <w:p w14:paraId="5529069A" w14:textId="531122DB" w:rsidR="007E2E3B" w:rsidRPr="004763CA" w:rsidRDefault="007E2E3B" w:rsidP="00D52D0D">
            <w:pPr>
              <w:jc w:val="both"/>
            </w:pPr>
          </w:p>
        </w:tc>
        <w:tc>
          <w:tcPr>
            <w:tcW w:w="4320" w:type="dxa"/>
          </w:tcPr>
          <w:p w14:paraId="21EF2348" w14:textId="77777777" w:rsidR="007E2E3B" w:rsidRPr="004763CA" w:rsidRDefault="00000000" w:rsidP="00D52D0D">
            <w:pPr>
              <w:jc w:val="both"/>
            </w:pPr>
            <w:r w:rsidRPr="004763CA">
              <w:t>[ ]</w:t>
            </w:r>
          </w:p>
        </w:tc>
      </w:tr>
    </w:tbl>
    <w:p w14:paraId="3D8D1FC2" w14:textId="77777777" w:rsidR="007E2E3B" w:rsidRPr="004763CA" w:rsidRDefault="007E2E3B" w:rsidP="00D52D0D">
      <w:pPr>
        <w:jc w:val="both"/>
      </w:pPr>
    </w:p>
    <w:p w14:paraId="6A0822E0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Decisión del/de la participante</w:t>
      </w:r>
    </w:p>
    <w:p w14:paraId="552EDD91" w14:textId="77777777" w:rsidR="007E2E3B" w:rsidRPr="004763CA" w:rsidRDefault="00000000" w:rsidP="00D52D0D">
      <w:pPr>
        <w:jc w:val="both"/>
      </w:pPr>
      <w:r w:rsidRPr="004763CA">
        <w:t>☐ SÍ, quiero participar    ☐ NO, no quiero participar</w:t>
      </w:r>
    </w:p>
    <w:p w14:paraId="01F6D6A0" w14:textId="77777777" w:rsidR="007E2E3B" w:rsidRPr="004763CA" w:rsidRDefault="00000000" w:rsidP="00D52D0D">
      <w:pPr>
        <w:jc w:val="both"/>
      </w:pPr>
      <w:r w:rsidRPr="004763CA">
        <w:t>Nombre (si desea): _________________________</w:t>
      </w:r>
    </w:p>
    <w:p w14:paraId="75946E85" w14:textId="77777777" w:rsidR="007E2E3B" w:rsidRPr="004763CA" w:rsidRDefault="00000000" w:rsidP="00D52D0D">
      <w:pPr>
        <w:jc w:val="both"/>
      </w:pPr>
      <w:r w:rsidRPr="004763CA">
        <w:t>Firma / marca / huella (si corresponde): _________________________   Fecha: ____ / ____ / ______</w:t>
      </w:r>
    </w:p>
    <w:p w14:paraId="5A60DF93" w14:textId="77777777" w:rsidR="007E2E3B" w:rsidRPr="004763CA" w:rsidRDefault="007E2E3B" w:rsidP="00D52D0D">
      <w:pPr>
        <w:jc w:val="both"/>
      </w:pPr>
    </w:p>
    <w:p w14:paraId="516DF387" w14:textId="77777777" w:rsidR="007E2E3B" w:rsidRPr="004763CA" w:rsidRDefault="00000000" w:rsidP="00D52D0D">
      <w:pPr>
        <w:jc w:val="both"/>
      </w:pPr>
      <w:r w:rsidRPr="004763CA">
        <w:rPr>
          <w:b/>
          <w:sz w:val="24"/>
        </w:rPr>
        <w:t>Constancia del proceso (cuando no hay firma)</w:t>
      </w:r>
    </w:p>
    <w:p w14:paraId="022455D1" w14:textId="77777777" w:rsidR="007E2E3B" w:rsidRPr="004763CA" w:rsidRDefault="00000000" w:rsidP="00D52D0D">
      <w:pPr>
        <w:jc w:val="both"/>
      </w:pPr>
      <w:r w:rsidRPr="004763CA">
        <w:t>Si la persona no firma, describa cómo expresó su voluntad (p. ej., asentimiento verbal, gesto, selección de tarjeta): [ ].</w:t>
      </w:r>
    </w:p>
    <w:p w14:paraId="46FCE940" w14:textId="77777777" w:rsidR="007E2E3B" w:rsidRPr="004763CA" w:rsidRDefault="00000000" w:rsidP="00D52D0D">
      <w:pPr>
        <w:jc w:val="both"/>
      </w:pPr>
      <w:r w:rsidRPr="004763CA">
        <w:t>Si no fue posible obtener asentimiento, explique por qué y si hubo indicios de rechazo: [ ].</w:t>
      </w:r>
    </w:p>
    <w:p w14:paraId="6F8D0A2D" w14:textId="77777777" w:rsidR="007E2E3B" w:rsidRPr="004763CA" w:rsidRDefault="007E2E3B" w:rsidP="00D52D0D">
      <w:pPr>
        <w:jc w:val="both"/>
      </w:pPr>
    </w:p>
    <w:tbl>
      <w:tblPr>
        <w:tblW w:w="0" w:type="auto"/>
        <w:jc w:val="center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6050"/>
        <w:gridCol w:w="2590"/>
      </w:tblGrid>
      <w:tr w:rsidR="3931204C" w14:paraId="654AD98D" w14:textId="77777777" w:rsidTr="3931204C">
        <w:trPr>
          <w:trHeight w:val="555"/>
          <w:jc w:val="center"/>
        </w:trPr>
        <w:tc>
          <w:tcPr>
            <w:tcW w:w="6090" w:type="dxa"/>
            <w:vAlign w:val="center"/>
          </w:tcPr>
          <w:p w14:paraId="7016144B" w14:textId="6AE891C4" w:rsidR="3931204C" w:rsidRDefault="3931204C" w:rsidP="3931204C">
            <w:pPr>
              <w:jc w:val="center"/>
            </w:pPr>
            <w:r>
              <w:t>________________________________________</w:t>
            </w:r>
          </w:p>
          <w:p w14:paraId="4F50E296" w14:textId="66BCA9B4" w:rsidR="250B8211" w:rsidRDefault="250B8211" w:rsidP="3931204C">
            <w:pPr>
              <w:jc w:val="center"/>
            </w:pPr>
            <w:r>
              <w:t>Nombre y firma de testigo (si aplica)</w:t>
            </w:r>
          </w:p>
          <w:p w14:paraId="345BAADC" w14:textId="412C505D" w:rsidR="3931204C" w:rsidRDefault="3931204C" w:rsidP="3931204C">
            <w:pPr>
              <w:jc w:val="center"/>
            </w:pPr>
          </w:p>
        </w:tc>
        <w:tc>
          <w:tcPr>
            <w:tcW w:w="2622" w:type="dxa"/>
            <w:vAlign w:val="center"/>
          </w:tcPr>
          <w:p w14:paraId="19D8AB44" w14:textId="062CA8A2" w:rsidR="250B8211" w:rsidRDefault="250B8211" w:rsidP="3931204C">
            <w:pPr>
              <w:jc w:val="center"/>
            </w:pPr>
            <w:r>
              <w:t>___________________</w:t>
            </w:r>
          </w:p>
          <w:p w14:paraId="6DD88CA3" w14:textId="45C2CB2E" w:rsidR="250B8211" w:rsidRDefault="250B8211" w:rsidP="3931204C">
            <w:pPr>
              <w:jc w:val="center"/>
            </w:pPr>
            <w:r>
              <w:t>Relación/ Rol</w:t>
            </w:r>
          </w:p>
          <w:p w14:paraId="38832035" w14:textId="7A2233D1" w:rsidR="3931204C" w:rsidRDefault="3931204C" w:rsidP="3931204C">
            <w:pPr>
              <w:jc w:val="center"/>
            </w:pPr>
          </w:p>
        </w:tc>
      </w:tr>
      <w:tr w:rsidR="3931204C" w14:paraId="4FAC8217" w14:textId="77777777" w:rsidTr="3931204C">
        <w:trPr>
          <w:trHeight w:val="300"/>
          <w:jc w:val="center"/>
        </w:trPr>
        <w:tc>
          <w:tcPr>
            <w:tcW w:w="6090" w:type="dxa"/>
            <w:vAlign w:val="center"/>
          </w:tcPr>
          <w:p w14:paraId="2A9FEBDC" w14:textId="510EA00B" w:rsidR="3931204C" w:rsidRDefault="3931204C" w:rsidP="3931204C">
            <w:pPr>
              <w:jc w:val="center"/>
            </w:pPr>
          </w:p>
          <w:p w14:paraId="16CD0D3D" w14:textId="198B4B66" w:rsidR="3931204C" w:rsidRDefault="3931204C" w:rsidP="3931204C">
            <w:pPr>
              <w:jc w:val="center"/>
            </w:pPr>
            <w:r>
              <w:t>__________________________________________________</w:t>
            </w:r>
          </w:p>
          <w:p w14:paraId="72EF654A" w14:textId="034E6948" w:rsidR="3931204C" w:rsidRDefault="3931204C" w:rsidP="3931204C">
            <w:pPr>
              <w:jc w:val="center"/>
            </w:pPr>
            <w:r>
              <w:t>Nombre y firma de quien obtiene el asentimiento</w:t>
            </w:r>
          </w:p>
        </w:tc>
        <w:tc>
          <w:tcPr>
            <w:tcW w:w="2622" w:type="dxa"/>
            <w:vAlign w:val="center"/>
          </w:tcPr>
          <w:p w14:paraId="3246888F" w14:textId="455B50E6" w:rsidR="3931204C" w:rsidRDefault="3931204C" w:rsidP="3931204C">
            <w:pPr>
              <w:jc w:val="center"/>
            </w:pPr>
          </w:p>
          <w:p w14:paraId="66D137F4" w14:textId="062CA8A2" w:rsidR="3931204C" w:rsidRDefault="3931204C" w:rsidP="3931204C">
            <w:pPr>
              <w:jc w:val="center"/>
            </w:pPr>
            <w:r>
              <w:t>___________________</w:t>
            </w:r>
          </w:p>
          <w:p w14:paraId="6EE1D3F3" w14:textId="234C16BA" w:rsidR="3931204C" w:rsidRDefault="3931204C" w:rsidP="3931204C">
            <w:pPr>
              <w:jc w:val="center"/>
            </w:pPr>
            <w:r>
              <w:t>Rol</w:t>
            </w:r>
          </w:p>
        </w:tc>
      </w:tr>
    </w:tbl>
    <w:p w14:paraId="03BE5767" w14:textId="77777777" w:rsidR="007E2E3B" w:rsidRPr="004763CA" w:rsidRDefault="007E2E3B" w:rsidP="00D52D0D">
      <w:pPr>
        <w:jc w:val="both"/>
      </w:pPr>
    </w:p>
    <w:p w14:paraId="382BAA1D" w14:textId="77777777" w:rsidR="007E2E3B" w:rsidRDefault="00000000" w:rsidP="00D52D0D">
      <w:pPr>
        <w:jc w:val="both"/>
      </w:pPr>
      <w:r w:rsidRPr="004763CA">
        <w:rPr>
          <w:i/>
          <w:sz w:val="18"/>
        </w:rPr>
        <w:t>Recordatorio: si el/la participante manifiesta rechazo, no debe incluirse o debe retirarse del estudio, incluso si existe consentimiento del representante.</w:t>
      </w:r>
    </w:p>
    <w:sectPr w:rsidR="007E2E3B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EC3A" w14:textId="77777777" w:rsidR="00EC70B5" w:rsidRPr="004763CA" w:rsidRDefault="00EC70B5" w:rsidP="00462336">
      <w:pPr>
        <w:spacing w:after="0" w:line="240" w:lineRule="auto"/>
      </w:pPr>
      <w:r w:rsidRPr="004763CA">
        <w:separator/>
      </w:r>
    </w:p>
  </w:endnote>
  <w:endnote w:type="continuationSeparator" w:id="0">
    <w:p w14:paraId="3125E5EC" w14:textId="77777777" w:rsidR="00EC70B5" w:rsidRPr="004763CA" w:rsidRDefault="00EC70B5" w:rsidP="00462336">
      <w:pPr>
        <w:spacing w:after="0" w:line="240" w:lineRule="auto"/>
      </w:pPr>
      <w:r w:rsidRPr="004763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5C912" w14:textId="77777777" w:rsidR="00EC70B5" w:rsidRPr="004763CA" w:rsidRDefault="00EC70B5" w:rsidP="00462336">
      <w:pPr>
        <w:spacing w:after="0" w:line="240" w:lineRule="auto"/>
      </w:pPr>
      <w:r w:rsidRPr="004763CA">
        <w:separator/>
      </w:r>
    </w:p>
  </w:footnote>
  <w:footnote w:type="continuationSeparator" w:id="0">
    <w:p w14:paraId="55D379D4" w14:textId="77777777" w:rsidR="00EC70B5" w:rsidRPr="004763CA" w:rsidRDefault="00EC70B5" w:rsidP="00462336">
      <w:pPr>
        <w:spacing w:after="0" w:line="240" w:lineRule="auto"/>
      </w:pPr>
      <w:r w:rsidRPr="004763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787E" w14:textId="54AFFCB0" w:rsidR="00462336" w:rsidRDefault="00462336">
    <w:pPr>
      <w:pStyle w:val="Encabezado"/>
    </w:pPr>
    <w:r w:rsidRPr="004763CA">
      <w:rPr>
        <w:noProof/>
      </w:rPr>
      <w:drawing>
        <wp:inline distT="0" distB="0" distL="0" distR="0" wp14:anchorId="7E7DC64C" wp14:editId="3A2D540F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955E454" w14:textId="77777777" w:rsidR="00B95223" w:rsidRDefault="00B95223">
    <w:pPr>
      <w:pStyle w:val="Encabezado"/>
    </w:pPr>
  </w:p>
  <w:p w14:paraId="33858B30" w14:textId="77777777" w:rsidR="00B95223" w:rsidRPr="004763CA" w:rsidRDefault="00B952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9668169">
    <w:abstractNumId w:val="8"/>
  </w:num>
  <w:num w:numId="2" w16cid:durableId="218782492">
    <w:abstractNumId w:val="6"/>
  </w:num>
  <w:num w:numId="3" w16cid:durableId="1387098843">
    <w:abstractNumId w:val="5"/>
  </w:num>
  <w:num w:numId="4" w16cid:durableId="137888581">
    <w:abstractNumId w:val="4"/>
  </w:num>
  <w:num w:numId="5" w16cid:durableId="1060249747">
    <w:abstractNumId w:val="7"/>
  </w:num>
  <w:num w:numId="6" w16cid:durableId="752775914">
    <w:abstractNumId w:val="3"/>
  </w:num>
  <w:num w:numId="7" w16cid:durableId="1011833928">
    <w:abstractNumId w:val="2"/>
  </w:num>
  <w:num w:numId="8" w16cid:durableId="1033386663">
    <w:abstractNumId w:val="1"/>
  </w:num>
  <w:num w:numId="9" w16cid:durableId="79718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298"/>
    <w:rsid w:val="0015074B"/>
    <w:rsid w:val="00234CA2"/>
    <w:rsid w:val="0029639D"/>
    <w:rsid w:val="0032386D"/>
    <w:rsid w:val="00326F90"/>
    <w:rsid w:val="00462336"/>
    <w:rsid w:val="004763CA"/>
    <w:rsid w:val="00621391"/>
    <w:rsid w:val="007E2E3B"/>
    <w:rsid w:val="00921119"/>
    <w:rsid w:val="00AA1D8D"/>
    <w:rsid w:val="00B47730"/>
    <w:rsid w:val="00B95223"/>
    <w:rsid w:val="00CB0664"/>
    <w:rsid w:val="00D52D0D"/>
    <w:rsid w:val="00E02588"/>
    <w:rsid w:val="00EC70B5"/>
    <w:rsid w:val="00FA383C"/>
    <w:rsid w:val="00FC693F"/>
    <w:rsid w:val="02EB738A"/>
    <w:rsid w:val="06900A25"/>
    <w:rsid w:val="07C62881"/>
    <w:rsid w:val="0AB9B31D"/>
    <w:rsid w:val="0D7E907A"/>
    <w:rsid w:val="0E87C32B"/>
    <w:rsid w:val="0E8F0D0B"/>
    <w:rsid w:val="0F95A68C"/>
    <w:rsid w:val="103EDC81"/>
    <w:rsid w:val="10D73889"/>
    <w:rsid w:val="1B9E53E3"/>
    <w:rsid w:val="20EF67B0"/>
    <w:rsid w:val="250B8211"/>
    <w:rsid w:val="2572FD45"/>
    <w:rsid w:val="296B9089"/>
    <w:rsid w:val="2A7AC807"/>
    <w:rsid w:val="2E68C6A2"/>
    <w:rsid w:val="36F4DFEB"/>
    <w:rsid w:val="37FCB6C4"/>
    <w:rsid w:val="3931204C"/>
    <w:rsid w:val="39D5F07C"/>
    <w:rsid w:val="3E5FDC58"/>
    <w:rsid w:val="3EA6B502"/>
    <w:rsid w:val="401B70AD"/>
    <w:rsid w:val="423CC317"/>
    <w:rsid w:val="43103C49"/>
    <w:rsid w:val="43DA7834"/>
    <w:rsid w:val="49A1E636"/>
    <w:rsid w:val="4AB5CC3D"/>
    <w:rsid w:val="4D3AD6EA"/>
    <w:rsid w:val="4DC80CF5"/>
    <w:rsid w:val="4E1A208C"/>
    <w:rsid w:val="57D206A7"/>
    <w:rsid w:val="590F931E"/>
    <w:rsid w:val="5E2D19B9"/>
    <w:rsid w:val="5F3B8429"/>
    <w:rsid w:val="60442D45"/>
    <w:rsid w:val="61D9170B"/>
    <w:rsid w:val="62E2683C"/>
    <w:rsid w:val="63B10828"/>
    <w:rsid w:val="642BBDF9"/>
    <w:rsid w:val="6B5C1730"/>
    <w:rsid w:val="6B79ED89"/>
    <w:rsid w:val="6E9CDD29"/>
    <w:rsid w:val="6FA477F1"/>
    <w:rsid w:val="6FE3CBA2"/>
    <w:rsid w:val="71103DC1"/>
    <w:rsid w:val="7560EA90"/>
    <w:rsid w:val="77E260EB"/>
    <w:rsid w:val="7A88323E"/>
    <w:rsid w:val="7E1EE7B6"/>
    <w:rsid w:val="7EB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6401C"/>
  <w14:defaultImageDpi w14:val="300"/>
  <w15:docId w15:val="{5FB91FEC-4145-4EFF-8302-D74FA95D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1719</Words>
  <Characters>9459</Characters>
  <Application>Microsoft Office Word</Application>
  <DocSecurity>0</DocSecurity>
  <Lines>78</Lines>
  <Paragraphs>22</Paragraphs>
  <ScaleCrop>false</ScaleCrop>
  <Manager/>
  <Company/>
  <LinksUpToDate>false</LinksUpToDate>
  <CharactersWithSpaces>11156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6</cp:revision>
  <dcterms:created xsi:type="dcterms:W3CDTF">2026-05-28T22:55:00Z</dcterms:created>
  <dcterms:modified xsi:type="dcterms:W3CDTF">2026-10-22T19:31:00Z</dcterms:modified>
  <cp:category/>
</cp:coreProperties>
</file>