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8071A" w14:textId="3278A2F1" w:rsidR="6DDA114E" w:rsidRDefault="6DDA114E" w:rsidP="4631F3DD">
      <w:pPr>
        <w:jc w:val="center"/>
      </w:pPr>
      <w:r w:rsidRPr="4631F3DD">
        <w:rPr>
          <w:rFonts w:asciiTheme="majorHAnsi" w:hAnsiTheme="majorHAnsi" w:cstheme="majorBidi"/>
          <w:b/>
          <w:bCs/>
          <w:highlight w:val="yellow"/>
          <w:lang w:val="es-CL"/>
        </w:rPr>
        <w:t>*ELIMINAR TEXTO DESTACADO</w:t>
      </w:r>
    </w:p>
    <w:p w14:paraId="526AA6D3" w14:textId="0B60B879" w:rsidR="004C5FD6" w:rsidRDefault="0090729F" w:rsidP="0090729F">
      <w:pPr>
        <w:jc w:val="center"/>
        <w:rPr>
          <w:rFonts w:asciiTheme="majorHAnsi" w:hAnsiTheme="majorHAnsi" w:cstheme="majorHAnsi"/>
          <w:b/>
          <w:bCs/>
          <w:lang w:val="es-CL"/>
        </w:rPr>
      </w:pPr>
      <w:r w:rsidRPr="0090729F">
        <w:rPr>
          <w:rFonts w:asciiTheme="majorHAnsi" w:hAnsiTheme="majorHAnsi" w:cstheme="majorHAnsi"/>
          <w:b/>
          <w:bCs/>
          <w:highlight w:val="yellow"/>
          <w:lang w:val="es-CL"/>
        </w:rPr>
        <w:t>MODELO 2 — INSTITUCIONES EXTERNAS (colegios, municipalidades, fundaciones, servicios públicos, empresas, etc.)</w:t>
      </w:r>
    </w:p>
    <w:p w14:paraId="2894A30A" w14:textId="77777777" w:rsidR="0090729F" w:rsidRPr="004C5FD6" w:rsidRDefault="0090729F" w:rsidP="004C5FD6">
      <w:pPr>
        <w:rPr>
          <w:rFonts w:asciiTheme="majorHAnsi" w:hAnsiTheme="majorHAnsi" w:cstheme="majorHAnsi"/>
          <w:b/>
          <w:bCs/>
          <w:lang w:val="es-CL"/>
        </w:rPr>
      </w:pPr>
    </w:p>
    <w:p w14:paraId="48C70182" w14:textId="756D559C" w:rsidR="004C5FD6" w:rsidRPr="004C5FD6" w:rsidRDefault="004C5FD6" w:rsidP="00375C4D">
      <w:pPr>
        <w:jc w:val="center"/>
        <w:rPr>
          <w:rFonts w:asciiTheme="majorHAnsi" w:hAnsiTheme="majorHAnsi" w:cstheme="majorHAnsi"/>
          <w:b/>
          <w:bCs/>
          <w:lang w:val="es-CL"/>
        </w:rPr>
      </w:pP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PARTE A —</w:t>
      </w:r>
      <w:r w:rsidRPr="004C5FD6">
        <w:rPr>
          <w:rFonts w:asciiTheme="majorHAnsi" w:hAnsiTheme="majorHAnsi" w:cstheme="majorHAnsi"/>
          <w:b/>
          <w:bCs/>
          <w:lang w:val="es-CL"/>
        </w:rPr>
        <w:t xml:space="preserve"> SOLICITUD DEL EQUIPO INVESTIGADOR </w:t>
      </w: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 xml:space="preserve">(a </w:t>
      </w:r>
      <w:proofErr w:type="gramStart"/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Director</w:t>
      </w:r>
      <w:proofErr w:type="gramEnd"/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/a</w:t>
      </w:r>
      <w:r w:rsidR="0090729F">
        <w:rPr>
          <w:rFonts w:asciiTheme="majorHAnsi" w:hAnsiTheme="majorHAnsi" w:cstheme="majorHAnsi"/>
          <w:b/>
          <w:bCs/>
          <w:highlight w:val="yellow"/>
          <w:lang w:val="es-CL"/>
        </w:rPr>
        <w:t xml:space="preserve"> del establecimiento</w:t>
      </w: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)</w:t>
      </w:r>
    </w:p>
    <w:p w14:paraId="1591C39A" w14:textId="77777777" w:rsidR="004C5FD6" w:rsidRPr="004C5FD6" w:rsidRDefault="004C5FD6" w:rsidP="004C5FD6">
      <w:pPr>
        <w:jc w:val="right"/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[Ciudad], [día] de [mes] de [año]</w:t>
      </w:r>
    </w:p>
    <w:p w14:paraId="1409A997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lang w:val="es-CL"/>
        </w:rPr>
        <w:t xml:space="preserve">Sr./Sra. </w:t>
      </w:r>
      <w:r w:rsidRPr="004C5FD6">
        <w:rPr>
          <w:rFonts w:asciiTheme="majorHAnsi" w:hAnsiTheme="majorHAnsi" w:cstheme="majorHAnsi"/>
          <w:b/>
          <w:bCs/>
          <w:lang w:val="es-CL"/>
        </w:rPr>
        <w:t>[Nombre y Apellido]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bCs/>
          <w:lang w:val="es-CL"/>
        </w:rPr>
        <w:t>[Cargo de la autoridad UDD]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bCs/>
          <w:lang w:val="es-CL"/>
        </w:rPr>
        <w:t>Universidad del Desarrollo (UDD)</w:t>
      </w:r>
      <w:r w:rsidRPr="004C5FD6">
        <w:rPr>
          <w:rFonts w:asciiTheme="majorHAnsi" w:hAnsiTheme="majorHAnsi" w:cstheme="majorHAnsi"/>
          <w:b/>
          <w:lang w:val="es-CL"/>
        </w:rPr>
        <w:br/>
        <w:t>Presente</w:t>
      </w:r>
    </w:p>
    <w:p w14:paraId="51BBB3A3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De mi consideración:</w:t>
      </w:r>
    </w:p>
    <w:p w14:paraId="28E74D62" w14:textId="39D1660B" w:rsidR="004C5FD6" w:rsidRPr="00375C4D" w:rsidRDefault="0090729F" w:rsidP="004C5FD6">
      <w:pPr>
        <w:rPr>
          <w:rFonts w:asciiTheme="majorHAnsi" w:hAnsiTheme="majorHAnsi" w:cstheme="majorHAnsi"/>
          <w:bCs/>
          <w:lang w:val="es-CL"/>
        </w:rPr>
      </w:pPr>
      <w:r w:rsidRPr="0090729F">
        <w:rPr>
          <w:rFonts w:asciiTheme="majorHAnsi" w:hAnsiTheme="majorHAnsi" w:cstheme="majorHAnsi"/>
          <w:bCs/>
          <w:lang w:val="es-CL"/>
        </w:rPr>
        <w:t>unto con saludar, por medio de la presente solicito autorización institucional para ejecutar el estudio que se indica a continuación en [Nombre institución/establecimiento], bajo los resguardos éticos y de confidencialidad correspondientes.</w:t>
      </w:r>
    </w:p>
    <w:p w14:paraId="4C9061EC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1. Identificación del estudio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89"/>
        <w:gridCol w:w="5441"/>
      </w:tblGrid>
      <w:tr w:rsidR="004C5FD6" w:rsidRPr="004C5FD6" w14:paraId="05885EB8" w14:textId="499611E8" w:rsidTr="004C5FD6">
        <w:tc>
          <w:tcPr>
            <w:tcW w:w="3227" w:type="dxa"/>
          </w:tcPr>
          <w:p w14:paraId="77229A5A" w14:textId="7441FBF0" w:rsidR="004C5FD6" w:rsidRPr="004C5FD6" w:rsidRDefault="004C5FD6" w:rsidP="0016357F">
            <w:pPr>
              <w:rPr>
                <w:rFonts w:asciiTheme="majorHAnsi" w:hAnsiTheme="majorHAnsi" w:cstheme="majorHAnsi"/>
                <w:b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Título del estudio: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14:paraId="1D39C8A6" w14:textId="77777777" w:rsidR="004C5FD6" w:rsidRPr="004C5FD6" w:rsidRDefault="004C5FD6" w:rsidP="0016357F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="004C5FD6" w:rsidRPr="004C5FD6" w14:paraId="1806F4F3" w14:textId="4CD35A33" w:rsidTr="004C5FD6">
        <w:tc>
          <w:tcPr>
            <w:tcW w:w="3227" w:type="dxa"/>
          </w:tcPr>
          <w:p w14:paraId="5BA65B3C" w14:textId="226B1A1B" w:rsidR="004C5FD6" w:rsidRPr="004C5FD6" w:rsidRDefault="004C5FD6" w:rsidP="0016357F">
            <w:pPr>
              <w:rPr>
                <w:rFonts w:asciiTheme="majorHAnsi" w:hAnsiTheme="majorHAnsi" w:cstheme="majorHAnsi"/>
                <w:b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 xml:space="preserve">Investigador/a </w:t>
            </w:r>
            <w:proofErr w:type="gramStart"/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Responsable</w:t>
            </w:r>
            <w:proofErr w:type="gramEnd"/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 xml:space="preserve"> (IR):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14:paraId="633844D2" w14:textId="77777777" w:rsidR="004C5FD6" w:rsidRPr="004C5FD6" w:rsidRDefault="004C5FD6" w:rsidP="0016357F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="004C5FD6" w:rsidRPr="004C5FD6" w14:paraId="54ABFAF8" w14:textId="00B51485" w:rsidTr="004C5FD6">
        <w:tc>
          <w:tcPr>
            <w:tcW w:w="3227" w:type="dxa"/>
          </w:tcPr>
          <w:p w14:paraId="5DEFD42F" w14:textId="2E4C6894" w:rsidR="004C5FD6" w:rsidRPr="004C5FD6" w:rsidRDefault="004C5FD6" w:rsidP="0016357F">
            <w:pPr>
              <w:rPr>
                <w:rFonts w:asciiTheme="majorHAnsi" w:hAnsiTheme="majorHAnsi" w:cstheme="majorHAnsi"/>
                <w:b/>
                <w:lang w:val="es-CL"/>
              </w:rPr>
            </w:pPr>
            <w:r>
              <w:rPr>
                <w:rFonts w:asciiTheme="majorHAnsi" w:hAnsiTheme="majorHAnsi" w:cstheme="majorHAnsi"/>
                <w:b/>
                <w:lang w:val="es-CL"/>
              </w:rPr>
              <w:t>Unidad académica</w:t>
            </w:r>
            <w:r w:rsidR="00375C4D">
              <w:rPr>
                <w:rFonts w:asciiTheme="majorHAnsi" w:hAnsiTheme="majorHAnsi" w:cstheme="majorHAnsi"/>
                <w:b/>
                <w:lang w:val="es-CL"/>
              </w:rPr>
              <w:t>/Facultad</w:t>
            </w:r>
            <w:r>
              <w:rPr>
                <w:rFonts w:asciiTheme="majorHAnsi" w:hAnsiTheme="majorHAnsi" w:cstheme="majorHAnsi"/>
                <w:b/>
                <w:lang w:val="es-CL"/>
              </w:rPr>
              <w:t>:</w:t>
            </w:r>
          </w:p>
        </w:tc>
        <w:tc>
          <w:tcPr>
            <w:tcW w:w="5629" w:type="dxa"/>
          </w:tcPr>
          <w:p w14:paraId="3DE0D8D4" w14:textId="77777777" w:rsidR="004C5FD6" w:rsidRPr="004C5FD6" w:rsidRDefault="004C5FD6" w:rsidP="0016357F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="004C5FD6" w:rsidRPr="004C5FD6" w14:paraId="4B8A1134" w14:textId="77777777" w:rsidTr="004C5FD6">
        <w:tc>
          <w:tcPr>
            <w:tcW w:w="3227" w:type="dxa"/>
          </w:tcPr>
          <w:p w14:paraId="4496F05E" w14:textId="1813945F" w:rsidR="004C5FD6" w:rsidRPr="004C5FD6" w:rsidRDefault="004C5FD6" w:rsidP="004C5FD6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Equipo de investigación: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14:paraId="6D901532" w14:textId="77777777" w:rsidR="004C5FD6" w:rsidRPr="004C5FD6" w:rsidRDefault="004C5FD6" w:rsidP="004C5FD6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="004C5FD6" w:rsidRPr="004C5FD6" w14:paraId="64A2DE40" w14:textId="75EB24CA" w:rsidTr="004C5FD6">
        <w:tc>
          <w:tcPr>
            <w:tcW w:w="3227" w:type="dxa"/>
          </w:tcPr>
          <w:p w14:paraId="64C7EB83" w14:textId="193D4383" w:rsidR="004C5FD6" w:rsidRPr="004C5FD6" w:rsidRDefault="004C5FD6" w:rsidP="004C5FD6">
            <w:pPr>
              <w:rPr>
                <w:rFonts w:asciiTheme="majorHAnsi" w:hAnsiTheme="majorHAnsi" w:cstheme="majorHAnsi"/>
                <w:b/>
                <w:lang w:val="es-CL"/>
              </w:rPr>
            </w:pPr>
            <w:r>
              <w:rPr>
                <w:rFonts w:asciiTheme="majorHAnsi" w:hAnsiTheme="majorHAnsi" w:cstheme="majorHAnsi"/>
                <w:b/>
                <w:lang w:val="es-CL"/>
              </w:rPr>
              <w:t xml:space="preserve">Financiamiento: </w:t>
            </w:r>
          </w:p>
        </w:tc>
        <w:tc>
          <w:tcPr>
            <w:tcW w:w="5629" w:type="dxa"/>
          </w:tcPr>
          <w:p w14:paraId="58EF54A3" w14:textId="77777777" w:rsidR="004C5FD6" w:rsidRPr="004C5FD6" w:rsidRDefault="004C5FD6" w:rsidP="004C5FD6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="004C5FD6" w:rsidRPr="004C5FD6" w14:paraId="2B0E5BAB" w14:textId="708EE9C6" w:rsidTr="004C5FD6">
        <w:tc>
          <w:tcPr>
            <w:tcW w:w="3227" w:type="dxa"/>
          </w:tcPr>
          <w:p w14:paraId="57351909" w14:textId="2E415992" w:rsidR="004C5FD6" w:rsidRPr="004C5FD6" w:rsidRDefault="004C5FD6" w:rsidP="004C5FD6">
            <w:pPr>
              <w:rPr>
                <w:rFonts w:asciiTheme="majorHAnsi" w:hAnsiTheme="majorHAnsi" w:cstheme="majorHAnsi"/>
                <w:b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Comité ético que evaluará el estudio: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14:paraId="35AB34BC" w14:textId="77777777" w:rsidR="004C5FD6" w:rsidRPr="004C5FD6" w:rsidRDefault="004C5FD6" w:rsidP="004C5FD6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</w:tbl>
    <w:p w14:paraId="7041F85B" w14:textId="77777777" w:rsidR="004C5FD6" w:rsidRDefault="004C5FD6" w:rsidP="004C5FD6">
      <w:pPr>
        <w:rPr>
          <w:rFonts w:asciiTheme="majorHAnsi" w:hAnsiTheme="majorHAnsi" w:cstheme="majorHAnsi"/>
          <w:b/>
          <w:bCs/>
          <w:lang w:val="es-CL"/>
        </w:rPr>
      </w:pPr>
    </w:p>
    <w:p w14:paraId="4113E170" w14:textId="01EBF201" w:rsidR="004C5FD6" w:rsidRPr="004C5FD6" w:rsidRDefault="0090729F" w:rsidP="004C5FD6">
      <w:pPr>
        <w:rPr>
          <w:rFonts w:asciiTheme="majorHAnsi" w:hAnsiTheme="majorHAnsi" w:cstheme="majorHAnsi"/>
          <w:b/>
          <w:lang w:val="es-CL"/>
        </w:rPr>
      </w:pPr>
      <w:r w:rsidRPr="0090729F">
        <w:rPr>
          <w:rFonts w:asciiTheme="majorHAnsi" w:hAnsiTheme="majorHAnsi" w:cstheme="majorHAnsi"/>
          <w:b/>
          <w:bCs/>
          <w:lang w:val="es-CL"/>
        </w:rPr>
        <w:t>2. ¿Qué se realizará en su institución? (descripción breve)</w:t>
      </w:r>
    </w:p>
    <w:p w14:paraId="3294044C" w14:textId="226DA92C" w:rsidR="004C5FD6" w:rsidRPr="00375C4D" w:rsidRDefault="004C5FD6" w:rsidP="004C5FD6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>[Resumen de metodología: reclutamiento, instrumentos</w:t>
      </w:r>
      <w:r w:rsidR="0090729F">
        <w:rPr>
          <w:rFonts w:asciiTheme="majorHAnsi" w:hAnsiTheme="majorHAnsi" w:cstheme="majorHAnsi"/>
          <w:bCs/>
          <w:lang w:val="es-CL"/>
        </w:rPr>
        <w:t xml:space="preserve"> </w:t>
      </w:r>
      <w:r w:rsidRPr="00375C4D">
        <w:rPr>
          <w:rFonts w:asciiTheme="majorHAnsi" w:hAnsiTheme="majorHAnsi" w:cstheme="majorHAnsi"/>
          <w:bCs/>
          <w:lang w:val="es-CL"/>
        </w:rPr>
        <w:t>(encuesta/entrevista/</w:t>
      </w:r>
      <w:proofErr w:type="spellStart"/>
      <w:r w:rsidRPr="00375C4D">
        <w:rPr>
          <w:rFonts w:asciiTheme="majorHAnsi" w:hAnsiTheme="majorHAnsi" w:cstheme="majorHAnsi"/>
          <w:bCs/>
          <w:lang w:val="es-CL"/>
        </w:rPr>
        <w:t>focus</w:t>
      </w:r>
      <w:proofErr w:type="spellEnd"/>
      <w:r w:rsidRPr="00375C4D">
        <w:rPr>
          <w:rFonts w:asciiTheme="majorHAnsi" w:hAnsiTheme="majorHAnsi" w:cstheme="majorHAnsi"/>
          <w:bCs/>
          <w:lang w:val="es-CL"/>
        </w:rPr>
        <w:t>/observación), duración, número aproximado de participantes, fechas tentativas, modalidad (presencial/online).]</w:t>
      </w:r>
    </w:p>
    <w:p w14:paraId="7375B8DD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4. Alcance de lo solicitado a la UDD (marcar y detallar lo que corresponda)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Facilitar difusión para reclutamiento (correo/listas/carteles)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Autorizar aplicación de encuestas/entrevistas/grupos focales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Autorizar observación en dependencias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lastRenderedPageBreak/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Facilitar acceso a espacios físicos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Facilitar coordinación con jefaturas/unidades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Otros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</w:p>
    <w:p w14:paraId="0641EDA6" w14:textId="6C76EB62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5. Compromisos éticos y de protección de datos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="0090729F" w:rsidRPr="0090729F">
        <w:rPr>
          <w:rFonts w:asciiTheme="majorHAnsi" w:hAnsiTheme="majorHAnsi" w:cstheme="majorHAnsi"/>
          <w:bCs/>
          <w:lang w:val="es-CL"/>
        </w:rPr>
        <w:t>La participación será voluntaria y se solicitará consentimiento informado/asentimiento cuando corresponda. Se resguardará confidencialidad y protección de datos; los resultados se reportarán de forma agregada o anonimizada, sin identificar a participantes ni a la institución, salvo autorización expresa y compatible con los resguardos aprobados.</w:t>
      </w:r>
    </w:p>
    <w:p w14:paraId="2A46BA6B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6. Documentos adjuntos (sugerido)</w:t>
      </w:r>
    </w:p>
    <w:p w14:paraId="766A6ECA" w14:textId="77777777" w:rsidR="004C5FD6" w:rsidRPr="00375C4D" w:rsidRDefault="004C5FD6" w:rsidP="0F40D0D6">
      <w:pPr>
        <w:numPr>
          <w:ilvl w:val="0"/>
          <w:numId w:val="12"/>
        </w:numPr>
        <w:rPr>
          <w:rFonts w:asciiTheme="majorHAnsi" w:hAnsiTheme="majorHAnsi" w:cstheme="majorBidi"/>
        </w:rPr>
      </w:pPr>
      <w:r w:rsidRPr="0F40D0D6">
        <w:rPr>
          <w:rFonts w:asciiTheme="majorHAnsi" w:hAnsiTheme="majorHAnsi" w:cstheme="majorBidi"/>
        </w:rPr>
        <w:t xml:space="preserve">Protocolo del estudio (versión </w:t>
      </w:r>
      <w:proofErr w:type="gramStart"/>
      <w:r w:rsidRPr="0F40D0D6">
        <w:rPr>
          <w:rFonts w:asciiTheme="majorHAnsi" w:hAnsiTheme="majorHAnsi" w:cstheme="majorBidi"/>
        </w:rPr>
        <w:t>[ ]</w:t>
      </w:r>
      <w:proofErr w:type="gramEnd"/>
      <w:r w:rsidRPr="0F40D0D6">
        <w:rPr>
          <w:rFonts w:asciiTheme="majorHAnsi" w:hAnsiTheme="majorHAnsi" w:cstheme="majorBidi"/>
        </w:rPr>
        <w:t xml:space="preserve">). </w:t>
      </w:r>
    </w:p>
    <w:p w14:paraId="6C292601" w14:textId="77777777" w:rsidR="004C5FD6" w:rsidRPr="00375C4D" w:rsidRDefault="004C5FD6" w:rsidP="0F40D0D6">
      <w:pPr>
        <w:numPr>
          <w:ilvl w:val="0"/>
          <w:numId w:val="12"/>
        </w:numPr>
        <w:rPr>
          <w:rFonts w:asciiTheme="majorHAnsi" w:hAnsiTheme="majorHAnsi" w:cstheme="majorBidi"/>
        </w:rPr>
      </w:pPr>
      <w:r w:rsidRPr="0F40D0D6">
        <w:rPr>
          <w:rFonts w:asciiTheme="majorHAnsi" w:hAnsiTheme="majorHAnsi" w:cstheme="majorBidi"/>
        </w:rPr>
        <w:t xml:space="preserve">Instrumentos (encuestas/guiones/piezas de invitación) (versión </w:t>
      </w:r>
      <w:proofErr w:type="gramStart"/>
      <w:r w:rsidRPr="0F40D0D6">
        <w:rPr>
          <w:rFonts w:asciiTheme="majorHAnsi" w:hAnsiTheme="majorHAnsi" w:cstheme="majorBidi"/>
        </w:rPr>
        <w:t>[ ]</w:t>
      </w:r>
      <w:proofErr w:type="gramEnd"/>
      <w:r w:rsidRPr="0F40D0D6">
        <w:rPr>
          <w:rFonts w:asciiTheme="majorHAnsi" w:hAnsiTheme="majorHAnsi" w:cstheme="majorBidi"/>
        </w:rPr>
        <w:t xml:space="preserve">). </w:t>
      </w:r>
    </w:p>
    <w:p w14:paraId="01A3E07D" w14:textId="77777777" w:rsidR="004C5FD6" w:rsidRPr="00375C4D" w:rsidRDefault="004C5FD6" w:rsidP="0F40D0D6">
      <w:pPr>
        <w:numPr>
          <w:ilvl w:val="0"/>
          <w:numId w:val="12"/>
        </w:numPr>
        <w:rPr>
          <w:rFonts w:asciiTheme="majorHAnsi" w:hAnsiTheme="majorHAnsi" w:cstheme="majorBidi"/>
        </w:rPr>
      </w:pPr>
      <w:r w:rsidRPr="0F40D0D6">
        <w:rPr>
          <w:rFonts w:asciiTheme="majorHAnsi" w:hAnsiTheme="majorHAnsi" w:cstheme="majorBidi"/>
        </w:rPr>
        <w:t xml:space="preserve">Consentimiento/asentimiento (si aplica) (versión </w:t>
      </w:r>
      <w:proofErr w:type="gramStart"/>
      <w:r w:rsidRPr="0F40D0D6">
        <w:rPr>
          <w:rFonts w:asciiTheme="majorHAnsi" w:hAnsiTheme="majorHAnsi" w:cstheme="majorBidi"/>
        </w:rPr>
        <w:t>[ ]</w:t>
      </w:r>
      <w:proofErr w:type="gramEnd"/>
      <w:r w:rsidRPr="0F40D0D6">
        <w:rPr>
          <w:rFonts w:asciiTheme="majorHAnsi" w:hAnsiTheme="majorHAnsi" w:cstheme="majorBidi"/>
        </w:rPr>
        <w:t xml:space="preserve">). </w:t>
      </w:r>
    </w:p>
    <w:p w14:paraId="06E7D316" w14:textId="77777777" w:rsidR="004C5FD6" w:rsidRPr="00375C4D" w:rsidRDefault="004C5FD6" w:rsidP="004C5FD6">
      <w:pPr>
        <w:numPr>
          <w:ilvl w:val="0"/>
          <w:numId w:val="12"/>
        </w:num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 xml:space="preserve">Aprobación ética o comprobante de sometimiento (según corresponda). </w:t>
      </w:r>
    </w:p>
    <w:p w14:paraId="0699A4E6" w14:textId="77777777" w:rsidR="004C5FD6" w:rsidRPr="00375C4D" w:rsidRDefault="004C5FD6" w:rsidP="004C5FD6">
      <w:pPr>
        <w:numPr>
          <w:ilvl w:val="0"/>
          <w:numId w:val="12"/>
        </w:num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 xml:space="preserve">Cronograma resumido. </w:t>
      </w:r>
    </w:p>
    <w:p w14:paraId="4F57C97B" w14:textId="77777777" w:rsidR="004C5FD6" w:rsidRPr="00375C4D" w:rsidRDefault="004C5FD6" w:rsidP="004C5FD6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 xml:space="preserve">Sin otro particular, agradezco su evaluación y quedo atento/a </w:t>
      </w:r>
      <w:proofErr w:type="spellStart"/>
      <w:r w:rsidRPr="00375C4D">
        <w:rPr>
          <w:rFonts w:asciiTheme="majorHAnsi" w:hAnsiTheme="majorHAnsi" w:cstheme="majorHAnsi"/>
          <w:bCs/>
          <w:lang w:val="es-CL"/>
        </w:rPr>
        <w:t>a</w:t>
      </w:r>
      <w:proofErr w:type="spellEnd"/>
      <w:r w:rsidRPr="00375C4D">
        <w:rPr>
          <w:rFonts w:asciiTheme="majorHAnsi" w:hAnsiTheme="majorHAnsi" w:cstheme="majorHAnsi"/>
          <w:bCs/>
          <w:lang w:val="es-CL"/>
        </w:rPr>
        <w:t xml:space="preserve"> su respuesta.</w:t>
      </w:r>
    </w:p>
    <w:p w14:paraId="75D96589" w14:textId="77777777" w:rsidR="004C5FD6" w:rsidRPr="00375C4D" w:rsidRDefault="004C5FD6" w:rsidP="004C5FD6">
      <w:r w:rsidRPr="4631F3DD">
        <w:rPr>
          <w:rFonts w:asciiTheme="majorHAnsi" w:hAnsiTheme="majorHAnsi" w:cstheme="majorBidi"/>
          <w:lang w:val="es-CL"/>
        </w:rPr>
        <w:t>Atentamente,</w:t>
      </w:r>
    </w:p>
    <w:p w14:paraId="58C89357" w14:textId="5EFAEBDE" w:rsidR="4631F3DD" w:rsidRDefault="4631F3DD" w:rsidP="4631F3DD">
      <w:pPr>
        <w:rPr>
          <w:rFonts w:asciiTheme="majorHAnsi" w:hAnsiTheme="majorHAnsi" w:cstheme="majorBidi"/>
          <w:lang w:val="es-CL"/>
        </w:rPr>
      </w:pPr>
    </w:p>
    <w:p w14:paraId="47A624B6" w14:textId="768B4344" w:rsidR="4631F3DD" w:rsidRDefault="4631F3DD" w:rsidP="4631F3DD">
      <w:pPr>
        <w:rPr>
          <w:rFonts w:asciiTheme="majorHAnsi" w:hAnsiTheme="majorHAnsi" w:cstheme="majorBidi"/>
          <w:lang w:val="es-CL"/>
        </w:rPr>
      </w:pPr>
    </w:p>
    <w:p w14:paraId="62CC3C43" w14:textId="7059E697" w:rsidR="4631F3DD" w:rsidRDefault="4631F3DD" w:rsidP="4631F3DD">
      <w:pPr>
        <w:rPr>
          <w:rFonts w:asciiTheme="majorHAnsi" w:hAnsiTheme="majorHAnsi" w:cstheme="majorBidi"/>
          <w:lang w:val="es-CL"/>
        </w:rPr>
      </w:pPr>
    </w:p>
    <w:p w14:paraId="301925DE" w14:textId="77777777" w:rsidR="004C5FD6" w:rsidRPr="00375C4D" w:rsidRDefault="004C5FD6" w:rsidP="0F40D0D6">
      <w:pPr>
        <w:jc w:val="center"/>
        <w:rPr>
          <w:rFonts w:asciiTheme="majorHAnsi" w:hAnsiTheme="majorHAnsi" w:cstheme="majorBidi"/>
          <w:lang w:val="es-CL"/>
        </w:rPr>
      </w:pPr>
      <w:r w:rsidRPr="0F40D0D6">
        <w:rPr>
          <w:rFonts w:asciiTheme="majorHAnsi" w:hAnsiTheme="majorHAnsi" w:cstheme="majorBidi"/>
          <w:lang w:val="es-CL"/>
        </w:rPr>
        <w:t>[Nombre y firma IR]</w:t>
      </w:r>
      <w:r>
        <w:br/>
      </w:r>
      <w:r w:rsidRPr="0F40D0D6">
        <w:rPr>
          <w:rFonts w:asciiTheme="majorHAnsi" w:hAnsiTheme="majorHAnsi" w:cstheme="majorBidi"/>
          <w:lang w:val="es-CL"/>
        </w:rPr>
        <w:t>[RUT/Pasaporte]</w:t>
      </w:r>
      <w:r>
        <w:br/>
      </w:r>
      <w:r w:rsidRPr="0F40D0D6">
        <w:rPr>
          <w:rFonts w:asciiTheme="majorHAnsi" w:hAnsiTheme="majorHAnsi" w:cstheme="majorBidi"/>
          <w:lang w:val="es-CL"/>
        </w:rPr>
        <w:t>[Institución]</w:t>
      </w:r>
      <w:r>
        <w:br/>
      </w:r>
      <w:r w:rsidRPr="0F40D0D6">
        <w:rPr>
          <w:rFonts w:asciiTheme="majorHAnsi" w:hAnsiTheme="majorHAnsi" w:cstheme="majorBidi"/>
          <w:lang w:val="es-CL"/>
        </w:rPr>
        <w:t>[Email] – [Teléfono]</w:t>
      </w:r>
    </w:p>
    <w:p w14:paraId="4FCE7B1B" w14:textId="77777777" w:rsidR="004C5FD6" w:rsidRPr="004C5FD6" w:rsidRDefault="00000000" w:rsidP="004C5FD6">
      <w:pPr>
        <w:rPr>
          <w:rFonts w:asciiTheme="majorHAnsi" w:hAnsiTheme="majorHAnsi" w:cstheme="majorHAnsi"/>
          <w:b/>
          <w:lang w:val="es-CL"/>
        </w:rPr>
      </w:pPr>
      <w:r>
        <w:rPr>
          <w:rFonts w:asciiTheme="majorHAnsi" w:hAnsiTheme="majorHAnsi" w:cstheme="majorHAnsi"/>
          <w:b/>
          <w:lang w:val="es-CL"/>
        </w:rPr>
        <w:pict w14:anchorId="2DD86D3C">
          <v:rect id="_x0000_i1025" style="width:0;height:1.5pt" o:hralign="center" o:hrstd="t" o:hr="t" fillcolor="#a0a0a0" stroked="f"/>
        </w:pict>
      </w:r>
    </w:p>
    <w:p w14:paraId="01BF00BD" w14:textId="77777777" w:rsidR="00375C4D" w:rsidRDefault="00375C4D">
      <w:pPr>
        <w:rPr>
          <w:rFonts w:asciiTheme="majorHAnsi" w:hAnsiTheme="majorHAnsi" w:cstheme="majorHAnsi"/>
          <w:b/>
          <w:bCs/>
          <w:lang w:val="es-CL"/>
        </w:rPr>
      </w:pPr>
      <w:r>
        <w:rPr>
          <w:rFonts w:asciiTheme="majorHAnsi" w:hAnsiTheme="majorHAnsi" w:cstheme="majorHAnsi"/>
          <w:b/>
          <w:bCs/>
          <w:lang w:val="es-CL"/>
        </w:rPr>
        <w:br w:type="page"/>
      </w:r>
    </w:p>
    <w:p w14:paraId="3F55A342" w14:textId="17B2C9B3" w:rsidR="004C5FD6" w:rsidRPr="004C5FD6" w:rsidRDefault="004C5FD6" w:rsidP="00375C4D">
      <w:pPr>
        <w:jc w:val="center"/>
        <w:rPr>
          <w:rFonts w:asciiTheme="majorHAnsi" w:hAnsiTheme="majorHAnsi" w:cstheme="majorHAnsi"/>
          <w:b/>
          <w:bCs/>
          <w:lang w:val="es-CL"/>
        </w:rPr>
      </w:pP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lastRenderedPageBreak/>
        <w:t>PARTE B —</w:t>
      </w:r>
      <w:r w:rsidRPr="004C5FD6">
        <w:rPr>
          <w:rFonts w:asciiTheme="majorHAnsi" w:hAnsiTheme="majorHAnsi" w:cstheme="majorHAnsi"/>
          <w:b/>
          <w:bCs/>
          <w:lang w:val="es-CL"/>
        </w:rPr>
        <w:t xml:space="preserve"> AUTORIZACIÓN INSTITUCIONAL </w:t>
      </w: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 xml:space="preserve">(a ser completada por </w:t>
      </w:r>
      <w:r w:rsidR="0090729F">
        <w:rPr>
          <w:rFonts w:asciiTheme="majorHAnsi" w:hAnsiTheme="majorHAnsi" w:cstheme="majorHAnsi"/>
          <w:b/>
          <w:bCs/>
          <w:highlight w:val="yellow"/>
          <w:lang w:val="es-CL"/>
        </w:rPr>
        <w:t xml:space="preserve">el </w:t>
      </w:r>
      <w:proofErr w:type="gramStart"/>
      <w:r w:rsidR="0090729F">
        <w:rPr>
          <w:rFonts w:asciiTheme="majorHAnsi" w:hAnsiTheme="majorHAnsi" w:cstheme="majorHAnsi"/>
          <w:b/>
          <w:bCs/>
          <w:highlight w:val="yellow"/>
          <w:lang w:val="es-CL"/>
        </w:rPr>
        <w:t>Director</w:t>
      </w:r>
      <w:proofErr w:type="gramEnd"/>
      <w:r w:rsidR="0090729F">
        <w:rPr>
          <w:rFonts w:asciiTheme="majorHAnsi" w:hAnsiTheme="majorHAnsi" w:cstheme="majorHAnsi"/>
          <w:b/>
          <w:bCs/>
          <w:highlight w:val="yellow"/>
          <w:lang w:val="es-CL"/>
        </w:rPr>
        <w:t>/a, en primera persona</w:t>
      </w: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)</w:t>
      </w:r>
    </w:p>
    <w:p w14:paraId="5364FCC2" w14:textId="77777777" w:rsidR="004C5FD6" w:rsidRPr="004C5FD6" w:rsidRDefault="004C5FD6" w:rsidP="00375C4D">
      <w:pPr>
        <w:jc w:val="right"/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[Ciudad], [día] de [mes] de [año]</w:t>
      </w:r>
    </w:p>
    <w:p w14:paraId="644179E3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lang w:val="es-CL"/>
        </w:rPr>
        <w:t xml:space="preserve">Sr./Sra. </w:t>
      </w:r>
      <w:r w:rsidRPr="004C5FD6">
        <w:rPr>
          <w:rFonts w:asciiTheme="majorHAnsi" w:hAnsiTheme="majorHAnsi" w:cstheme="majorHAnsi"/>
          <w:b/>
          <w:bCs/>
          <w:lang w:val="es-CL"/>
        </w:rPr>
        <w:t>[Nombre IR]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bCs/>
          <w:lang w:val="es-CL"/>
        </w:rPr>
        <w:t>[Institución del equipo investigador]</w:t>
      </w:r>
      <w:r w:rsidRPr="004C5FD6">
        <w:rPr>
          <w:rFonts w:asciiTheme="majorHAnsi" w:hAnsiTheme="majorHAnsi" w:cstheme="majorHAnsi"/>
          <w:b/>
          <w:lang w:val="es-CL"/>
        </w:rPr>
        <w:br/>
        <w:t>Presente</w:t>
      </w:r>
    </w:p>
    <w:p w14:paraId="3EEDEA62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De mi consideración:</w:t>
      </w:r>
    </w:p>
    <w:p w14:paraId="57CC02AF" w14:textId="77777777" w:rsidR="0090729F" w:rsidRDefault="0090729F" w:rsidP="004C5FD6">
      <w:pPr>
        <w:rPr>
          <w:rFonts w:asciiTheme="majorHAnsi" w:hAnsiTheme="majorHAnsi" w:cstheme="majorHAnsi"/>
          <w:bCs/>
          <w:lang w:val="es-CL"/>
        </w:rPr>
      </w:pPr>
      <w:r w:rsidRPr="0090729F">
        <w:rPr>
          <w:rFonts w:asciiTheme="majorHAnsi" w:hAnsiTheme="majorHAnsi" w:cstheme="majorHAnsi"/>
          <w:bCs/>
          <w:lang w:val="es-CL"/>
        </w:rPr>
        <w:t xml:space="preserve">Por medio de la presente, declaro haber sido informado/a del estudio descrito a continuación y autorizo su realización en [Nombre institución/establecimiento], en los términos indicados y conforme a la aprobación ética que corresponda. </w:t>
      </w:r>
    </w:p>
    <w:p w14:paraId="2D797171" w14:textId="196521BD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1. Identificación del estudio</w:t>
      </w:r>
    </w:p>
    <w:p w14:paraId="2701CA94" w14:textId="77777777" w:rsidR="004C5FD6" w:rsidRPr="00375C4D" w:rsidRDefault="004C5FD6" w:rsidP="004C5FD6">
      <w:pPr>
        <w:numPr>
          <w:ilvl w:val="0"/>
          <w:numId w:val="13"/>
        </w:numPr>
        <w:rPr>
          <w:rFonts w:asciiTheme="majorHAnsi" w:hAnsiTheme="majorHAnsi" w:cstheme="majorHAnsi"/>
          <w:lang w:val="es-CL"/>
        </w:rPr>
      </w:pPr>
      <w:r w:rsidRPr="00375C4D">
        <w:rPr>
          <w:rFonts w:asciiTheme="majorHAnsi" w:hAnsiTheme="majorHAnsi" w:cstheme="majorHAnsi"/>
          <w:lang w:val="es-CL"/>
        </w:rPr>
        <w:t xml:space="preserve">Título del estudio: [Título] </w:t>
      </w:r>
    </w:p>
    <w:p w14:paraId="0AC55108" w14:textId="77777777" w:rsidR="004C5FD6" w:rsidRPr="00375C4D" w:rsidRDefault="004C5FD6" w:rsidP="004C5FD6">
      <w:pPr>
        <w:numPr>
          <w:ilvl w:val="0"/>
          <w:numId w:val="13"/>
        </w:numPr>
        <w:rPr>
          <w:rFonts w:asciiTheme="majorHAnsi" w:hAnsiTheme="majorHAnsi" w:cstheme="majorHAnsi"/>
          <w:lang w:val="es-CL"/>
        </w:rPr>
      </w:pPr>
      <w:r w:rsidRPr="00375C4D">
        <w:rPr>
          <w:rFonts w:asciiTheme="majorHAnsi" w:hAnsiTheme="majorHAnsi" w:cstheme="majorHAnsi"/>
          <w:lang w:val="es-CL"/>
        </w:rPr>
        <w:t xml:space="preserve">Investigador/a </w:t>
      </w:r>
      <w:proofErr w:type="gramStart"/>
      <w:r w:rsidRPr="00375C4D">
        <w:rPr>
          <w:rFonts w:asciiTheme="majorHAnsi" w:hAnsiTheme="majorHAnsi" w:cstheme="majorHAnsi"/>
          <w:lang w:val="es-CL"/>
        </w:rPr>
        <w:t>Responsable</w:t>
      </w:r>
      <w:proofErr w:type="gramEnd"/>
      <w:r w:rsidRPr="00375C4D">
        <w:rPr>
          <w:rFonts w:asciiTheme="majorHAnsi" w:hAnsiTheme="majorHAnsi" w:cstheme="majorHAnsi"/>
          <w:lang w:val="es-CL"/>
        </w:rPr>
        <w:t xml:space="preserve">: [Nombre] </w:t>
      </w:r>
    </w:p>
    <w:p w14:paraId="4EC25B66" w14:textId="77777777" w:rsidR="004C5FD6" w:rsidRPr="00375C4D" w:rsidRDefault="004C5FD6" w:rsidP="0F40D0D6">
      <w:pPr>
        <w:numPr>
          <w:ilvl w:val="0"/>
          <w:numId w:val="13"/>
        </w:numPr>
        <w:rPr>
          <w:rFonts w:asciiTheme="majorHAnsi" w:hAnsiTheme="majorHAnsi" w:cstheme="majorBidi"/>
        </w:rPr>
      </w:pPr>
      <w:r w:rsidRPr="0F40D0D6">
        <w:rPr>
          <w:rFonts w:asciiTheme="majorHAnsi" w:hAnsiTheme="majorHAnsi" w:cstheme="majorBidi"/>
        </w:rPr>
        <w:t xml:space="preserve">Institución de afiliación del equipo investigador: </w:t>
      </w:r>
      <w:proofErr w:type="gramStart"/>
      <w:r w:rsidRPr="0F40D0D6">
        <w:rPr>
          <w:rFonts w:asciiTheme="majorHAnsi" w:hAnsiTheme="majorHAnsi" w:cstheme="majorBidi"/>
        </w:rPr>
        <w:t>[ ]</w:t>
      </w:r>
      <w:proofErr w:type="gramEnd"/>
      <w:r w:rsidRPr="0F40D0D6">
        <w:rPr>
          <w:rFonts w:asciiTheme="majorHAnsi" w:hAnsiTheme="majorHAnsi" w:cstheme="majorBidi"/>
        </w:rPr>
        <w:t xml:space="preserve"> </w:t>
      </w:r>
    </w:p>
    <w:p w14:paraId="11393A70" w14:textId="77777777" w:rsidR="004C5FD6" w:rsidRPr="00375C4D" w:rsidRDefault="004C5FD6" w:rsidP="0F40D0D6">
      <w:pPr>
        <w:numPr>
          <w:ilvl w:val="0"/>
          <w:numId w:val="13"/>
        </w:numPr>
        <w:rPr>
          <w:rFonts w:asciiTheme="majorHAnsi" w:hAnsiTheme="majorHAnsi" w:cstheme="majorBidi"/>
        </w:rPr>
      </w:pPr>
      <w:r w:rsidRPr="0F40D0D6">
        <w:rPr>
          <w:rFonts w:asciiTheme="majorHAnsi" w:hAnsiTheme="majorHAnsi" w:cstheme="majorBidi"/>
        </w:rPr>
        <w:t xml:space="preserve">Financiamiento/Patrocinante (si aplica): </w:t>
      </w:r>
      <w:proofErr w:type="gramStart"/>
      <w:r w:rsidRPr="0F40D0D6">
        <w:rPr>
          <w:rFonts w:asciiTheme="majorHAnsi" w:hAnsiTheme="majorHAnsi" w:cstheme="majorBidi"/>
        </w:rPr>
        <w:t>[ ]</w:t>
      </w:r>
      <w:proofErr w:type="gramEnd"/>
      <w:r w:rsidRPr="0F40D0D6">
        <w:rPr>
          <w:rFonts w:asciiTheme="majorHAnsi" w:hAnsiTheme="majorHAnsi" w:cstheme="majorBidi"/>
        </w:rPr>
        <w:t xml:space="preserve"> </w:t>
      </w:r>
    </w:p>
    <w:p w14:paraId="5B83A11E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2. Descripción breve del estudio y actividades en UDD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375C4D">
        <w:rPr>
          <w:rFonts w:asciiTheme="majorHAnsi" w:hAnsiTheme="majorHAnsi" w:cstheme="majorHAnsi"/>
          <w:bCs/>
          <w:lang w:val="es-CL"/>
        </w:rPr>
        <w:t>[Descripción breve.]</w:t>
      </w:r>
    </w:p>
    <w:p w14:paraId="63C8F235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3. Alcance de la autorización (marcar lo que corresponda)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Facilitar difusión para reclutamiento (difusión de invitación)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Permitir aplicación de encuestas/entrevistas/grupos focales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Permitir observaciones en dependencias (detalle):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Facilitar acceso a espacios físicos (detalle):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Autorizar coordinación con unidades/jefaturas (detalle):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Otros (especificar):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</w:p>
    <w:p w14:paraId="67338633" w14:textId="77777777" w:rsidR="0090729F" w:rsidRPr="0090729F" w:rsidRDefault="0090729F" w:rsidP="0090729F">
      <w:pPr>
        <w:rPr>
          <w:rFonts w:asciiTheme="majorHAnsi" w:hAnsiTheme="majorHAnsi" w:cstheme="majorHAnsi"/>
          <w:b/>
          <w:bCs/>
          <w:lang w:val="es-CL"/>
        </w:rPr>
      </w:pPr>
      <w:r w:rsidRPr="0090729F">
        <w:rPr>
          <w:rFonts w:asciiTheme="majorHAnsi" w:hAnsiTheme="majorHAnsi" w:cstheme="majorHAnsi"/>
          <w:b/>
          <w:bCs/>
          <w:lang w:val="es-CL"/>
        </w:rPr>
        <w:t>4. Declaración de voluntariedad y resguardo de datos</w:t>
      </w:r>
    </w:p>
    <w:p w14:paraId="2F00D431" w14:textId="3EB032E3" w:rsidR="004C5FD6" w:rsidRPr="0090729F" w:rsidRDefault="0090729F" w:rsidP="0090729F">
      <w:pPr>
        <w:rPr>
          <w:rFonts w:asciiTheme="majorHAnsi" w:hAnsiTheme="majorHAnsi" w:cstheme="majorHAnsi"/>
          <w:lang w:val="es-CL"/>
        </w:rPr>
      </w:pPr>
      <w:r w:rsidRPr="0090729F">
        <w:rPr>
          <w:rFonts w:asciiTheme="majorHAnsi" w:hAnsiTheme="majorHAnsi" w:cstheme="majorHAnsi"/>
          <w:lang w:val="es-CL"/>
        </w:rPr>
        <w:t xml:space="preserve">Declaro que se me informó que la participación de personas de esta institución será voluntaria y requerirá consentimiento informado cuando corresponda, y que el equipo investigador resguardará confidencialidad y protección de datos. La institución podrá contactar al/a la Investigador/a </w:t>
      </w:r>
      <w:proofErr w:type="gramStart"/>
      <w:r w:rsidRPr="0090729F">
        <w:rPr>
          <w:rFonts w:asciiTheme="majorHAnsi" w:hAnsiTheme="majorHAnsi" w:cstheme="majorHAnsi"/>
          <w:lang w:val="es-CL"/>
        </w:rPr>
        <w:t>Responsable</w:t>
      </w:r>
      <w:proofErr w:type="gramEnd"/>
      <w:r w:rsidRPr="0090729F">
        <w:rPr>
          <w:rFonts w:asciiTheme="majorHAnsi" w:hAnsiTheme="majorHAnsi" w:cstheme="majorHAnsi"/>
          <w:lang w:val="es-CL"/>
        </w:rPr>
        <w:t xml:space="preserve"> para consultas: [contacto].</w:t>
      </w:r>
    </w:p>
    <w:p w14:paraId="1D455555" w14:textId="77777777" w:rsidR="00375C4D" w:rsidRDefault="00375C4D" w:rsidP="004C5FD6">
      <w:pPr>
        <w:rPr>
          <w:rFonts w:asciiTheme="majorHAnsi" w:hAnsiTheme="majorHAnsi" w:cstheme="majorHAnsi"/>
          <w:b/>
          <w:lang w:val="es-CL"/>
        </w:rPr>
      </w:pPr>
    </w:p>
    <w:p w14:paraId="53E056EC" w14:textId="77777777" w:rsidR="00375C4D" w:rsidRPr="00375C4D" w:rsidRDefault="00375C4D" w:rsidP="004C5FD6">
      <w:pPr>
        <w:rPr>
          <w:rFonts w:asciiTheme="majorHAnsi" w:hAnsiTheme="majorHAnsi" w:cstheme="majorHAnsi"/>
          <w:bCs/>
          <w:lang w:val="es-CL"/>
        </w:rPr>
      </w:pPr>
    </w:p>
    <w:p w14:paraId="1C231D58" w14:textId="07E76A29" w:rsidR="004C5FD6" w:rsidRPr="00375C4D" w:rsidRDefault="004C5FD6" w:rsidP="004C5FD6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>Atentamente,</w:t>
      </w:r>
    </w:p>
    <w:p w14:paraId="0A298938" w14:textId="374B4119" w:rsidR="004C5FD6" w:rsidRPr="00375C4D" w:rsidRDefault="004C5FD6" w:rsidP="0F40D0D6">
      <w:pPr>
        <w:jc w:val="center"/>
        <w:rPr>
          <w:rFonts w:asciiTheme="majorHAnsi" w:hAnsiTheme="majorHAnsi" w:cstheme="majorBidi"/>
          <w:lang w:val="es-CL"/>
        </w:rPr>
      </w:pPr>
      <w:r w:rsidRPr="0F40D0D6">
        <w:rPr>
          <w:rFonts w:asciiTheme="majorHAnsi" w:hAnsiTheme="majorHAnsi" w:cstheme="majorBidi"/>
          <w:lang w:val="es-CL"/>
        </w:rPr>
        <w:t>________________________________________</w:t>
      </w:r>
      <w:r>
        <w:br/>
      </w:r>
      <w:r w:rsidRPr="0F40D0D6">
        <w:rPr>
          <w:rFonts w:asciiTheme="majorHAnsi" w:hAnsiTheme="majorHAnsi" w:cstheme="majorBidi"/>
          <w:lang w:val="es-CL"/>
        </w:rPr>
        <w:t>[Nombre autoridad]</w:t>
      </w:r>
      <w:r>
        <w:br/>
      </w:r>
      <w:r w:rsidRPr="0F40D0D6">
        <w:rPr>
          <w:rFonts w:asciiTheme="majorHAnsi" w:hAnsiTheme="majorHAnsi" w:cstheme="majorBidi"/>
          <w:lang w:val="es-CL"/>
        </w:rPr>
        <w:t>[Cargo] –</w:t>
      </w:r>
      <w:r w:rsidR="70086892" w:rsidRPr="0F40D0D6">
        <w:rPr>
          <w:rFonts w:asciiTheme="majorHAnsi" w:hAnsiTheme="majorHAnsi" w:cstheme="majorBidi"/>
          <w:lang w:val="es-CL"/>
        </w:rPr>
        <w:t xml:space="preserve"> Institución</w:t>
      </w:r>
      <w:r>
        <w:br/>
      </w:r>
      <w:r w:rsidRPr="0F40D0D6">
        <w:rPr>
          <w:rFonts w:asciiTheme="majorHAnsi" w:hAnsiTheme="majorHAnsi" w:cstheme="majorBidi"/>
          <w:lang w:val="es-CL"/>
        </w:rPr>
        <w:t xml:space="preserve">RUT: </w:t>
      </w:r>
      <w:proofErr w:type="gramStart"/>
      <w:r w:rsidRPr="0F40D0D6">
        <w:rPr>
          <w:rFonts w:asciiTheme="majorHAnsi" w:hAnsiTheme="majorHAnsi" w:cstheme="majorBidi"/>
          <w:lang w:val="es-CL"/>
        </w:rPr>
        <w:t>[ ]</w:t>
      </w:r>
      <w:proofErr w:type="gramEnd"/>
      <w:r>
        <w:br/>
      </w:r>
      <w:r w:rsidRPr="0F40D0D6">
        <w:rPr>
          <w:rFonts w:asciiTheme="majorHAnsi" w:hAnsiTheme="majorHAnsi" w:cstheme="majorBidi"/>
          <w:lang w:val="es-CL"/>
        </w:rPr>
        <w:t>Firma y timbre institucional</w:t>
      </w:r>
    </w:p>
    <w:p w14:paraId="1484C0DC" w14:textId="70C76E1E" w:rsidR="00C84847" w:rsidRPr="00375C4D" w:rsidRDefault="00C84847" w:rsidP="00375C4D">
      <w:pPr>
        <w:jc w:val="center"/>
        <w:rPr>
          <w:rFonts w:asciiTheme="majorHAnsi" w:hAnsiTheme="majorHAnsi" w:cstheme="majorHAnsi"/>
          <w:bCs/>
        </w:rPr>
      </w:pPr>
    </w:p>
    <w:sectPr w:rsidR="00C84847" w:rsidRPr="00375C4D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FEE97" w14:textId="77777777" w:rsidR="0088585A" w:rsidRDefault="0088585A" w:rsidP="001D4241">
      <w:pPr>
        <w:spacing w:after="0" w:line="240" w:lineRule="auto"/>
      </w:pPr>
      <w:r>
        <w:separator/>
      </w:r>
    </w:p>
  </w:endnote>
  <w:endnote w:type="continuationSeparator" w:id="0">
    <w:p w14:paraId="2D9B8C67" w14:textId="77777777" w:rsidR="0088585A" w:rsidRDefault="0088585A" w:rsidP="001D4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D4102" w14:textId="77777777" w:rsidR="0088585A" w:rsidRDefault="0088585A" w:rsidP="001D4241">
      <w:pPr>
        <w:spacing w:after="0" w:line="240" w:lineRule="auto"/>
      </w:pPr>
      <w:r>
        <w:separator/>
      </w:r>
    </w:p>
  </w:footnote>
  <w:footnote w:type="continuationSeparator" w:id="0">
    <w:p w14:paraId="0839E919" w14:textId="77777777" w:rsidR="0088585A" w:rsidRDefault="0088585A" w:rsidP="001D4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FDF2" w14:textId="33D610AE" w:rsidR="001D4241" w:rsidRDefault="001D4241">
    <w:pPr>
      <w:pStyle w:val="Encabezado"/>
    </w:pPr>
    <w:r>
      <w:rPr>
        <w:noProof/>
      </w:rPr>
      <w:drawing>
        <wp:inline distT="0" distB="0" distL="0" distR="0" wp14:anchorId="364AB4E2" wp14:editId="6B0A1B7D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4CDED79" w14:textId="77777777" w:rsidR="001D4241" w:rsidRDefault="001D4241">
    <w:pPr>
      <w:pStyle w:val="Encabezado"/>
    </w:pPr>
  </w:p>
  <w:p w14:paraId="1ECC3CE4" w14:textId="77777777" w:rsidR="00214CE3" w:rsidRDefault="00214CE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232EC9"/>
    <w:multiLevelType w:val="multilevel"/>
    <w:tmpl w:val="330CD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5F0D64"/>
    <w:multiLevelType w:val="multilevel"/>
    <w:tmpl w:val="B1CE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0900A4"/>
    <w:multiLevelType w:val="multilevel"/>
    <w:tmpl w:val="8850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5B707A"/>
    <w:multiLevelType w:val="multilevel"/>
    <w:tmpl w:val="8DEE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0563567">
    <w:abstractNumId w:val="8"/>
  </w:num>
  <w:num w:numId="2" w16cid:durableId="474108242">
    <w:abstractNumId w:val="6"/>
  </w:num>
  <w:num w:numId="3" w16cid:durableId="1858079535">
    <w:abstractNumId w:val="5"/>
  </w:num>
  <w:num w:numId="4" w16cid:durableId="77136041">
    <w:abstractNumId w:val="4"/>
  </w:num>
  <w:num w:numId="5" w16cid:durableId="1287152997">
    <w:abstractNumId w:val="7"/>
  </w:num>
  <w:num w:numId="6" w16cid:durableId="1515458489">
    <w:abstractNumId w:val="3"/>
  </w:num>
  <w:num w:numId="7" w16cid:durableId="780035811">
    <w:abstractNumId w:val="2"/>
  </w:num>
  <w:num w:numId="8" w16cid:durableId="1165045926">
    <w:abstractNumId w:val="1"/>
  </w:num>
  <w:num w:numId="9" w16cid:durableId="1598293491">
    <w:abstractNumId w:val="0"/>
  </w:num>
  <w:num w:numId="10" w16cid:durableId="1286540428">
    <w:abstractNumId w:val="12"/>
  </w:num>
  <w:num w:numId="11" w16cid:durableId="1007750552">
    <w:abstractNumId w:val="9"/>
  </w:num>
  <w:num w:numId="12" w16cid:durableId="1830977118">
    <w:abstractNumId w:val="11"/>
  </w:num>
  <w:num w:numId="13" w16cid:durableId="19493878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4241"/>
    <w:rsid w:val="00214CE3"/>
    <w:rsid w:val="0029639D"/>
    <w:rsid w:val="0029727F"/>
    <w:rsid w:val="00326F90"/>
    <w:rsid w:val="00375C4D"/>
    <w:rsid w:val="00381692"/>
    <w:rsid w:val="004C5FD6"/>
    <w:rsid w:val="004C626A"/>
    <w:rsid w:val="004C6C0D"/>
    <w:rsid w:val="00617F52"/>
    <w:rsid w:val="0088585A"/>
    <w:rsid w:val="0090729F"/>
    <w:rsid w:val="00921119"/>
    <w:rsid w:val="00AA1D8D"/>
    <w:rsid w:val="00B47730"/>
    <w:rsid w:val="00BF4586"/>
    <w:rsid w:val="00C84847"/>
    <w:rsid w:val="00CB0664"/>
    <w:rsid w:val="00DC1E92"/>
    <w:rsid w:val="00E02588"/>
    <w:rsid w:val="00EA71B7"/>
    <w:rsid w:val="00EF4300"/>
    <w:rsid w:val="00FA383C"/>
    <w:rsid w:val="00FC693F"/>
    <w:rsid w:val="0F40D0D6"/>
    <w:rsid w:val="4631F3DD"/>
    <w:rsid w:val="62EC090E"/>
    <w:rsid w:val="6DDA114E"/>
    <w:rsid w:val="7008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0CBEE"/>
  <w14:defaultImageDpi w14:val="300"/>
  <w15:docId w15:val="{3175A257-7BFA-4328-8B2A-11038F5E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3367</Characters>
  <Application>Microsoft Office Word</Application>
  <DocSecurity>0</DocSecurity>
  <Lines>28</Lines>
  <Paragraphs>7</Paragraphs>
  <ScaleCrop>false</ScaleCrop>
  <Manager/>
  <Company/>
  <LinksUpToDate>false</LinksUpToDate>
  <CharactersWithSpaces>3972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</dc:creator>
  <cp:keywords/>
  <dc:description>generated by python-docx</dc:description>
  <cp:lastModifiedBy>Erick Sebhastians Atenas</cp:lastModifiedBy>
  <cp:revision>5</cp:revision>
  <dcterms:created xsi:type="dcterms:W3CDTF">2026-05-28T22:58:00Z</dcterms:created>
  <dcterms:modified xsi:type="dcterms:W3CDTF">2026-10-22T19:29:00Z</dcterms:modified>
  <cp:category/>
</cp:coreProperties>
</file>