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A7E43" w14:textId="77777777" w:rsidR="00F42DCF" w:rsidRPr="003B2C91" w:rsidRDefault="00000000" w:rsidP="008C19C3">
      <w:pPr>
        <w:jc w:val="center"/>
      </w:pPr>
      <w:r w:rsidRPr="003B2C91">
        <w:rPr>
          <w:b/>
          <w:sz w:val="28"/>
        </w:rPr>
        <w:t>Orientación para elaborar una Carta de Autorización de Uso de Datos y Materiales</w:t>
      </w:r>
    </w:p>
    <w:p w14:paraId="7CAAD004" w14:textId="77777777" w:rsidR="00F42DCF" w:rsidRPr="003B2C91" w:rsidRDefault="00000000" w:rsidP="008C19C3">
      <w:pPr>
        <w:jc w:val="both"/>
      </w:pPr>
      <w:r w:rsidRPr="003B2C91">
        <w:rPr>
          <w:i/>
          <w:sz w:val="24"/>
        </w:rPr>
        <w:t>Guía práctica para proyectos evaluados por el CEII-UDD</w:t>
      </w:r>
    </w:p>
    <w:p w14:paraId="3FFB1713" w14:textId="77777777" w:rsidR="00F42DCF" w:rsidRPr="003B2C91" w:rsidRDefault="00F42DCF" w:rsidP="008C19C3">
      <w:pPr>
        <w:jc w:val="both"/>
      </w:pPr>
    </w:p>
    <w:p w14:paraId="1EB103DA" w14:textId="77777777" w:rsidR="00F42DCF" w:rsidRPr="003B2C91" w:rsidRDefault="00000000" w:rsidP="008C19C3">
      <w:pPr>
        <w:jc w:val="both"/>
      </w:pPr>
      <w:r w:rsidRPr="003B2C91">
        <w:rPr>
          <w:b/>
        </w:rPr>
        <w:t>1. Propósito de la carta</w:t>
      </w:r>
    </w:p>
    <w:p w14:paraId="07ED94C5" w14:textId="77777777" w:rsidR="00F42DCF" w:rsidRPr="003B2C91" w:rsidRDefault="00000000" w:rsidP="008C19C3">
      <w:pPr>
        <w:jc w:val="both"/>
      </w:pPr>
      <w:r w:rsidRPr="003B2C91">
        <w:t xml:space="preserve">La carta de autorización de uso de datos/materiales es un documento escrito y firmado por el/la titular legítimo/a (o su representante) que habilita al equipo investigador a acceder, usar, tratar y/o difundir ciertos datos o materiales en el marco de un proyecto específico. Su función es acreditar el origen lícito del acceso y delimitar con precisión qué se autoriza y </w:t>
      </w:r>
      <w:proofErr w:type="gramStart"/>
      <w:r w:rsidRPr="003B2C91">
        <w:t>bajo qué condiciones</w:t>
      </w:r>
      <w:proofErr w:type="gramEnd"/>
      <w:r w:rsidRPr="003B2C91">
        <w:t>.</w:t>
      </w:r>
    </w:p>
    <w:p w14:paraId="4071037C" w14:textId="77777777" w:rsidR="00F42DCF" w:rsidRPr="003B2C91" w:rsidRDefault="00F42DCF" w:rsidP="008C19C3">
      <w:pPr>
        <w:jc w:val="both"/>
      </w:pPr>
    </w:p>
    <w:p w14:paraId="4A9F958C" w14:textId="77777777" w:rsidR="00F42DCF" w:rsidRPr="003B2C91" w:rsidRDefault="00000000" w:rsidP="008C19C3">
      <w:pPr>
        <w:jc w:val="both"/>
      </w:pPr>
      <w:r w:rsidRPr="003B2C91">
        <w:rPr>
          <w:b/>
        </w:rPr>
        <w:t>2. ¿Cuándo se requiere?</w:t>
      </w:r>
    </w:p>
    <w:p w14:paraId="6738EC1B" w14:textId="77777777" w:rsidR="00F42DCF" w:rsidRPr="003B2C91" w:rsidRDefault="00000000" w:rsidP="008C19C3">
      <w:pPr>
        <w:jc w:val="both"/>
      </w:pPr>
      <w:r w:rsidRPr="003B2C91">
        <w:t>Considere presentar una carta de autorización cuando corresponda, por ejemplo, a:</w:t>
      </w:r>
    </w:p>
    <w:p w14:paraId="0DC6B642" w14:textId="77777777" w:rsidR="00F42DCF" w:rsidRPr="003B2C91" w:rsidRDefault="00000000" w:rsidP="008C19C3">
      <w:pPr>
        <w:pStyle w:val="Listaconvietas"/>
        <w:jc w:val="both"/>
      </w:pPr>
      <w:r w:rsidRPr="003B2C91">
        <w:t>Datos de acceso restringido o no públicos (institucionales, de plataformas, archivos privados, colecciones familiares, etc.).</w:t>
      </w:r>
    </w:p>
    <w:p w14:paraId="1B4AAB6A" w14:textId="77777777" w:rsidR="00F42DCF" w:rsidRPr="003B2C91" w:rsidRDefault="00000000" w:rsidP="008C19C3">
      <w:pPr>
        <w:pStyle w:val="Listaconvietas"/>
        <w:jc w:val="both"/>
      </w:pPr>
      <w:r w:rsidRPr="003B2C91">
        <w:t>Materiales protegidos por derechos de autor (obras, registros audiovisuales, fotografías, partituras, software, códigos, grabaciones, etc.).</w:t>
      </w:r>
    </w:p>
    <w:p w14:paraId="1A9EC625" w14:textId="77777777" w:rsidR="00F42DCF" w:rsidRPr="003B2C91" w:rsidRDefault="00000000" w:rsidP="008C19C3">
      <w:pPr>
        <w:pStyle w:val="Listaconvietas"/>
        <w:jc w:val="both"/>
      </w:pPr>
      <w:r w:rsidRPr="003B2C91">
        <w:t>Datos personales o sensibles que no provienen de fuentes accesibles al público y respecto de los cuales el equipo requiere respaldo de acceso/uso.</w:t>
      </w:r>
    </w:p>
    <w:p w14:paraId="58243B9A" w14:textId="77777777" w:rsidR="00F42DCF" w:rsidRPr="003B2C91" w:rsidRDefault="00F42DCF" w:rsidP="008C19C3">
      <w:pPr>
        <w:jc w:val="both"/>
      </w:pPr>
    </w:p>
    <w:p w14:paraId="010F6BB3" w14:textId="77777777" w:rsidR="00F42DCF" w:rsidRPr="003B2C91" w:rsidRDefault="00000000" w:rsidP="008C19C3">
      <w:pPr>
        <w:jc w:val="both"/>
      </w:pPr>
      <w:r w:rsidRPr="003B2C91">
        <w:t>Nota: Si la autorización proviene de una institución (p. ej., universidad, servicio público, empresa, ONG), se recomienda que sea emitida por la autoridad competente o por quien tenga formalmente la custodia/administración de los datos o materiales.</w:t>
      </w:r>
    </w:p>
    <w:p w14:paraId="47A362F5" w14:textId="77777777" w:rsidR="00F42DCF" w:rsidRPr="003B2C91" w:rsidRDefault="00F42DCF" w:rsidP="008C19C3">
      <w:pPr>
        <w:jc w:val="both"/>
      </w:pPr>
    </w:p>
    <w:p w14:paraId="62181BEE" w14:textId="77777777" w:rsidR="00F42DCF" w:rsidRPr="003B2C91" w:rsidRDefault="00000000" w:rsidP="008C19C3">
      <w:pPr>
        <w:jc w:val="both"/>
      </w:pPr>
      <w:r w:rsidRPr="003B2C91">
        <w:rPr>
          <w:b/>
        </w:rPr>
        <w:t>3. Principios a resguardar</w:t>
      </w:r>
    </w:p>
    <w:p w14:paraId="51F47757" w14:textId="77777777" w:rsidR="00F42DCF" w:rsidRPr="003B2C91" w:rsidRDefault="00000000" w:rsidP="008C19C3">
      <w:pPr>
        <w:jc w:val="both"/>
      </w:pPr>
      <w:r w:rsidRPr="003B2C91">
        <w:t>En términos generales, toda autorización debe resguardar al menos:</w:t>
      </w:r>
    </w:p>
    <w:p w14:paraId="2A932471" w14:textId="77777777" w:rsidR="00F42DCF" w:rsidRPr="003B2C91" w:rsidRDefault="00000000" w:rsidP="008C19C3">
      <w:pPr>
        <w:pStyle w:val="Listaconvietas"/>
        <w:jc w:val="both"/>
      </w:pPr>
      <w:r w:rsidRPr="003B2C91">
        <w:t>Finalidad: el uso debe limitarse al propósito declarado y permitido en el proyecto.</w:t>
      </w:r>
    </w:p>
    <w:p w14:paraId="69E9C2BD" w14:textId="77777777" w:rsidR="00F42DCF" w:rsidRPr="003B2C91" w:rsidRDefault="00000000" w:rsidP="008C19C3">
      <w:pPr>
        <w:pStyle w:val="Listaconvietas"/>
        <w:jc w:val="both"/>
      </w:pPr>
      <w:r w:rsidRPr="003B2C91">
        <w:t>Minimización: acceder solo a lo estrictamente necesario.</w:t>
      </w:r>
    </w:p>
    <w:p w14:paraId="47E0B5A2" w14:textId="77777777" w:rsidR="00F42DCF" w:rsidRPr="003B2C91" w:rsidRDefault="00000000" w:rsidP="008C19C3">
      <w:pPr>
        <w:pStyle w:val="Listaconvietas"/>
        <w:jc w:val="both"/>
      </w:pPr>
      <w:r w:rsidRPr="003B2C91">
        <w:t>Confidencialidad y seguridad: cadena de custodia, control de accesos, almacenamiento seguro, plazos y eliminación/archivo.</w:t>
      </w:r>
    </w:p>
    <w:p w14:paraId="12A4F40D" w14:textId="77777777" w:rsidR="00F42DCF" w:rsidRPr="003B2C91" w:rsidRDefault="00000000" w:rsidP="008C19C3">
      <w:pPr>
        <w:pStyle w:val="Listaconvietas"/>
        <w:jc w:val="both"/>
      </w:pPr>
      <w:r w:rsidRPr="003B2C91">
        <w:t>No exceder lo autorizado: cualquier uso no contemplado exige una nueva autorización.</w:t>
      </w:r>
    </w:p>
    <w:p w14:paraId="5D335549" w14:textId="77777777" w:rsidR="00F42DCF" w:rsidRPr="003B2C91" w:rsidRDefault="00000000" w:rsidP="008C19C3">
      <w:pPr>
        <w:pStyle w:val="Listaconvietas"/>
        <w:jc w:val="both"/>
      </w:pPr>
      <w:r w:rsidRPr="003B2C91">
        <w:lastRenderedPageBreak/>
        <w:t>Respeto de derechos de terceros: p. ej., derechos morales y patrimoniales del autor/a, y derechos de titulares de datos personales.</w:t>
      </w:r>
    </w:p>
    <w:p w14:paraId="155BC510" w14:textId="77777777" w:rsidR="00F42DCF" w:rsidRPr="003B2C91" w:rsidRDefault="00F42DCF" w:rsidP="008C19C3">
      <w:pPr>
        <w:jc w:val="both"/>
      </w:pPr>
    </w:p>
    <w:p w14:paraId="7CA3ADBB" w14:textId="77777777" w:rsidR="00F42DCF" w:rsidRPr="003B2C91" w:rsidRDefault="00000000" w:rsidP="008C19C3">
      <w:pPr>
        <w:jc w:val="both"/>
      </w:pPr>
      <w:r w:rsidRPr="003B2C91">
        <w:rPr>
          <w:b/>
        </w:rPr>
        <w:t>4. Contenido mínimo recomendado</w:t>
      </w:r>
    </w:p>
    <w:p w14:paraId="2E4CE49B" w14:textId="77777777" w:rsidR="00F42DCF" w:rsidRPr="003B2C91" w:rsidRDefault="00000000" w:rsidP="008C19C3">
      <w:pPr>
        <w:jc w:val="both"/>
      </w:pPr>
      <w:r w:rsidRPr="003B2C91">
        <w:t>Se recomienda que la carta contenga, como mínimo, los siguientes elementos (complete y adapte según su caso):</w:t>
      </w:r>
    </w:p>
    <w:p w14:paraId="56EAE9F2" w14:textId="77777777" w:rsidR="00F42DCF" w:rsidRPr="003B2C91" w:rsidRDefault="00000000" w:rsidP="008C19C3">
      <w:pPr>
        <w:pStyle w:val="Listaconvietas"/>
        <w:jc w:val="both"/>
      </w:pPr>
      <w:r w:rsidRPr="003B2C91">
        <w:t>Identificación del/</w:t>
      </w:r>
      <w:proofErr w:type="gramStart"/>
      <w:r w:rsidRPr="003B2C91">
        <w:t>los otorgante</w:t>
      </w:r>
      <w:proofErr w:type="gramEnd"/>
      <w:r w:rsidRPr="003B2C91">
        <w:t>(s): nombre completo, RUT/pasaporte, domicilio y calidad (titular, heredero/a, cesionario/a, representante legal, custodio/a institucional, etc.).</w:t>
      </w:r>
    </w:p>
    <w:p w14:paraId="0D1DC860" w14:textId="77777777" w:rsidR="00F42DCF" w:rsidRPr="003B2C91" w:rsidRDefault="00000000" w:rsidP="008C19C3">
      <w:pPr>
        <w:pStyle w:val="Listaconvietas"/>
        <w:jc w:val="both"/>
      </w:pPr>
      <w:r w:rsidRPr="003B2C91">
        <w:t>Declaración de titularidad o facultades: declaración expresa de que el/la otorgante es titular de los derechos pertinentes o está facultado para autorizar (si actúa por representación, indicar fundamento y adjuntar respaldo).</w:t>
      </w:r>
    </w:p>
    <w:p w14:paraId="4A9CCE16" w14:textId="77777777" w:rsidR="00F42DCF" w:rsidRPr="003B2C91" w:rsidRDefault="00000000" w:rsidP="008C19C3">
      <w:pPr>
        <w:pStyle w:val="Listaconvietas"/>
        <w:jc w:val="both"/>
      </w:pPr>
      <w:r w:rsidRPr="003B2C91">
        <w:t>Identificación del receptor: institución y/o investigador/a responsable, con datos de contacto.</w:t>
      </w:r>
    </w:p>
    <w:p w14:paraId="7C9AF935" w14:textId="77777777" w:rsidR="00F42DCF" w:rsidRPr="003B2C91" w:rsidRDefault="00000000" w:rsidP="008C19C3">
      <w:pPr>
        <w:pStyle w:val="Listaconvietas"/>
        <w:jc w:val="both"/>
      </w:pPr>
      <w:r w:rsidRPr="003B2C91">
        <w:t>Identificación precisa de los datos/materiales: descripción detallada de lo autorizado (nombres de archivos/obras, formato, rango temporal, ubicación/soporte, número de ítems, etc.).</w:t>
      </w:r>
    </w:p>
    <w:p w14:paraId="60575093" w14:textId="77777777" w:rsidR="00F42DCF" w:rsidRPr="003B2C91" w:rsidRDefault="00000000" w:rsidP="008C19C3">
      <w:pPr>
        <w:pStyle w:val="Listaconvietas"/>
        <w:jc w:val="both"/>
      </w:pPr>
      <w:r w:rsidRPr="003B2C91">
        <w:t>Tipo(s) de uso autorizado(s): acceso, visionado, copia, reproducción, digitalización, transcripción, análisis, adaptación, publicación, comunicación pública, uso de fragmentos, etc. (especificar).</w:t>
      </w:r>
    </w:p>
    <w:p w14:paraId="10BB0E04" w14:textId="77777777" w:rsidR="00F42DCF" w:rsidRPr="003B2C91" w:rsidRDefault="00000000" w:rsidP="008C19C3">
      <w:pPr>
        <w:pStyle w:val="Listaconvietas"/>
        <w:jc w:val="both"/>
      </w:pPr>
      <w:r w:rsidRPr="003B2C91">
        <w:t>Finalidad del uso: investigación en el marco del proyecto (indicar título y código/ID interno si existe) y difusión académica según corresponda.</w:t>
      </w:r>
    </w:p>
    <w:p w14:paraId="73157788" w14:textId="77777777" w:rsidR="00F42DCF" w:rsidRPr="003B2C91" w:rsidRDefault="00000000" w:rsidP="008C19C3">
      <w:pPr>
        <w:pStyle w:val="Listaconvietas"/>
        <w:jc w:val="both"/>
      </w:pPr>
      <w:r w:rsidRPr="003B2C91">
        <w:t>Ámbito temporal: vigencia (p. ej., por la duración del proyecto, con fechas).</w:t>
      </w:r>
    </w:p>
    <w:p w14:paraId="19979292" w14:textId="77777777" w:rsidR="00F42DCF" w:rsidRPr="003B2C91" w:rsidRDefault="00000000" w:rsidP="008C19C3">
      <w:pPr>
        <w:pStyle w:val="Listaconvietas"/>
        <w:jc w:val="both"/>
      </w:pPr>
      <w:r w:rsidRPr="003B2C91">
        <w:t>Ámbito territorial: Chile y/o difusión académica internacional, según corresponda.</w:t>
      </w:r>
    </w:p>
    <w:p w14:paraId="66DEAFBF" w14:textId="77777777" w:rsidR="00F42DCF" w:rsidRPr="003B2C91" w:rsidRDefault="00000000" w:rsidP="008C19C3">
      <w:pPr>
        <w:pStyle w:val="Listaconvietas"/>
        <w:jc w:val="both"/>
      </w:pPr>
      <w:r w:rsidRPr="003B2C91">
        <w:t>Condiciones y restricciones: p. ej., no comercial, sin sublicencia, acceso restringido, prohibición de difusión abierta, etc.</w:t>
      </w:r>
    </w:p>
    <w:p w14:paraId="080921E2" w14:textId="77777777" w:rsidR="00F42DCF" w:rsidRPr="003B2C91" w:rsidRDefault="00000000" w:rsidP="008C19C3">
      <w:pPr>
        <w:pStyle w:val="Listaconvietas"/>
        <w:jc w:val="both"/>
      </w:pPr>
      <w:r w:rsidRPr="003B2C91">
        <w:t>Cláusula de resguardo de derechos: respeto a derechos de autor y/o deberes de confidencialidad y protección de datos.</w:t>
      </w:r>
    </w:p>
    <w:p w14:paraId="6165995E" w14:textId="77777777" w:rsidR="00F42DCF" w:rsidRPr="003B2C91" w:rsidRDefault="00000000" w:rsidP="008C19C3">
      <w:pPr>
        <w:pStyle w:val="Listaconvietas"/>
        <w:jc w:val="both"/>
      </w:pPr>
      <w:r w:rsidRPr="003B2C91">
        <w:t>Medidas de seguridad y cadena de custodia (cuando aplica): quién custodia, quién accede, cómo se almacena, por cuánto tiempo y qué ocurrirá al término (eliminación, archivo, devolución).</w:t>
      </w:r>
    </w:p>
    <w:p w14:paraId="11B982D1" w14:textId="77777777" w:rsidR="00F42DCF" w:rsidRPr="003B2C91" w:rsidRDefault="00000000" w:rsidP="008C19C3">
      <w:pPr>
        <w:pStyle w:val="Listaconvietas"/>
        <w:jc w:val="both"/>
      </w:pPr>
      <w:r w:rsidRPr="003B2C91">
        <w:t>Firmas y fecha: firma del/</w:t>
      </w:r>
      <w:proofErr w:type="gramStart"/>
      <w:r w:rsidRPr="003B2C91">
        <w:t>los otorgante</w:t>
      </w:r>
      <w:proofErr w:type="gramEnd"/>
      <w:r w:rsidRPr="003B2C91">
        <w:t>(s) y del receptor (investigador/a o representante institucional), más datos de contacto (email/teléfono) recomendables.</w:t>
      </w:r>
    </w:p>
    <w:p w14:paraId="14DC5356" w14:textId="77777777" w:rsidR="00F42DCF" w:rsidRPr="003B2C91" w:rsidRDefault="00F42DCF" w:rsidP="008C19C3">
      <w:pPr>
        <w:jc w:val="both"/>
      </w:pPr>
    </w:p>
    <w:p w14:paraId="6375C1B0" w14:textId="77777777" w:rsidR="00F42DCF" w:rsidRPr="003B2C91" w:rsidRDefault="00000000" w:rsidP="008C19C3">
      <w:pPr>
        <w:jc w:val="both"/>
      </w:pPr>
      <w:r w:rsidRPr="003B2C91">
        <w:rPr>
          <w:b/>
        </w:rPr>
        <w:t>5. Plantilla editable (modelo)</w:t>
      </w:r>
    </w:p>
    <w:p w14:paraId="379466AA" w14:textId="77777777" w:rsidR="00F42DCF" w:rsidRPr="003B2C91" w:rsidRDefault="00000000" w:rsidP="008C19C3">
      <w:pPr>
        <w:jc w:val="both"/>
      </w:pPr>
      <w:r w:rsidRPr="003B2C91">
        <w:t xml:space="preserve">A continuación, un modelo de carta. Complete los campos entre corchetes </w:t>
      </w:r>
      <w:proofErr w:type="gramStart"/>
      <w:r w:rsidRPr="003B2C91">
        <w:t>[ ]</w:t>
      </w:r>
      <w:proofErr w:type="gramEnd"/>
      <w:r w:rsidRPr="003B2C91">
        <w:t>.</w:t>
      </w:r>
    </w:p>
    <w:p w14:paraId="5333468C" w14:textId="77777777" w:rsidR="00F42DCF" w:rsidRPr="003B2C91" w:rsidRDefault="00F42DCF" w:rsidP="008C19C3">
      <w:pPr>
        <w:jc w:val="both"/>
      </w:pPr>
    </w:p>
    <w:p w14:paraId="71264AF0" w14:textId="77777777" w:rsidR="00F42DCF" w:rsidRPr="003B2C91" w:rsidRDefault="00000000" w:rsidP="008C19C3">
      <w:pPr>
        <w:jc w:val="center"/>
      </w:pPr>
      <w:r w:rsidRPr="003B2C91">
        <w:rPr>
          <w:b/>
          <w:sz w:val="24"/>
        </w:rPr>
        <w:t>CARTA DE AUTORIZACIÓN DE USO DE DATOS / MATERIALES</w:t>
      </w:r>
    </w:p>
    <w:p w14:paraId="6515D079" w14:textId="77777777" w:rsidR="00F42DCF" w:rsidRPr="003B2C91" w:rsidRDefault="00000000" w:rsidP="008C19C3">
      <w:pPr>
        <w:jc w:val="both"/>
      </w:pPr>
      <w:r w:rsidRPr="003B2C91">
        <w:t>[CIUDAD], [FECHA]</w:t>
      </w:r>
    </w:p>
    <w:p w14:paraId="10EB9265" w14:textId="77777777" w:rsidR="00F42DCF" w:rsidRPr="003B2C91" w:rsidRDefault="00000000" w:rsidP="008C19C3">
      <w:pPr>
        <w:jc w:val="both"/>
      </w:pPr>
      <w:r w:rsidRPr="003B2C91">
        <w:rPr>
          <w:b/>
        </w:rPr>
        <w:t>Señoras/señores</w:t>
      </w:r>
    </w:p>
    <w:p w14:paraId="385BD767" w14:textId="4F11B0DE" w:rsidR="00F42DCF" w:rsidRPr="003B2C91" w:rsidRDefault="008C19C3" w:rsidP="008C19C3">
      <w:pPr>
        <w:jc w:val="both"/>
      </w:pPr>
      <w:r w:rsidRPr="003B2C91">
        <w:rPr>
          <w:b/>
        </w:rPr>
        <w:t>COMITÉ DE ÉTICA INSTITUCIONAL EN INVESTIGACIÓN – UNIVERSIDAD DEL DESARROLLO</w:t>
      </w:r>
    </w:p>
    <w:p w14:paraId="3663526D" w14:textId="77777777" w:rsidR="00F42DCF" w:rsidRPr="003B2C91" w:rsidRDefault="00000000" w:rsidP="008C19C3">
      <w:pPr>
        <w:jc w:val="both"/>
      </w:pPr>
      <w:r w:rsidRPr="003B2C91">
        <w:t>Presente</w:t>
      </w:r>
    </w:p>
    <w:p w14:paraId="1B5DE86E" w14:textId="77777777" w:rsidR="00F42DCF" w:rsidRPr="003B2C91" w:rsidRDefault="00F42DCF" w:rsidP="008C19C3">
      <w:pPr>
        <w:jc w:val="both"/>
      </w:pPr>
    </w:p>
    <w:p w14:paraId="7CAA8CB7" w14:textId="77777777" w:rsidR="00F42DCF" w:rsidRPr="003B2C91" w:rsidRDefault="00000000" w:rsidP="008C19C3">
      <w:pPr>
        <w:jc w:val="both"/>
      </w:pPr>
      <w:r w:rsidRPr="003B2C91">
        <w:t>Yo, [NOMBRE COMPLETO OTORGANTE], RUT/Pasaporte [RUT], con domicilio en [DOMICILIO], en mi calidad de [TITULAR / HEREDERO(A) / REPRESENTANTE LEGAL / CUSTODIO(A) INSTITUCIONAL], declaro:</w:t>
      </w:r>
    </w:p>
    <w:p w14:paraId="35E530A2" w14:textId="77777777" w:rsidR="00F42DCF" w:rsidRPr="003B2C91" w:rsidRDefault="00F42DCF" w:rsidP="008C19C3">
      <w:pPr>
        <w:jc w:val="both"/>
      </w:pPr>
    </w:p>
    <w:p w14:paraId="34877CE9" w14:textId="77777777" w:rsidR="00F42DCF" w:rsidRPr="003B2C91" w:rsidRDefault="00000000" w:rsidP="008C19C3">
      <w:pPr>
        <w:jc w:val="both"/>
      </w:pPr>
      <w:r w:rsidRPr="003B2C91">
        <w:rPr>
          <w:b/>
        </w:rPr>
        <w:t>1) Titularidad / facultades.</w:t>
      </w:r>
    </w:p>
    <w:p w14:paraId="4CCFCA1D" w14:textId="77777777" w:rsidR="00F42DCF" w:rsidRPr="003B2C91" w:rsidRDefault="00000000" w:rsidP="008C19C3">
      <w:pPr>
        <w:jc w:val="both"/>
      </w:pPr>
      <w:r w:rsidRPr="003B2C91">
        <w:t>Que soy titular legítimo/a de los derechos y/o facultades necesarias para autorizar el uso de los datos/materiales descritos en esta carta, o bien que actúo válidamente en representación de [INDICAR], conforme a [INDICAR RESPALDO, p. ej., poder, mandato, resolución], que se acompaña.</w:t>
      </w:r>
    </w:p>
    <w:p w14:paraId="5A89A1B6" w14:textId="77777777" w:rsidR="00F42DCF" w:rsidRPr="003B2C91" w:rsidRDefault="00F42DCF" w:rsidP="008C19C3">
      <w:pPr>
        <w:jc w:val="both"/>
      </w:pPr>
    </w:p>
    <w:p w14:paraId="6D0DA186" w14:textId="77777777" w:rsidR="00F42DCF" w:rsidRPr="003B2C91" w:rsidRDefault="00000000" w:rsidP="008C19C3">
      <w:pPr>
        <w:jc w:val="both"/>
      </w:pPr>
      <w:r w:rsidRPr="003B2C91">
        <w:rPr>
          <w:b/>
        </w:rPr>
        <w:t>2) Datos/materiales autorizados.</w:t>
      </w:r>
    </w:p>
    <w:p w14:paraId="3EFA8CCA" w14:textId="77777777" w:rsidR="00F42DCF" w:rsidRPr="003B2C91" w:rsidRDefault="00000000" w:rsidP="008C19C3">
      <w:pPr>
        <w:jc w:val="both"/>
      </w:pPr>
      <w:r w:rsidRPr="003B2C91">
        <w:t>Autorizo el acceso y uso de los siguientes datos/materiales: [DESCRIPCIÓN PRECISA, FORMATO, SOPORTE, RANGO TEMPORAL, LISTADO DE ARCHIVOS/OBRAS].</w:t>
      </w:r>
    </w:p>
    <w:p w14:paraId="2CF7E5A5" w14:textId="77777777" w:rsidR="00F42DCF" w:rsidRPr="003B2C91" w:rsidRDefault="00F42DCF" w:rsidP="008C19C3">
      <w:pPr>
        <w:jc w:val="both"/>
      </w:pPr>
    </w:p>
    <w:p w14:paraId="3D31B0A0" w14:textId="77777777" w:rsidR="00F42DCF" w:rsidRPr="003B2C91" w:rsidRDefault="00000000" w:rsidP="008C19C3">
      <w:pPr>
        <w:jc w:val="both"/>
      </w:pPr>
      <w:r w:rsidRPr="003B2C91">
        <w:rPr>
          <w:b/>
        </w:rPr>
        <w:t>3) Receptor y proyecto.</w:t>
      </w:r>
    </w:p>
    <w:p w14:paraId="3651C11E" w14:textId="77777777" w:rsidR="00F42DCF" w:rsidRPr="003B2C91" w:rsidRDefault="00000000" w:rsidP="008C19C3">
      <w:pPr>
        <w:jc w:val="both"/>
      </w:pPr>
      <w:r w:rsidRPr="003B2C91">
        <w:t>La autorización se concede a [NOMBRE INVESTIGADOR(A) / EQUIPO] y/o a [INSTITUCIÓN], RUT [RUT], con domicilio en [DOMICILIO], para el proyecto de investigación “[TÍTULO]” (ID/Código: [ID]).</w:t>
      </w:r>
    </w:p>
    <w:p w14:paraId="796A7150" w14:textId="77777777" w:rsidR="00F42DCF" w:rsidRPr="003B2C91" w:rsidRDefault="00F42DCF" w:rsidP="008C19C3">
      <w:pPr>
        <w:jc w:val="both"/>
      </w:pPr>
    </w:p>
    <w:p w14:paraId="038A0CF7" w14:textId="77777777" w:rsidR="00F42DCF" w:rsidRPr="003B2C91" w:rsidRDefault="00000000" w:rsidP="008C19C3">
      <w:pPr>
        <w:jc w:val="both"/>
      </w:pPr>
      <w:r w:rsidRPr="003B2C91">
        <w:rPr>
          <w:b/>
        </w:rPr>
        <w:t>4) Usos permitidos.</w:t>
      </w:r>
    </w:p>
    <w:p w14:paraId="62201FCB" w14:textId="77777777" w:rsidR="00F42DCF" w:rsidRPr="003B2C91" w:rsidRDefault="00000000" w:rsidP="008C19C3">
      <w:pPr>
        <w:jc w:val="both"/>
      </w:pPr>
      <w:r w:rsidRPr="003B2C91">
        <w:t xml:space="preserve">Se autoriza expresamente a realizar las siguientes acciones: [MARCAR/DETALLAR: acceso/visionado; copia; digitalización; reproducción total o parcial; transcripción; análisis; </w:t>
      </w:r>
      <w:r w:rsidRPr="003B2C91">
        <w:lastRenderedPageBreak/>
        <w:t>adaptación/transformación; incorporación de citas, imágenes o fragmentos en informes, tesis, artículos, presentaciones; comunicación pública académica; otros]. Todo uso no indicado queda excluido y requerirá nueva autorización.</w:t>
      </w:r>
    </w:p>
    <w:p w14:paraId="05709434" w14:textId="77777777" w:rsidR="00F42DCF" w:rsidRPr="003B2C91" w:rsidRDefault="00F42DCF" w:rsidP="008C19C3">
      <w:pPr>
        <w:jc w:val="both"/>
      </w:pPr>
    </w:p>
    <w:p w14:paraId="4AF2401E" w14:textId="77777777" w:rsidR="00F42DCF" w:rsidRPr="003B2C91" w:rsidRDefault="00000000" w:rsidP="008C19C3">
      <w:pPr>
        <w:jc w:val="both"/>
      </w:pPr>
      <w:r w:rsidRPr="003B2C91">
        <w:rPr>
          <w:b/>
        </w:rPr>
        <w:t>5) Finalidad.</w:t>
      </w:r>
    </w:p>
    <w:p w14:paraId="4A92A5B3" w14:textId="77777777" w:rsidR="00F42DCF" w:rsidRPr="003B2C91" w:rsidRDefault="00000000" w:rsidP="008C19C3">
      <w:pPr>
        <w:jc w:val="both"/>
      </w:pPr>
      <w:r w:rsidRPr="003B2C91">
        <w:t>El uso se realizará exclusivamente con fines de investigación y, cuando corresponda, de difusión académica, en el marco del proyecto señalado.</w:t>
      </w:r>
    </w:p>
    <w:p w14:paraId="76EBA5F5" w14:textId="77777777" w:rsidR="00F42DCF" w:rsidRPr="003B2C91" w:rsidRDefault="00F42DCF" w:rsidP="008C19C3">
      <w:pPr>
        <w:jc w:val="both"/>
      </w:pPr>
    </w:p>
    <w:p w14:paraId="494A915A" w14:textId="77777777" w:rsidR="00F42DCF" w:rsidRPr="003B2C91" w:rsidRDefault="00000000" w:rsidP="008C19C3">
      <w:pPr>
        <w:jc w:val="both"/>
      </w:pPr>
      <w:r w:rsidRPr="003B2C91">
        <w:rPr>
          <w:b/>
        </w:rPr>
        <w:t>6) Plazo y territorio.</w:t>
      </w:r>
    </w:p>
    <w:p w14:paraId="4CB71285" w14:textId="77777777" w:rsidR="00F42DCF" w:rsidRPr="003B2C91" w:rsidRDefault="00000000" w:rsidP="008C19C3">
      <w:pPr>
        <w:jc w:val="both"/>
      </w:pPr>
      <w:r w:rsidRPr="003B2C91">
        <w:t>La presente autorización rige desde [FECHA INICIO] hasta [FECHA TÉRMINO] (o por la duración del proyecto). Su ámbito territorial es [CHILE / SIN LIMITACIÓN TERRITORIAL / OTRO], incluyendo difusión académica asociada a resultados del proyecto, en los términos indicados.</w:t>
      </w:r>
    </w:p>
    <w:p w14:paraId="264E5694" w14:textId="77777777" w:rsidR="00F42DCF" w:rsidRPr="003B2C91" w:rsidRDefault="00F42DCF" w:rsidP="008C19C3">
      <w:pPr>
        <w:jc w:val="both"/>
      </w:pPr>
    </w:p>
    <w:p w14:paraId="265C3293" w14:textId="77777777" w:rsidR="00F42DCF" w:rsidRPr="003B2C91" w:rsidRDefault="00000000" w:rsidP="008C19C3">
      <w:pPr>
        <w:jc w:val="both"/>
      </w:pPr>
      <w:r w:rsidRPr="003B2C91">
        <w:rPr>
          <w:b/>
        </w:rPr>
        <w:t>7) Condiciones y restricciones (si aplica).</w:t>
      </w:r>
    </w:p>
    <w:p w14:paraId="3A0CFDD4" w14:textId="77777777" w:rsidR="00F42DCF" w:rsidRPr="003B2C91" w:rsidRDefault="00000000" w:rsidP="008C19C3">
      <w:pPr>
        <w:jc w:val="both"/>
      </w:pPr>
      <w:r w:rsidRPr="003B2C91">
        <w:t>[EJEMPLOS: No comercial; prohibición de sublicenciar; no almacenamiento/descarga; acceso por enlace protegido; restricción de difusión; obligación de entregar copia de resultados; etc.]</w:t>
      </w:r>
    </w:p>
    <w:p w14:paraId="1F729259" w14:textId="77777777" w:rsidR="00F42DCF" w:rsidRPr="003B2C91" w:rsidRDefault="00F42DCF" w:rsidP="008C19C3">
      <w:pPr>
        <w:jc w:val="both"/>
      </w:pPr>
    </w:p>
    <w:p w14:paraId="09651C21" w14:textId="77777777" w:rsidR="00F42DCF" w:rsidRPr="003B2C91" w:rsidRDefault="00000000" w:rsidP="008C19C3">
      <w:pPr>
        <w:jc w:val="both"/>
      </w:pPr>
      <w:r w:rsidRPr="003B2C91">
        <w:rPr>
          <w:b/>
        </w:rPr>
        <w:t>8) Derechos de autor y atribución (si aplica).</w:t>
      </w:r>
    </w:p>
    <w:p w14:paraId="06F4CF85" w14:textId="77777777" w:rsidR="00F42DCF" w:rsidRPr="003B2C91" w:rsidRDefault="00000000" w:rsidP="008C19C3">
      <w:pPr>
        <w:jc w:val="both"/>
      </w:pPr>
      <w:r w:rsidRPr="003B2C91">
        <w:t>El equipo investigador se compromete a atribuir la autoría correspondiente y a respetar la integridad de la obra/material, sin realizar modificaciones que alteren su sentido sin autorización expresa.</w:t>
      </w:r>
    </w:p>
    <w:p w14:paraId="78C9D743" w14:textId="77777777" w:rsidR="00F42DCF" w:rsidRPr="003B2C91" w:rsidRDefault="00F42DCF" w:rsidP="008C19C3">
      <w:pPr>
        <w:jc w:val="both"/>
      </w:pPr>
    </w:p>
    <w:p w14:paraId="72541D26" w14:textId="77777777" w:rsidR="00F42DCF" w:rsidRPr="003B2C91" w:rsidRDefault="00000000" w:rsidP="008C19C3">
      <w:pPr>
        <w:jc w:val="both"/>
      </w:pPr>
      <w:r w:rsidRPr="003B2C91">
        <w:rPr>
          <w:b/>
        </w:rPr>
        <w:t>9) Protección de datos y seguridad (si aplica).</w:t>
      </w:r>
    </w:p>
    <w:p w14:paraId="1FEF25BB" w14:textId="77777777" w:rsidR="00F42DCF" w:rsidRPr="003B2C91" w:rsidRDefault="00000000" w:rsidP="008C19C3">
      <w:pPr>
        <w:jc w:val="both"/>
      </w:pPr>
      <w:r w:rsidRPr="003B2C91">
        <w:t>Cuando los datos incluyan información de personas naturales identificadas o identificables, el equipo investigador se compromete a tratarlos solo para finalidades permitidas, con medidas de seguridad y acceso restringido, según el protocolo y plan de manejo de datos del proyecto.</w:t>
      </w:r>
    </w:p>
    <w:p w14:paraId="34873234" w14:textId="77777777" w:rsidR="00F42DCF" w:rsidRPr="003B2C91" w:rsidRDefault="00F42DCF" w:rsidP="008C19C3">
      <w:pPr>
        <w:jc w:val="both"/>
      </w:pPr>
    </w:p>
    <w:p w14:paraId="419DC25E" w14:textId="77777777" w:rsidR="00F42DCF" w:rsidRPr="003B2C91" w:rsidRDefault="00000000" w:rsidP="008C19C3">
      <w:pPr>
        <w:jc w:val="both"/>
      </w:pPr>
      <w:r w:rsidRPr="003B2C91">
        <w:t>Sin otro particular,</w:t>
      </w:r>
    </w:p>
    <w:tbl>
      <w:tblPr>
        <w:tblStyle w:val="Tablanormal4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5070"/>
        <w:gridCol w:w="3364"/>
      </w:tblGrid>
      <w:tr w:rsidR="008C19C3" w:rsidRPr="003B2C91" w14:paraId="6A8EF028" w14:textId="77777777" w:rsidTr="002E6E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0" w:type="dxa"/>
            <w:shd w:val="clear" w:color="auto" w:fill="FFFFFF" w:themeFill="background1"/>
          </w:tcPr>
          <w:p w14:paraId="6DD16589" w14:textId="77777777" w:rsidR="008C19C3" w:rsidRPr="003B2C91" w:rsidRDefault="008C19C3" w:rsidP="002E6EA1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 w:rsidRPr="003B2C91">
              <w:rPr>
                <w:b w:val="0"/>
                <w:bCs w:val="0"/>
                <w:sz w:val="20"/>
                <w:szCs w:val="20"/>
              </w:rPr>
              <w:t>_________________________________________</w:t>
            </w:r>
          </w:p>
          <w:p w14:paraId="15311C34" w14:textId="5A0B14D3" w:rsidR="008C19C3" w:rsidRPr="003B2C91" w:rsidRDefault="008C19C3" w:rsidP="002E6EA1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 w:rsidRPr="003B2C91">
              <w:rPr>
                <w:b w:val="0"/>
                <w:bCs w:val="0"/>
                <w:sz w:val="20"/>
                <w:szCs w:val="20"/>
              </w:rPr>
              <w:t>Nombre y firma del otorgante</w:t>
            </w:r>
          </w:p>
          <w:p w14:paraId="1813ABDE" w14:textId="77777777" w:rsidR="008C19C3" w:rsidRPr="003B2C91" w:rsidRDefault="008C19C3" w:rsidP="002E6EA1">
            <w:pPr>
              <w:jc w:val="center"/>
              <w:rPr>
                <w:sz w:val="20"/>
                <w:szCs w:val="20"/>
              </w:rPr>
            </w:pPr>
          </w:p>
          <w:p w14:paraId="45B5273C" w14:textId="77777777" w:rsidR="008C19C3" w:rsidRPr="003B2C91" w:rsidRDefault="008C19C3" w:rsidP="002E6EA1">
            <w:pPr>
              <w:jc w:val="center"/>
              <w:rPr>
                <w:sz w:val="20"/>
                <w:szCs w:val="20"/>
              </w:rPr>
            </w:pPr>
          </w:p>
          <w:p w14:paraId="51AEFC7E" w14:textId="77777777" w:rsidR="008C19C3" w:rsidRPr="003B2C91" w:rsidRDefault="008C19C3" w:rsidP="002E6EA1">
            <w:pPr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364" w:type="dxa"/>
            <w:shd w:val="clear" w:color="auto" w:fill="FFFFFF" w:themeFill="background1"/>
          </w:tcPr>
          <w:p w14:paraId="4119437E" w14:textId="77777777" w:rsidR="008C19C3" w:rsidRPr="003B2C91" w:rsidRDefault="008C19C3" w:rsidP="002E6E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 w:rsidRPr="003B2C91">
              <w:rPr>
                <w:b w:val="0"/>
                <w:bCs w:val="0"/>
                <w:sz w:val="20"/>
                <w:szCs w:val="20"/>
              </w:rPr>
              <w:lastRenderedPageBreak/>
              <w:t>________________</w:t>
            </w:r>
          </w:p>
          <w:p w14:paraId="013F0AD3" w14:textId="77777777" w:rsidR="008C19C3" w:rsidRPr="003B2C91" w:rsidRDefault="008C19C3" w:rsidP="002E6E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 w:rsidRPr="003B2C91">
              <w:rPr>
                <w:b w:val="0"/>
                <w:bCs w:val="0"/>
                <w:sz w:val="20"/>
                <w:szCs w:val="20"/>
              </w:rPr>
              <w:t>Fecha</w:t>
            </w:r>
          </w:p>
        </w:tc>
      </w:tr>
      <w:tr w:rsidR="008C19C3" w:rsidRPr="003B2C91" w14:paraId="495F92E0" w14:textId="77777777" w:rsidTr="002E6E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0" w:type="dxa"/>
            <w:shd w:val="clear" w:color="auto" w:fill="FFFFFF" w:themeFill="background1"/>
          </w:tcPr>
          <w:p w14:paraId="08A00E85" w14:textId="77777777" w:rsidR="008C19C3" w:rsidRPr="003B2C91" w:rsidRDefault="008C19C3" w:rsidP="002E6EA1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 w:rsidRPr="003B2C91">
              <w:rPr>
                <w:b w:val="0"/>
                <w:bCs w:val="0"/>
                <w:sz w:val="20"/>
                <w:szCs w:val="20"/>
              </w:rPr>
              <w:t>________________________________________</w:t>
            </w:r>
          </w:p>
          <w:p w14:paraId="7F59B70A" w14:textId="3400A644" w:rsidR="008C19C3" w:rsidRPr="003B2C91" w:rsidRDefault="008C19C3" w:rsidP="002E6EA1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 w:rsidRPr="003B2C91">
              <w:rPr>
                <w:b w:val="0"/>
                <w:bCs w:val="0"/>
                <w:sz w:val="20"/>
                <w:szCs w:val="20"/>
              </w:rPr>
              <w:t>Nombre y firma del receptor – investigador o representante</w:t>
            </w:r>
          </w:p>
          <w:p w14:paraId="2FCFF9B6" w14:textId="77777777" w:rsidR="008C19C3" w:rsidRPr="003B2C91" w:rsidRDefault="008C19C3" w:rsidP="002E6EA1">
            <w:pPr>
              <w:jc w:val="center"/>
              <w:rPr>
                <w:sz w:val="20"/>
                <w:szCs w:val="20"/>
              </w:rPr>
            </w:pPr>
          </w:p>
          <w:p w14:paraId="58AB975A" w14:textId="77777777" w:rsidR="008C19C3" w:rsidRPr="003B2C91" w:rsidRDefault="008C19C3" w:rsidP="002E6EA1">
            <w:pPr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364" w:type="dxa"/>
            <w:shd w:val="clear" w:color="auto" w:fill="FFFFFF" w:themeFill="background1"/>
          </w:tcPr>
          <w:p w14:paraId="49DA4889" w14:textId="77777777" w:rsidR="008C19C3" w:rsidRPr="003B2C91" w:rsidRDefault="008C19C3" w:rsidP="002E6E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B2C91">
              <w:rPr>
                <w:sz w:val="20"/>
                <w:szCs w:val="20"/>
              </w:rPr>
              <w:t>________________</w:t>
            </w:r>
          </w:p>
          <w:p w14:paraId="561D9EBD" w14:textId="77777777" w:rsidR="008C19C3" w:rsidRPr="003B2C91" w:rsidRDefault="008C19C3" w:rsidP="002E6E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B2C91">
              <w:rPr>
                <w:sz w:val="20"/>
                <w:szCs w:val="20"/>
              </w:rPr>
              <w:t>Fecha</w:t>
            </w:r>
          </w:p>
        </w:tc>
      </w:tr>
    </w:tbl>
    <w:p w14:paraId="5C3662F1" w14:textId="77777777" w:rsidR="00F42DCF" w:rsidRPr="003B2C91" w:rsidRDefault="00F42DCF" w:rsidP="008C19C3">
      <w:pPr>
        <w:jc w:val="both"/>
      </w:pPr>
    </w:p>
    <w:p w14:paraId="6CCB3247" w14:textId="77777777" w:rsidR="00F42DCF" w:rsidRPr="008C19C3" w:rsidRDefault="00000000" w:rsidP="008C19C3">
      <w:pPr>
        <w:jc w:val="both"/>
        <w:rPr>
          <w:i/>
          <w:iCs/>
          <w:sz w:val="18"/>
          <w:szCs w:val="18"/>
        </w:rPr>
      </w:pPr>
      <w:r w:rsidRPr="003B2C91">
        <w:rPr>
          <w:b/>
          <w:i/>
          <w:iCs/>
          <w:sz w:val="18"/>
          <w:szCs w:val="18"/>
        </w:rPr>
        <w:t xml:space="preserve">Nota CEII-UDD: </w:t>
      </w:r>
      <w:r w:rsidRPr="003B2C91">
        <w:rPr>
          <w:i/>
          <w:iCs/>
          <w:sz w:val="18"/>
          <w:szCs w:val="18"/>
        </w:rPr>
        <w:t>Esta carta acredita la autorización de acceso/uso y debe ser coherente con el protocolo, el plan de manejo de datos y los instrumentos informados al CEII-UDD. Si el proyecto cambia el tipo de dato/material, los usos o la finalidad, se debe gestionar una actualización de la autorización y, cuando corresponda, una enmienda ante el Comité.</w:t>
      </w:r>
    </w:p>
    <w:sectPr w:rsidR="00F42DCF" w:rsidRPr="008C19C3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EA163" w14:textId="77777777" w:rsidR="004942E4" w:rsidRPr="003B2C91" w:rsidRDefault="004942E4" w:rsidP="003B2C91">
      <w:pPr>
        <w:spacing w:after="0" w:line="240" w:lineRule="auto"/>
      </w:pPr>
      <w:r w:rsidRPr="003B2C91">
        <w:separator/>
      </w:r>
    </w:p>
  </w:endnote>
  <w:endnote w:type="continuationSeparator" w:id="0">
    <w:p w14:paraId="75EC0BDC" w14:textId="77777777" w:rsidR="004942E4" w:rsidRPr="003B2C91" w:rsidRDefault="004942E4" w:rsidP="003B2C91">
      <w:pPr>
        <w:spacing w:after="0" w:line="240" w:lineRule="auto"/>
      </w:pPr>
      <w:r w:rsidRPr="003B2C9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59DEE" w14:textId="77777777" w:rsidR="004942E4" w:rsidRPr="003B2C91" w:rsidRDefault="004942E4" w:rsidP="003B2C91">
      <w:pPr>
        <w:spacing w:after="0" w:line="240" w:lineRule="auto"/>
      </w:pPr>
      <w:r w:rsidRPr="003B2C91">
        <w:separator/>
      </w:r>
    </w:p>
  </w:footnote>
  <w:footnote w:type="continuationSeparator" w:id="0">
    <w:p w14:paraId="7308EEE1" w14:textId="77777777" w:rsidR="004942E4" w:rsidRPr="003B2C91" w:rsidRDefault="004942E4" w:rsidP="003B2C91">
      <w:pPr>
        <w:spacing w:after="0" w:line="240" w:lineRule="auto"/>
      </w:pPr>
      <w:r w:rsidRPr="003B2C9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B0FF6" w14:textId="72FD26FA" w:rsidR="003B2C91" w:rsidRPr="003B2C91" w:rsidRDefault="003B2C91">
    <w:pPr>
      <w:pStyle w:val="Encabezado"/>
    </w:pPr>
    <w:r w:rsidRPr="003B2C91">
      <w:drawing>
        <wp:inline distT="0" distB="0" distL="0" distR="0" wp14:anchorId="74CD4BB0" wp14:editId="02DD9D58">
          <wp:extent cx="2152650" cy="577850"/>
          <wp:effectExtent l="0" t="0" r="0" b="0"/>
          <wp:docPr id="1490696056" name="Imagen 1" descr="Logos - Imagen UD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s - Imagen UDD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348" t="14961" r="3914" b="13319"/>
                  <a:stretch>
                    <a:fillRect/>
                  </a:stretch>
                </pic:blipFill>
                <pic:spPr bwMode="auto">
                  <a:xfrm>
                    <a:off x="0" y="0"/>
                    <a:ext cx="2156024" cy="57875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11071616">
    <w:abstractNumId w:val="8"/>
  </w:num>
  <w:num w:numId="2" w16cid:durableId="1385526756">
    <w:abstractNumId w:val="6"/>
  </w:num>
  <w:num w:numId="3" w16cid:durableId="1839034016">
    <w:abstractNumId w:val="5"/>
  </w:num>
  <w:num w:numId="4" w16cid:durableId="459690357">
    <w:abstractNumId w:val="4"/>
  </w:num>
  <w:num w:numId="5" w16cid:durableId="1267156847">
    <w:abstractNumId w:val="7"/>
  </w:num>
  <w:num w:numId="6" w16cid:durableId="399520679">
    <w:abstractNumId w:val="3"/>
  </w:num>
  <w:num w:numId="7" w16cid:durableId="554043673">
    <w:abstractNumId w:val="2"/>
  </w:num>
  <w:num w:numId="8" w16cid:durableId="1203401881">
    <w:abstractNumId w:val="1"/>
  </w:num>
  <w:num w:numId="9" w16cid:durableId="15054357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B2C91"/>
    <w:rsid w:val="004942E4"/>
    <w:rsid w:val="00575CF6"/>
    <w:rsid w:val="0078709B"/>
    <w:rsid w:val="008C19C3"/>
    <w:rsid w:val="00AA1D8D"/>
    <w:rsid w:val="00B47730"/>
    <w:rsid w:val="00CB0664"/>
    <w:rsid w:val="00F42DC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30D2FB"/>
  <w14:defaultImageDpi w14:val="300"/>
  <w15:docId w15:val="{B894FE47-920A-4B9F-A5A2-C6578A7F9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lang w:val="es-CL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Tablanormal4">
    <w:name w:val="Plain Table 4"/>
    <w:basedOn w:val="Tablanormal"/>
    <w:uiPriority w:val="99"/>
    <w:rsid w:val="008C19C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1120</Words>
  <Characters>6164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7270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Erick</dc:creator>
  <cp:keywords/>
  <dc:description>generated by python-docx</dc:description>
  <cp:lastModifiedBy>Erick Sebhastians Atenas</cp:lastModifiedBy>
  <cp:revision>2</cp:revision>
  <dcterms:created xsi:type="dcterms:W3CDTF">2026-07-22T18:42:00Z</dcterms:created>
  <dcterms:modified xsi:type="dcterms:W3CDTF">2026-07-22T18:42:00Z</dcterms:modified>
  <cp:category/>
</cp:coreProperties>
</file>